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📖 ОРФОГРАФИЯ — 150 ТЕСТОВ</w:t>
      </w:r>
    </w:p>
    <w:p>
      <w:pPr>
        <w:jc w:val="center"/>
      </w:pPr>
      <w:r>
        <w:t>10 основных тем • по 15 вопросов на каждую тему</w:t>
        <w:br/>
        <w:t>Правильные ответы не указаны.</w:t>
      </w:r>
    </w:p>
    <w:p>
      <w:pPr>
        <w:pStyle w:val="Heading1"/>
      </w:pPr>
      <w:r>
        <w:t>1. Безударные гласные в корне слова</w:t>
      </w:r>
    </w:p>
    <w:p>
      <w:r>
        <w:rPr>
          <w:b/>
        </w:rPr>
        <w:t>1. В каком слове пропущена проверяемая безударная гласная?</w:t>
      </w:r>
    </w:p>
    <w:p>
      <w:r>
        <w:t>А) р..стение</w:t>
      </w:r>
    </w:p>
    <w:p>
      <w:r>
        <w:t>Б) в..лна</w:t>
      </w:r>
    </w:p>
    <w:p>
      <w:r>
        <w:t>В) к..саться</w:t>
      </w:r>
    </w:p>
    <w:p>
      <w:r>
        <w:t>Г) р..сток</w:t>
      </w:r>
    </w:p>
    <w:p>
      <w:r>
        <w:rPr>
          <w:b/>
        </w:rPr>
        <w:t>2. Выберите правильное написание:</w:t>
      </w:r>
    </w:p>
    <w:p>
      <w:r>
        <w:t>А) прил..жение</w:t>
      </w:r>
    </w:p>
    <w:p>
      <w:r>
        <w:t>Б) приложение</w:t>
      </w:r>
    </w:p>
    <w:p>
      <w:r>
        <w:t>В) преложение</w:t>
      </w:r>
    </w:p>
    <w:p>
      <w:r>
        <w:t>Г) приложинее</w:t>
      </w:r>
    </w:p>
    <w:p>
      <w:r>
        <w:rPr>
          <w:b/>
        </w:rPr>
        <w:t>3. Какое проверочное слово подходит к слову л..сной?</w:t>
      </w:r>
    </w:p>
    <w:p>
      <w:r>
        <w:t>А) лес</w:t>
      </w:r>
    </w:p>
    <w:p>
      <w:r>
        <w:t>Б) лиса</w:t>
      </w:r>
    </w:p>
    <w:p>
      <w:r>
        <w:t>В) лесник</w:t>
      </w:r>
    </w:p>
    <w:p>
      <w:r>
        <w:t>Г) лестница</w:t>
      </w:r>
    </w:p>
    <w:p>
      <w:r>
        <w:rPr>
          <w:b/>
        </w:rPr>
        <w:t>4. В каком слове пишется буква Е?</w:t>
      </w:r>
    </w:p>
    <w:p>
      <w:r>
        <w:t>А) ст..пной</w:t>
      </w:r>
    </w:p>
    <w:p>
      <w:r>
        <w:t>Б) л..сной</w:t>
      </w:r>
    </w:p>
    <w:p>
      <w:r>
        <w:t>В) г..ревой</w:t>
      </w:r>
    </w:p>
    <w:p>
      <w:r>
        <w:t>Г) бл..стеть</w:t>
      </w:r>
    </w:p>
    <w:p>
      <w:r>
        <w:rPr>
          <w:b/>
        </w:rPr>
        <w:t>5. Выберите правильный вариант:</w:t>
      </w:r>
    </w:p>
    <w:p>
      <w:r>
        <w:t>А) зап..вать песню</w:t>
      </w:r>
    </w:p>
    <w:p>
      <w:r>
        <w:t>Б) запевать песню</w:t>
      </w:r>
    </w:p>
    <w:p>
      <w:r>
        <w:t>В) запивать песню</w:t>
      </w:r>
    </w:p>
    <w:p>
      <w:r>
        <w:t>Г) запевоть песню</w:t>
      </w:r>
    </w:p>
    <w:p>
      <w:r>
        <w:rPr>
          <w:b/>
        </w:rPr>
        <w:t>6. В каком слове допущена ошибка?</w:t>
      </w:r>
    </w:p>
    <w:p>
      <w:r>
        <w:t>А) собирать</w:t>
      </w:r>
    </w:p>
    <w:p>
      <w:r>
        <w:t>Б) загорелый</w:t>
      </w:r>
    </w:p>
    <w:p>
      <w:r>
        <w:t>В) прилететь</w:t>
      </w:r>
    </w:p>
    <w:p>
      <w:r>
        <w:t>Г) риставрация</w:t>
      </w:r>
    </w:p>
    <w:p>
      <w:r>
        <w:rPr>
          <w:b/>
        </w:rPr>
        <w:t>7. Укажите слово с проверяемой безударной гласной:</w:t>
      </w:r>
    </w:p>
    <w:p>
      <w:r>
        <w:t>А) горизонт</w:t>
      </w:r>
    </w:p>
    <w:p>
      <w:r>
        <w:t>Б) карандаш</w:t>
      </w:r>
    </w:p>
    <w:p>
      <w:r>
        <w:t>В) берега</w:t>
      </w:r>
    </w:p>
    <w:p>
      <w:r>
        <w:t>Г) вокзал</w:t>
      </w:r>
    </w:p>
    <w:p>
      <w:r>
        <w:rPr>
          <w:b/>
        </w:rPr>
        <w:t>8. Какое проверочное слово подходит к слову гр..за?</w:t>
      </w:r>
    </w:p>
    <w:p>
      <w:r>
        <w:t>А) грозный</w:t>
      </w:r>
    </w:p>
    <w:p>
      <w:r>
        <w:t>Б) гроза</w:t>
      </w:r>
    </w:p>
    <w:p>
      <w:r>
        <w:t>В) грозы</w:t>
      </w:r>
    </w:p>
    <w:p>
      <w:r>
        <w:t>Г) грозовой</w:t>
      </w:r>
    </w:p>
    <w:p>
      <w:r>
        <w:rPr>
          <w:b/>
        </w:rPr>
        <w:t>9. Выберите правильное написание:</w:t>
      </w:r>
    </w:p>
    <w:p>
      <w:r>
        <w:t>А) посвятить</w:t>
      </w:r>
    </w:p>
    <w:p>
      <w:r>
        <w:t>Б) посвитить</w:t>
      </w:r>
    </w:p>
    <w:p>
      <w:r>
        <w:t>В) посветить</w:t>
      </w:r>
    </w:p>
    <w:p>
      <w:r>
        <w:t>Г) посвететь</w:t>
      </w:r>
    </w:p>
    <w:p>
      <w:r>
        <w:rPr>
          <w:b/>
        </w:rPr>
        <w:t>10. В каком слове пропущена буква О?</w:t>
      </w:r>
    </w:p>
    <w:p>
      <w:r>
        <w:t>А) к..рабль</w:t>
      </w:r>
    </w:p>
    <w:p>
      <w:r>
        <w:t>Б) р..сток</w:t>
      </w:r>
    </w:p>
    <w:p>
      <w:r>
        <w:t>В) м..ряк</w:t>
      </w:r>
    </w:p>
    <w:p>
      <w:r>
        <w:t>Г) л..сник</w:t>
      </w:r>
    </w:p>
    <w:p>
      <w:r>
        <w:rPr>
          <w:b/>
        </w:rPr>
        <w:t>11. Найдите слово, в котором написание гласной нельзя проверить подбором однокоренного слова.</w:t>
      </w:r>
    </w:p>
    <w:p>
      <w:r>
        <w:t>А) гора</w:t>
      </w:r>
    </w:p>
    <w:p>
      <w:r>
        <w:t>Б) молоко</w:t>
      </w:r>
    </w:p>
    <w:p>
      <w:r>
        <w:t>В) вода</w:t>
      </w:r>
    </w:p>
    <w:p>
      <w:r>
        <w:t>Г) собака</w:t>
      </w:r>
    </w:p>
    <w:p>
      <w:r>
        <w:rPr>
          <w:b/>
        </w:rPr>
        <w:t>12. Какое слово является проверочным к слову св..тить?</w:t>
      </w:r>
    </w:p>
    <w:p>
      <w:r>
        <w:t>А) свет</w:t>
      </w:r>
    </w:p>
    <w:p>
      <w:r>
        <w:t>Б) светлый</w:t>
      </w:r>
    </w:p>
    <w:p>
      <w:r>
        <w:t>В) светофор</w:t>
      </w:r>
    </w:p>
    <w:p>
      <w:r>
        <w:t>Г) просвет</w:t>
      </w:r>
    </w:p>
    <w:p>
      <w:r>
        <w:rPr>
          <w:b/>
        </w:rPr>
        <w:t>13. Выберите правильный вариант:</w:t>
      </w:r>
    </w:p>
    <w:p>
      <w:r>
        <w:t>А) прик..снуться</w:t>
      </w:r>
    </w:p>
    <w:p>
      <w:r>
        <w:t>Б) прикоснуться</w:t>
      </w:r>
    </w:p>
    <w:p>
      <w:r>
        <w:t>В) прикоснутся</w:t>
      </w:r>
    </w:p>
    <w:p>
      <w:r>
        <w:t>Г) прекоснуться</w:t>
      </w:r>
    </w:p>
    <w:p>
      <w:r>
        <w:rPr>
          <w:b/>
        </w:rPr>
        <w:t>14. В каком слове нужно написать А?</w:t>
      </w:r>
    </w:p>
    <w:p>
      <w:r>
        <w:t>А) тр..ва</w:t>
      </w:r>
    </w:p>
    <w:p>
      <w:r>
        <w:t>Б) м..лина</w:t>
      </w:r>
    </w:p>
    <w:p>
      <w:r>
        <w:t>В) з..лёный</w:t>
      </w:r>
    </w:p>
    <w:p>
      <w:r>
        <w:t>Г) в..чер</w:t>
      </w:r>
    </w:p>
    <w:p>
      <w:r>
        <w:rPr>
          <w:b/>
        </w:rPr>
        <w:t>15. Укажите ряд, в котором все слова написаны правильно.</w:t>
      </w:r>
    </w:p>
    <w:p>
      <w:r>
        <w:t>А) берёзовый, лесной, травяной</w:t>
      </w:r>
    </w:p>
    <w:p>
      <w:r>
        <w:t>Б) бирёзовый, лесной, травяной</w:t>
      </w:r>
    </w:p>
    <w:p>
      <w:r>
        <w:t>В) берёзовый, лисной, травяной</w:t>
      </w:r>
    </w:p>
    <w:p>
      <w:r>
        <w:t>Г) берёзовый, лесной, тровяной</w:t>
      </w:r>
    </w:p>
    <w:p>
      <w:pPr>
        <w:pStyle w:val="Heading1"/>
      </w:pPr>
      <w:r>
        <w:t>2. Согласные в корне слова</w:t>
      </w:r>
    </w:p>
    <w:p>
      <w:r>
        <w:rPr>
          <w:b/>
        </w:rPr>
        <w:t>1. В каком слове нужно проверить написание согласной?</w:t>
      </w:r>
    </w:p>
    <w:p>
      <w:r>
        <w:t>А) мороз</w:t>
      </w:r>
    </w:p>
    <w:p>
      <w:r>
        <w:t>Б) дуб</w:t>
      </w:r>
    </w:p>
    <w:p>
      <w:r>
        <w:t>В) лестница</w:t>
      </w:r>
    </w:p>
    <w:p>
      <w:r>
        <w:t>Г) просьба</w:t>
      </w:r>
    </w:p>
    <w:p>
      <w:r>
        <w:rPr>
          <w:b/>
        </w:rPr>
        <w:t>2. Выберите правильное написание:</w:t>
      </w:r>
    </w:p>
    <w:p>
      <w:r>
        <w:t>А) празник</w:t>
      </w:r>
    </w:p>
    <w:p>
      <w:r>
        <w:t>Б) праздник</w:t>
      </w:r>
    </w:p>
    <w:p>
      <w:r>
        <w:t>В) празьдник</w:t>
      </w:r>
    </w:p>
    <w:p>
      <w:r>
        <w:t>Г) празникк</w:t>
      </w:r>
    </w:p>
    <w:p>
      <w:r>
        <w:rPr>
          <w:b/>
        </w:rPr>
        <w:t>3. Какое проверочное слово подходит к слову дуб?</w:t>
      </w:r>
    </w:p>
    <w:p>
      <w:r>
        <w:t>А) дубовый</w:t>
      </w:r>
    </w:p>
    <w:p>
      <w:r>
        <w:t>Б) дубы</w:t>
      </w:r>
    </w:p>
    <w:p>
      <w:r>
        <w:t>В) дубок</w:t>
      </w:r>
    </w:p>
    <w:p>
      <w:r>
        <w:t>Г) дерево</w:t>
      </w:r>
    </w:p>
    <w:p>
      <w:r>
        <w:rPr>
          <w:b/>
        </w:rPr>
        <w:t>4. В каком слове пишется буква Т?</w:t>
      </w:r>
    </w:p>
    <w:p>
      <w:r>
        <w:t>А) чес..ный</w:t>
      </w:r>
    </w:p>
    <w:p>
      <w:r>
        <w:t>Б) мес..ный</w:t>
      </w:r>
    </w:p>
    <w:p>
      <w:r>
        <w:t>В) праз..ник</w:t>
      </w:r>
    </w:p>
    <w:p>
      <w:r>
        <w:t>Г) извес..ный</w:t>
      </w:r>
    </w:p>
    <w:p>
      <w:r>
        <w:rPr>
          <w:b/>
        </w:rPr>
        <w:t>5. Выберите правильный вариант:</w:t>
      </w:r>
    </w:p>
    <w:p>
      <w:r>
        <w:t>А) агенство</w:t>
      </w:r>
    </w:p>
    <w:p>
      <w:r>
        <w:t>Б) агентство</w:t>
      </w:r>
    </w:p>
    <w:p>
      <w:r>
        <w:t>В) агендство</w:t>
      </w:r>
    </w:p>
    <w:p>
      <w:r>
        <w:t>Г) агентсво</w:t>
      </w:r>
    </w:p>
    <w:p>
      <w:r>
        <w:rPr>
          <w:b/>
        </w:rPr>
        <w:t>6. В каком слове допущена ошибка?</w:t>
      </w:r>
    </w:p>
    <w:p>
      <w:r>
        <w:t>А) просьба</w:t>
      </w:r>
    </w:p>
    <w:p>
      <w:r>
        <w:t>Б) сказка</w:t>
      </w:r>
    </w:p>
    <w:p>
      <w:r>
        <w:t>В) вокзал</w:t>
      </w:r>
    </w:p>
    <w:p>
      <w:r>
        <w:t>Г) чуство</w:t>
      </w:r>
    </w:p>
    <w:p>
      <w:r>
        <w:rPr>
          <w:b/>
        </w:rPr>
        <w:t>7. Какое проверочное слово подходит к слову гладкий?</w:t>
      </w:r>
    </w:p>
    <w:p>
      <w:r>
        <w:t>А) гладить</w:t>
      </w:r>
    </w:p>
    <w:p>
      <w:r>
        <w:t>Б) гладкость</w:t>
      </w:r>
    </w:p>
    <w:p>
      <w:r>
        <w:t>В) гладок</w:t>
      </w:r>
    </w:p>
    <w:p>
      <w:r>
        <w:t>Г) гладенький</w:t>
      </w:r>
    </w:p>
    <w:p>
      <w:r>
        <w:rPr>
          <w:b/>
        </w:rPr>
        <w:t>8. Выберите правильное написание:</w:t>
      </w:r>
    </w:p>
    <w:p>
      <w:r>
        <w:t>А) чуствовать</w:t>
      </w:r>
    </w:p>
    <w:p>
      <w:r>
        <w:t>Б) чувствовать</w:t>
      </w:r>
    </w:p>
    <w:p>
      <w:r>
        <w:t>В) чувсвовать</w:t>
      </w:r>
    </w:p>
    <w:p>
      <w:r>
        <w:t>Г) чуствывать</w:t>
      </w:r>
    </w:p>
    <w:p>
      <w:r>
        <w:rPr>
          <w:b/>
        </w:rPr>
        <w:t>9. В каком слове пишется буква Д?</w:t>
      </w:r>
    </w:p>
    <w:p>
      <w:r>
        <w:t>А) празник</w:t>
      </w:r>
    </w:p>
    <w:p>
      <w:r>
        <w:t>Б) вокзал</w:t>
      </w:r>
    </w:p>
    <w:p>
      <w:r>
        <w:t>В) ло..ка</w:t>
      </w:r>
    </w:p>
    <w:p>
      <w:r>
        <w:t>Г) у..кий</w:t>
      </w:r>
    </w:p>
    <w:p>
      <w:r>
        <w:rPr>
          <w:b/>
        </w:rPr>
        <w:t>10. Укажите слово с непроизносимой согласной:</w:t>
      </w:r>
    </w:p>
    <w:p>
      <w:r>
        <w:t>А) солнце</w:t>
      </w:r>
    </w:p>
    <w:p>
      <w:r>
        <w:t>Б) вода</w:t>
      </w:r>
    </w:p>
    <w:p>
      <w:r>
        <w:t>В) трава</w:t>
      </w:r>
    </w:p>
    <w:p>
      <w:r>
        <w:t>Г) гора</w:t>
      </w:r>
    </w:p>
    <w:p>
      <w:r>
        <w:rPr>
          <w:b/>
        </w:rPr>
        <w:t>11. Какое проверочное слово подходит к слову сердце?</w:t>
      </w:r>
    </w:p>
    <w:p>
      <w:r>
        <w:t>А) сердечный</w:t>
      </w:r>
    </w:p>
    <w:p>
      <w:r>
        <w:t>Б) сердце</w:t>
      </w:r>
    </w:p>
    <w:p>
      <w:r>
        <w:t>В) сердиться</w:t>
      </w:r>
    </w:p>
    <w:p>
      <w:r>
        <w:t>Г) сердитый</w:t>
      </w:r>
    </w:p>
    <w:p>
      <w:r>
        <w:rPr>
          <w:b/>
        </w:rPr>
        <w:t>12. Выберите правильный вариант:</w:t>
      </w:r>
    </w:p>
    <w:p>
      <w:r>
        <w:t>А) лестный</w:t>
      </w:r>
    </w:p>
    <w:p>
      <w:r>
        <w:t>Б) лесный</w:t>
      </w:r>
    </w:p>
    <w:p>
      <w:r>
        <w:t>В) лестный</w:t>
      </w:r>
    </w:p>
    <w:p>
      <w:r>
        <w:t>Г) лезтный</w:t>
      </w:r>
    </w:p>
    <w:p>
      <w:r>
        <w:rPr>
          <w:b/>
        </w:rPr>
        <w:t>13. В каком слове согласная проверяется изменением формы слова?</w:t>
      </w:r>
    </w:p>
    <w:p>
      <w:r>
        <w:t>А) мороз</w:t>
      </w:r>
    </w:p>
    <w:p>
      <w:r>
        <w:t>Б) дуб</w:t>
      </w:r>
    </w:p>
    <w:p>
      <w:r>
        <w:t>В) солнце</w:t>
      </w:r>
    </w:p>
    <w:p>
      <w:r>
        <w:t>Г) чувство</w:t>
      </w:r>
    </w:p>
    <w:p>
      <w:r>
        <w:rPr>
          <w:b/>
        </w:rPr>
        <w:t>14. Найдите слово с ошибкой:</w:t>
      </w:r>
    </w:p>
    <w:p>
      <w:r>
        <w:t>А) участник</w:t>
      </w:r>
    </w:p>
    <w:p>
      <w:r>
        <w:t>Б) честный</w:t>
      </w:r>
    </w:p>
    <w:p>
      <w:r>
        <w:t>В) известный</w:t>
      </w:r>
    </w:p>
    <w:p>
      <w:r>
        <w:t>Г) празничный</w:t>
      </w:r>
    </w:p>
    <w:p>
      <w:r>
        <w:rPr>
          <w:b/>
        </w:rPr>
        <w:t>15. Укажите ряд, где все слова написаны правильно.</w:t>
      </w:r>
    </w:p>
    <w:p>
      <w:r>
        <w:t>А) сердце, солнце, лестница</w:t>
      </w:r>
    </w:p>
    <w:p>
      <w:r>
        <w:t>Б) серце, солнце, лесница</w:t>
      </w:r>
    </w:p>
    <w:p>
      <w:r>
        <w:t>В) сердце, сонце, лестница</w:t>
      </w:r>
    </w:p>
    <w:p>
      <w:r>
        <w:t>Г) серце, сонце, лесница</w:t>
      </w:r>
    </w:p>
    <w:p>
      <w:pPr>
        <w:pStyle w:val="Heading1"/>
      </w:pPr>
      <w:r>
        <w:t>3. Чередующиеся гласные в корне</w:t>
      </w:r>
    </w:p>
    <w:p>
      <w:r>
        <w:rPr>
          <w:b/>
        </w:rPr>
        <w:t>1. В каком слове пишется А в корне -лаг-/-лож-?</w:t>
      </w:r>
    </w:p>
    <w:p>
      <w:r>
        <w:t>А) предл..гать</w:t>
      </w:r>
    </w:p>
    <w:p>
      <w:r>
        <w:t>Б) пол..жить</w:t>
      </w:r>
    </w:p>
    <w:p>
      <w:r>
        <w:t>В) прил..жить</w:t>
      </w:r>
    </w:p>
    <w:p>
      <w:r>
        <w:t>Г) изл..жить</w:t>
      </w:r>
    </w:p>
    <w:p>
      <w:r>
        <w:rPr>
          <w:b/>
        </w:rPr>
        <w:t>2. Выберите правильное написание:</w:t>
      </w:r>
    </w:p>
    <w:p>
      <w:r>
        <w:t>А) предлагать</w:t>
      </w:r>
    </w:p>
    <w:p>
      <w:r>
        <w:t>Б) предложать</w:t>
      </w:r>
    </w:p>
    <w:p>
      <w:r>
        <w:t>В) предлогать</w:t>
      </w:r>
    </w:p>
    <w:p>
      <w:r>
        <w:t>Г) предлаготь</w:t>
      </w:r>
    </w:p>
    <w:p>
      <w:r>
        <w:rPr>
          <w:b/>
        </w:rPr>
        <w:t>3. В каком слове пишется О?</w:t>
      </w:r>
    </w:p>
    <w:p>
      <w:r>
        <w:t>А) прил..жение</w:t>
      </w:r>
    </w:p>
    <w:p>
      <w:r>
        <w:t>Б) предл..гать</w:t>
      </w:r>
    </w:p>
    <w:p>
      <w:r>
        <w:t>В) сл..жение</w:t>
      </w:r>
    </w:p>
    <w:p>
      <w:r>
        <w:t>Г) пол..гать</w:t>
      </w:r>
    </w:p>
    <w:p>
      <w:r>
        <w:rPr>
          <w:b/>
        </w:rPr>
        <w:t>4. Выберите правильный вариант:</w:t>
      </w:r>
    </w:p>
    <w:p>
      <w:r>
        <w:t>А) загореть</w:t>
      </w:r>
    </w:p>
    <w:p>
      <w:r>
        <w:t>Б) загареть</w:t>
      </w:r>
    </w:p>
    <w:p>
      <w:r>
        <w:t>В) загарить</w:t>
      </w:r>
    </w:p>
    <w:p>
      <w:r>
        <w:t>Г) загорить</w:t>
      </w:r>
    </w:p>
    <w:p>
      <w:r>
        <w:rPr>
          <w:b/>
        </w:rPr>
        <w:t>5. В каком слове пишется А в корне -гар-/-гор-?</w:t>
      </w:r>
    </w:p>
    <w:p>
      <w:r>
        <w:t>А) заг..р</w:t>
      </w:r>
    </w:p>
    <w:p>
      <w:r>
        <w:t>Б) заг..реть</w:t>
      </w:r>
    </w:p>
    <w:p>
      <w:r>
        <w:t>В) выг..реть</w:t>
      </w:r>
    </w:p>
    <w:p>
      <w:r>
        <w:t>Г) приг..реть</w:t>
      </w:r>
    </w:p>
    <w:p>
      <w:r>
        <w:rPr>
          <w:b/>
        </w:rPr>
        <w:t>6. Укажите слово с чередованием -раст-/-ращ-/-рос-.</w:t>
      </w:r>
    </w:p>
    <w:p>
      <w:r>
        <w:t>А) растение</w:t>
      </w:r>
    </w:p>
    <w:p>
      <w:r>
        <w:t>Б) растереть</w:t>
      </w:r>
    </w:p>
    <w:p>
      <w:r>
        <w:t>В) простой</w:t>
      </w:r>
    </w:p>
    <w:p>
      <w:r>
        <w:t>Г) росток</w:t>
      </w:r>
    </w:p>
    <w:p>
      <w:r>
        <w:rPr>
          <w:b/>
        </w:rPr>
        <w:t>7. Выберите правильное написание:</w:t>
      </w:r>
    </w:p>
    <w:p>
      <w:r>
        <w:t>А) выростить</w:t>
      </w:r>
    </w:p>
    <w:p>
      <w:r>
        <w:t>Б) вырастить</w:t>
      </w:r>
    </w:p>
    <w:p>
      <w:r>
        <w:t>В) вырощить</w:t>
      </w:r>
    </w:p>
    <w:p>
      <w:r>
        <w:t>Г) вырости</w:t>
      </w:r>
    </w:p>
    <w:p>
      <w:r>
        <w:rPr>
          <w:b/>
        </w:rPr>
        <w:t>8. В каком слове пишется О?</w:t>
      </w:r>
    </w:p>
    <w:p>
      <w:r>
        <w:t>А) р..сток</w:t>
      </w:r>
    </w:p>
    <w:p>
      <w:r>
        <w:t>Б) выр..щенный</w:t>
      </w:r>
    </w:p>
    <w:p>
      <w:r>
        <w:t>В) подр..сти</w:t>
      </w:r>
    </w:p>
    <w:p>
      <w:r>
        <w:t>Г) отр..сль</w:t>
      </w:r>
    </w:p>
    <w:p>
      <w:r>
        <w:rPr>
          <w:b/>
        </w:rPr>
        <w:t>9. Какое слово написано правильно?</w:t>
      </w:r>
    </w:p>
    <w:p>
      <w:r>
        <w:t>А) касаться</w:t>
      </w:r>
    </w:p>
    <w:p>
      <w:r>
        <w:t>Б) косаться</w:t>
      </w:r>
    </w:p>
    <w:p>
      <w:r>
        <w:t>В) касатся</w:t>
      </w:r>
    </w:p>
    <w:p>
      <w:r>
        <w:t>Г) косатся</w:t>
      </w:r>
    </w:p>
    <w:p>
      <w:r>
        <w:rPr>
          <w:b/>
        </w:rPr>
        <w:t>10. Выберите правильный вариант:</w:t>
      </w:r>
    </w:p>
    <w:p>
      <w:r>
        <w:t>А) прикоснуться</w:t>
      </w:r>
    </w:p>
    <w:p>
      <w:r>
        <w:t>Б) прикаснуться</w:t>
      </w:r>
    </w:p>
    <w:p>
      <w:r>
        <w:t>В) прикосатся</w:t>
      </w:r>
    </w:p>
    <w:p>
      <w:r>
        <w:t>Г) прикасаться</w:t>
      </w:r>
    </w:p>
    <w:p>
      <w:r>
        <w:rPr>
          <w:b/>
        </w:rPr>
        <w:t>11. В каком слове пишется А в корне -кас-/-кос-?</w:t>
      </w:r>
    </w:p>
    <w:p>
      <w:r>
        <w:t>А) к..сание</w:t>
      </w:r>
    </w:p>
    <w:p>
      <w:r>
        <w:t>Б) прик..снуться</w:t>
      </w:r>
    </w:p>
    <w:p>
      <w:r>
        <w:t>В) к..снуться</w:t>
      </w:r>
    </w:p>
    <w:p>
      <w:r>
        <w:t>Г) прик..сновение</w:t>
      </w:r>
    </w:p>
    <w:p>
      <w:r>
        <w:rPr>
          <w:b/>
        </w:rPr>
        <w:t>12. Выберите правильное написание:</w:t>
      </w:r>
    </w:p>
    <w:p>
      <w:r>
        <w:t>А) собирать</w:t>
      </w:r>
    </w:p>
    <w:p>
      <w:r>
        <w:t>Б) соберать</w:t>
      </w:r>
    </w:p>
    <w:p>
      <w:r>
        <w:t>В) соберать</w:t>
      </w:r>
    </w:p>
    <w:p>
      <w:r>
        <w:t>Г) соберать</w:t>
      </w:r>
    </w:p>
    <w:p>
      <w:r>
        <w:rPr>
          <w:b/>
        </w:rPr>
        <w:t>13. В каком слове пишется И в корне -бир-/-бер-?</w:t>
      </w:r>
    </w:p>
    <w:p>
      <w:r>
        <w:t>А) соб..рать</w:t>
      </w:r>
    </w:p>
    <w:p>
      <w:r>
        <w:t>Б) соб..ру</w:t>
      </w:r>
    </w:p>
    <w:p>
      <w:r>
        <w:t>В) заб..рать</w:t>
      </w:r>
    </w:p>
    <w:p>
      <w:r>
        <w:t>Г) заб..ру</w:t>
      </w:r>
    </w:p>
    <w:p>
      <w:r>
        <w:rPr>
          <w:b/>
        </w:rPr>
        <w:t>14. Выберите правильный вариант:</w:t>
      </w:r>
    </w:p>
    <w:p>
      <w:r>
        <w:t>А) замереть</w:t>
      </w:r>
    </w:p>
    <w:p>
      <w:r>
        <w:t>Б) замиреть</w:t>
      </w:r>
    </w:p>
    <w:p>
      <w:r>
        <w:t>В) замерать</w:t>
      </w:r>
    </w:p>
    <w:p>
      <w:r>
        <w:t>Г) замирять</w:t>
      </w:r>
    </w:p>
    <w:p>
      <w:r>
        <w:rPr>
          <w:b/>
        </w:rPr>
        <w:t>15. В каком ряду все слова содержат чередующиеся гласные?</w:t>
      </w:r>
    </w:p>
    <w:p>
      <w:r>
        <w:t>А) касаться, предложить, вырастить</w:t>
      </w:r>
    </w:p>
    <w:p>
      <w:r>
        <w:t>Б) лес, вода, гора</w:t>
      </w:r>
    </w:p>
    <w:p>
      <w:r>
        <w:t>В) берёза, трава, поле</w:t>
      </w:r>
    </w:p>
    <w:p>
      <w:r>
        <w:t>Г) читать, писать, говорить</w:t>
      </w:r>
    </w:p>
    <w:p>
      <w:pPr>
        <w:pStyle w:val="Heading1"/>
      </w:pPr>
      <w:r>
        <w:t>4. Правописание приставок</w:t>
      </w:r>
    </w:p>
    <w:p>
      <w:r>
        <w:rPr>
          <w:b/>
        </w:rPr>
        <w:t>1. Выберите правильное написание:</w:t>
      </w:r>
    </w:p>
    <w:p>
      <w:r>
        <w:t>А) преехать</w:t>
      </w:r>
    </w:p>
    <w:p>
      <w:r>
        <w:t>Б) приехать</w:t>
      </w:r>
    </w:p>
    <w:p>
      <w:r>
        <w:t>В) приэхать</w:t>
      </w:r>
    </w:p>
    <w:p>
      <w:r>
        <w:t>Г) приеехать</w:t>
      </w:r>
    </w:p>
    <w:p>
      <w:r>
        <w:rPr>
          <w:b/>
        </w:rPr>
        <w:t>2. В каком слове пишется ПРИ-?</w:t>
      </w:r>
    </w:p>
    <w:p>
      <w:r>
        <w:t>А) пр..красный</w:t>
      </w:r>
    </w:p>
    <w:p>
      <w:r>
        <w:t>Б) пр..градить</w:t>
      </w:r>
    </w:p>
    <w:p>
      <w:r>
        <w:t>В) пр..ехать</w:t>
      </w:r>
    </w:p>
    <w:p>
      <w:r>
        <w:t>Г) пр..увеличить</w:t>
      </w:r>
    </w:p>
    <w:p>
      <w:r>
        <w:rPr>
          <w:b/>
        </w:rPr>
        <w:t>3. В каком слове пишется ПРЕ-?</w:t>
      </w:r>
    </w:p>
    <w:p>
      <w:r>
        <w:t>А) приклеить</w:t>
      </w:r>
    </w:p>
    <w:p>
      <w:r>
        <w:t>Б) приехать</w:t>
      </w:r>
    </w:p>
    <w:p>
      <w:r>
        <w:t>В) прекрасный</w:t>
      </w:r>
    </w:p>
    <w:p>
      <w:r>
        <w:t>Г) приоткрыть</w:t>
      </w:r>
    </w:p>
    <w:p>
      <w:r>
        <w:rPr>
          <w:b/>
        </w:rPr>
        <w:t>4. Выберите правильный вариант:</w:t>
      </w:r>
    </w:p>
    <w:p>
      <w:r>
        <w:t>А) бесшумный</w:t>
      </w:r>
    </w:p>
    <w:p>
      <w:r>
        <w:t>Б) безшумный</w:t>
      </w:r>
    </w:p>
    <w:p>
      <w:r>
        <w:t>В) бесшумной</w:t>
      </w:r>
    </w:p>
    <w:p>
      <w:r>
        <w:t>Г) безшумной</w:t>
      </w:r>
    </w:p>
    <w:p>
      <w:r>
        <w:rPr>
          <w:b/>
        </w:rPr>
        <w:t>5. Перед какой буквой в приставке на -З/-С пишется З?</w:t>
      </w:r>
    </w:p>
    <w:p>
      <w:r>
        <w:t>А) п</w:t>
      </w:r>
    </w:p>
    <w:p>
      <w:r>
        <w:t>Б) т</w:t>
      </w:r>
    </w:p>
    <w:p>
      <w:r>
        <w:t>В) к</w:t>
      </w:r>
    </w:p>
    <w:p>
      <w:r>
        <w:t>Г) б</w:t>
      </w:r>
    </w:p>
    <w:p>
      <w:r>
        <w:rPr>
          <w:b/>
        </w:rPr>
        <w:t>6. Выберите правильное написание:</w:t>
      </w:r>
    </w:p>
    <w:p>
      <w:r>
        <w:t>А) бескрайний</w:t>
      </w:r>
    </w:p>
    <w:p>
      <w:r>
        <w:t>Б) безкрайний</w:t>
      </w:r>
    </w:p>
    <w:p>
      <w:r>
        <w:t>В) бесграйний</w:t>
      </w:r>
    </w:p>
    <w:p>
      <w:r>
        <w:t>Г) безграйний</w:t>
      </w:r>
    </w:p>
    <w:p>
      <w:r>
        <w:rPr>
          <w:b/>
        </w:rPr>
        <w:t>7. В каком слове допущена ошибка?</w:t>
      </w:r>
    </w:p>
    <w:p>
      <w:r>
        <w:t>А) расписать</w:t>
      </w:r>
    </w:p>
    <w:p>
      <w:r>
        <w:t>Б) разбить</w:t>
      </w:r>
    </w:p>
    <w:p>
      <w:r>
        <w:t>В) бесшумный</w:t>
      </w:r>
    </w:p>
    <w:p>
      <w:r>
        <w:t>Г) безпечный</w:t>
      </w:r>
    </w:p>
    <w:p>
      <w:r>
        <w:rPr>
          <w:b/>
        </w:rPr>
        <w:t>8. Выберите правильный вариант:</w:t>
      </w:r>
    </w:p>
    <w:p>
      <w:r>
        <w:t>А) взлететь</w:t>
      </w:r>
    </w:p>
    <w:p>
      <w:r>
        <w:t>Б) вслететь</w:t>
      </w:r>
    </w:p>
    <w:p>
      <w:r>
        <w:t>В) взьлететь</w:t>
      </w:r>
    </w:p>
    <w:p>
      <w:r>
        <w:t>Г) взлетить</w:t>
      </w:r>
    </w:p>
    <w:p>
      <w:r>
        <w:rPr>
          <w:b/>
        </w:rPr>
        <w:t>9. В каком слове приставка ПРЕ- имеет значение «очень»?</w:t>
      </w:r>
    </w:p>
    <w:p>
      <w:r>
        <w:t>А) приехать</w:t>
      </w:r>
    </w:p>
    <w:p>
      <w:r>
        <w:t>Б) приклеить</w:t>
      </w:r>
    </w:p>
    <w:p>
      <w:r>
        <w:t>В) прекрасный</w:t>
      </w:r>
    </w:p>
    <w:p>
      <w:r>
        <w:t>Г) приоткрыть</w:t>
      </w:r>
    </w:p>
    <w:p>
      <w:r>
        <w:rPr>
          <w:b/>
        </w:rPr>
        <w:t>10. Выберите правильное написание:</w:t>
      </w:r>
    </w:p>
    <w:p>
      <w:r>
        <w:t>А) преоткрыть</w:t>
      </w:r>
    </w:p>
    <w:p>
      <w:r>
        <w:t>Б) приоткрыть</w:t>
      </w:r>
    </w:p>
    <w:p>
      <w:r>
        <w:t>В) приоткрыт</w:t>
      </w:r>
    </w:p>
    <w:p>
      <w:r>
        <w:t>Г) преоткрыт</w:t>
      </w:r>
    </w:p>
    <w:p>
      <w:r>
        <w:rPr>
          <w:b/>
        </w:rPr>
        <w:t>11. В каком слове пишется З в приставке?</w:t>
      </w:r>
    </w:p>
    <w:p>
      <w:r>
        <w:t>А) бе..крайний</w:t>
      </w:r>
    </w:p>
    <w:p>
      <w:r>
        <w:t>Б) бе..звучный</w:t>
      </w:r>
    </w:p>
    <w:p>
      <w:r>
        <w:t>В) ра..писать</w:t>
      </w:r>
    </w:p>
    <w:p>
      <w:r>
        <w:t>Г) ра..сказать</w:t>
      </w:r>
    </w:p>
    <w:p>
      <w:r>
        <w:rPr>
          <w:b/>
        </w:rPr>
        <w:t>12. Выберите правильный вариант:</w:t>
      </w:r>
    </w:p>
    <w:p>
      <w:r>
        <w:t>А) подбежать</w:t>
      </w:r>
    </w:p>
    <w:p>
      <w:r>
        <w:t>Б) потбежать</w:t>
      </w:r>
    </w:p>
    <w:p>
      <w:r>
        <w:t>В) подбежат</w:t>
      </w:r>
    </w:p>
    <w:p>
      <w:r>
        <w:t>Г) подбежить</w:t>
      </w:r>
    </w:p>
    <w:p>
      <w:r>
        <w:rPr>
          <w:b/>
        </w:rPr>
        <w:t>13. В каком слове значение приставки ПРИ- связано с приближением?</w:t>
      </w:r>
    </w:p>
    <w:p>
      <w:r>
        <w:t>А) прибрежный</w:t>
      </w:r>
    </w:p>
    <w:p>
      <w:r>
        <w:t>Б) прекрасный</w:t>
      </w:r>
    </w:p>
    <w:p>
      <w:r>
        <w:t>В) преувеличить</w:t>
      </w:r>
    </w:p>
    <w:p>
      <w:r>
        <w:t>Г) премудрый</w:t>
      </w:r>
    </w:p>
    <w:p>
      <w:r>
        <w:rPr>
          <w:b/>
        </w:rPr>
        <w:t>14. Найдите слово с ошибкой:</w:t>
      </w:r>
    </w:p>
    <w:p>
      <w:r>
        <w:t>А) разбудить</w:t>
      </w:r>
    </w:p>
    <w:p>
      <w:r>
        <w:t>Б) расписание</w:t>
      </w:r>
    </w:p>
    <w:p>
      <w:r>
        <w:t>В) безвкусный</w:t>
      </w:r>
    </w:p>
    <w:p>
      <w:r>
        <w:t>Г) беспечный</w:t>
      </w:r>
    </w:p>
    <w:p>
      <w:r>
        <w:rPr>
          <w:b/>
        </w:rPr>
        <w:t>15. Укажите ряд, в котором все слова написаны правильно.</w:t>
      </w:r>
    </w:p>
    <w:p>
      <w:r>
        <w:t>А) приехать, прекрасный, бесшумный</w:t>
      </w:r>
    </w:p>
    <w:p>
      <w:r>
        <w:t>Б) преехать, прекрасный, безшумный</w:t>
      </w:r>
    </w:p>
    <w:p>
      <w:r>
        <w:t>В) приехать, прикрасный, бесшумный</w:t>
      </w:r>
    </w:p>
    <w:p>
      <w:r>
        <w:t>Г) приеехать, прекрасный, безшумный</w:t>
      </w:r>
    </w:p>
    <w:p>
      <w:pPr>
        <w:pStyle w:val="Heading1"/>
      </w:pPr>
      <w:r>
        <w:t>5. Суффиксы существительных и прилагательных</w:t>
      </w:r>
    </w:p>
    <w:p>
      <w:r>
        <w:rPr>
          <w:b/>
        </w:rPr>
        <w:t>1. Выберите правильное написание:</w:t>
      </w:r>
    </w:p>
    <w:p>
      <w:r>
        <w:t>А) каменщик</w:t>
      </w:r>
    </w:p>
    <w:p>
      <w:r>
        <w:t>Б) каменшик</w:t>
      </w:r>
    </w:p>
    <w:p>
      <w:r>
        <w:t>В) каменьщик</w:t>
      </w:r>
    </w:p>
    <w:p>
      <w:r>
        <w:t>Г) каменщикь</w:t>
      </w:r>
    </w:p>
    <w:p>
      <w:r>
        <w:rPr>
          <w:b/>
        </w:rPr>
        <w:t>2. В каком слове пишется суффикс -ИК-?</w:t>
      </w:r>
    </w:p>
    <w:p>
      <w:r>
        <w:t>А) ключ..к</w:t>
      </w:r>
    </w:p>
    <w:p>
      <w:r>
        <w:t>Б) дом..к</w:t>
      </w:r>
    </w:p>
    <w:p>
      <w:r>
        <w:t>В) стол..к</w:t>
      </w:r>
    </w:p>
    <w:p>
      <w:r>
        <w:t>Г) нос..к</w:t>
      </w:r>
    </w:p>
    <w:p>
      <w:r>
        <w:rPr>
          <w:b/>
        </w:rPr>
        <w:t>3. Выберите правильный вариант:</w:t>
      </w:r>
    </w:p>
    <w:p>
      <w:r>
        <w:t>А) рассказчик</w:t>
      </w:r>
    </w:p>
    <w:p>
      <w:r>
        <w:t>Б) рассказщик</w:t>
      </w:r>
    </w:p>
    <w:p>
      <w:r>
        <w:t>В) расказчик</w:t>
      </w:r>
    </w:p>
    <w:p>
      <w:r>
        <w:t>Г) рассказьчик</w:t>
      </w:r>
    </w:p>
    <w:p>
      <w:r>
        <w:rPr>
          <w:b/>
        </w:rPr>
        <w:t>4. В каком слове пишется -ЧИК-?</w:t>
      </w:r>
    </w:p>
    <w:p>
      <w:r>
        <w:t>А) грузчик</w:t>
      </w:r>
    </w:p>
    <w:p>
      <w:r>
        <w:t>Б) лётчик</w:t>
      </w:r>
    </w:p>
    <w:p>
      <w:r>
        <w:t>В) переводчик</w:t>
      </w:r>
    </w:p>
    <w:p>
      <w:r>
        <w:t>Г) каменщик</w:t>
      </w:r>
    </w:p>
    <w:p>
      <w:r>
        <w:rPr>
          <w:b/>
        </w:rPr>
        <w:t>5. Выберите правильное написание:</w:t>
      </w:r>
    </w:p>
    <w:p>
      <w:r>
        <w:t>А) стеклянный</w:t>
      </w:r>
    </w:p>
    <w:p>
      <w:r>
        <w:t>Б) стекляный</w:t>
      </w:r>
    </w:p>
    <w:p>
      <w:r>
        <w:t>В) стеклянный</w:t>
      </w:r>
    </w:p>
    <w:p>
      <w:r>
        <w:t>Г) стекленый</w:t>
      </w:r>
    </w:p>
    <w:p>
      <w:r>
        <w:rPr>
          <w:b/>
        </w:rPr>
        <w:t>6. В каком прилагательном пишется суффикс -ОВ-?</w:t>
      </w:r>
    </w:p>
    <w:p>
      <w:r>
        <w:t>А) груш..вый</w:t>
      </w:r>
    </w:p>
    <w:p>
      <w:r>
        <w:t>Б) ключ..вой</w:t>
      </w:r>
    </w:p>
    <w:p>
      <w:r>
        <w:t>В) ситц..вый</w:t>
      </w:r>
    </w:p>
    <w:p>
      <w:r>
        <w:t>Г) молодц..вый</w:t>
      </w:r>
    </w:p>
    <w:p>
      <w:r>
        <w:rPr>
          <w:b/>
        </w:rPr>
        <w:t>7. Выберите правильный вариант:</w:t>
      </w:r>
    </w:p>
    <w:p>
      <w:r>
        <w:t>А) плюшевый</w:t>
      </w:r>
    </w:p>
    <w:p>
      <w:r>
        <w:t>Б) плюшовый</w:t>
      </w:r>
    </w:p>
    <w:p>
      <w:r>
        <w:t>В) плюшивый</w:t>
      </w:r>
    </w:p>
    <w:p>
      <w:r>
        <w:t>Г) плюшовыйй</w:t>
      </w:r>
    </w:p>
    <w:p>
      <w:r>
        <w:rPr>
          <w:b/>
        </w:rPr>
        <w:t>8. В каком слове пишется -ЕВ-?</w:t>
      </w:r>
    </w:p>
    <w:p>
      <w:r>
        <w:t>А) камыш..вый</w:t>
      </w:r>
    </w:p>
    <w:p>
      <w:r>
        <w:t>Б) ситц..вый</w:t>
      </w:r>
    </w:p>
    <w:p>
      <w:r>
        <w:t>В) глянц..вый</w:t>
      </w:r>
    </w:p>
    <w:p>
      <w:r>
        <w:t>Г) ключ..вой</w:t>
      </w:r>
    </w:p>
    <w:p>
      <w:r>
        <w:rPr>
          <w:b/>
        </w:rPr>
        <w:t>9. Выберите правильное написание:</w:t>
      </w:r>
    </w:p>
    <w:p>
      <w:r>
        <w:t>А) песчаный</w:t>
      </w:r>
    </w:p>
    <w:p>
      <w:r>
        <w:t>Б) песчанный</w:t>
      </w:r>
    </w:p>
    <w:p>
      <w:r>
        <w:t>В) песчяный</w:t>
      </w:r>
    </w:p>
    <w:p>
      <w:r>
        <w:t>Г) песчанной</w:t>
      </w:r>
    </w:p>
    <w:p>
      <w:r>
        <w:rPr>
          <w:b/>
        </w:rPr>
        <w:t>10. В каком слове допущена ошибка?</w:t>
      </w:r>
    </w:p>
    <w:p>
      <w:r>
        <w:t>А) кожаный</w:t>
      </w:r>
    </w:p>
    <w:p>
      <w:r>
        <w:t>Б) серебряный</w:t>
      </w:r>
    </w:p>
    <w:p>
      <w:r>
        <w:t>В) оловяный</w:t>
      </w:r>
    </w:p>
    <w:p>
      <w:r>
        <w:t>Г) глиняный</w:t>
      </w:r>
    </w:p>
    <w:p>
      <w:r>
        <w:rPr>
          <w:b/>
        </w:rPr>
        <w:t>11. Выберите правильный вариант:</w:t>
      </w:r>
    </w:p>
    <w:p>
      <w:r>
        <w:t>А) соломенный</w:t>
      </w:r>
    </w:p>
    <w:p>
      <w:r>
        <w:t>Б) соломяный</w:t>
      </w:r>
    </w:p>
    <w:p>
      <w:r>
        <w:t>В) соломеный</w:t>
      </w:r>
    </w:p>
    <w:p>
      <w:r>
        <w:t>Г) соломенныйй</w:t>
      </w:r>
    </w:p>
    <w:p>
      <w:r>
        <w:rPr>
          <w:b/>
        </w:rPr>
        <w:t>12. В каком слове суффикс обозначает профессию?</w:t>
      </w:r>
    </w:p>
    <w:p>
      <w:r>
        <w:t>А) учитель</w:t>
      </w:r>
    </w:p>
    <w:p>
      <w:r>
        <w:t>Б) домик</w:t>
      </w:r>
    </w:p>
    <w:p>
      <w:r>
        <w:t>В) столовый</w:t>
      </w:r>
    </w:p>
    <w:p>
      <w:r>
        <w:t>Г) зимний</w:t>
      </w:r>
    </w:p>
    <w:p>
      <w:r>
        <w:rPr>
          <w:b/>
        </w:rPr>
        <w:t>13. Выберите правильное написание:</w:t>
      </w:r>
    </w:p>
    <w:p>
      <w:r>
        <w:t>А) доверчивый</w:t>
      </w:r>
    </w:p>
    <w:p>
      <w:r>
        <w:t>Б) доверчевый</w:t>
      </w:r>
    </w:p>
    <w:p>
      <w:r>
        <w:t>В) доверчевый</w:t>
      </w:r>
    </w:p>
    <w:p>
      <w:r>
        <w:t>Г) доверчевыйй</w:t>
      </w:r>
    </w:p>
    <w:p>
      <w:r>
        <w:rPr>
          <w:b/>
        </w:rPr>
        <w:t>14. Какое слово образовано при помощи суффикса?</w:t>
      </w:r>
    </w:p>
    <w:p>
      <w:r>
        <w:t>А) лесник</w:t>
      </w:r>
    </w:p>
    <w:p>
      <w:r>
        <w:t>Б) подоконник</w:t>
      </w:r>
    </w:p>
    <w:p>
      <w:r>
        <w:t>В) переход</w:t>
      </w:r>
    </w:p>
    <w:p>
      <w:r>
        <w:t>Г) выход</w:t>
      </w:r>
    </w:p>
    <w:p>
      <w:r>
        <w:rPr>
          <w:b/>
        </w:rPr>
        <w:t>15. Укажите ряд, в котором все слова написаны правильно.</w:t>
      </w:r>
    </w:p>
    <w:p>
      <w:r>
        <w:t>А) каменщик, стеклянный, кожаный</w:t>
      </w:r>
    </w:p>
    <w:p>
      <w:r>
        <w:t>Б) каменшик, стекляный, кожанный</w:t>
      </w:r>
    </w:p>
    <w:p>
      <w:r>
        <w:t>В) каменьщик, стеклянный, кожяный</w:t>
      </w:r>
    </w:p>
    <w:p>
      <w:r>
        <w:t>Г) каменщик, стекляный, кожанный</w:t>
      </w:r>
    </w:p>
    <w:p>
      <w:pPr>
        <w:pStyle w:val="Heading1"/>
      </w:pPr>
      <w:r>
        <w:t>6. Суффиксы глаголов и причастий</w:t>
      </w:r>
    </w:p>
    <w:p>
      <w:r>
        <w:rPr>
          <w:b/>
        </w:rPr>
        <w:t>1. Выберите правильное написание:</w:t>
      </w:r>
    </w:p>
    <w:p>
      <w:r>
        <w:t>А) разведывать</w:t>
      </w:r>
    </w:p>
    <w:p>
      <w:r>
        <w:t>Б) разведовать</w:t>
      </w:r>
    </w:p>
    <w:p>
      <w:r>
        <w:t>В) разведыват</w:t>
      </w:r>
    </w:p>
    <w:p>
      <w:r>
        <w:t>Г) развидовать</w:t>
      </w:r>
    </w:p>
    <w:p>
      <w:r>
        <w:rPr>
          <w:b/>
        </w:rPr>
        <w:t>2. В каком слове пишется суффикс -ЫВА-?</w:t>
      </w:r>
    </w:p>
    <w:p>
      <w:r>
        <w:t>А) рассматр..вать</w:t>
      </w:r>
    </w:p>
    <w:p>
      <w:r>
        <w:t>Б) совет..вать</w:t>
      </w:r>
    </w:p>
    <w:p>
      <w:r>
        <w:t>В) ноч..вать</w:t>
      </w:r>
    </w:p>
    <w:p>
      <w:r>
        <w:t>Г) танц..вать</w:t>
      </w:r>
    </w:p>
    <w:p>
      <w:r>
        <w:rPr>
          <w:b/>
        </w:rPr>
        <w:t>3. Выберите правильный вариант:</w:t>
      </w:r>
    </w:p>
    <w:p>
      <w:r>
        <w:t>А) испытывать</w:t>
      </w:r>
    </w:p>
    <w:p>
      <w:r>
        <w:t>Б) испытевать</w:t>
      </w:r>
    </w:p>
    <w:p>
      <w:r>
        <w:t>В) испытовать</w:t>
      </w:r>
    </w:p>
    <w:p>
      <w:r>
        <w:t>Г) испытевывать</w:t>
      </w:r>
    </w:p>
    <w:p>
      <w:r>
        <w:rPr>
          <w:b/>
        </w:rPr>
        <w:t>4. В каком слове пишется -ОВА-?</w:t>
      </w:r>
    </w:p>
    <w:p>
      <w:r>
        <w:t>А) совет..вать</w:t>
      </w:r>
    </w:p>
    <w:p>
      <w:r>
        <w:t>Б) бесед..вать</w:t>
      </w:r>
    </w:p>
    <w:p>
      <w:r>
        <w:t>В) гор..вать</w:t>
      </w:r>
    </w:p>
    <w:p>
      <w:r>
        <w:t>Г) исслед..вать</w:t>
      </w:r>
    </w:p>
    <w:p>
      <w:r>
        <w:rPr>
          <w:b/>
        </w:rPr>
        <w:t>5. Выберите правильное написание:</w:t>
      </w:r>
    </w:p>
    <w:p>
      <w:r>
        <w:t>А) организовать</w:t>
      </w:r>
    </w:p>
    <w:p>
      <w:r>
        <w:t>Б) организировать</w:t>
      </w:r>
    </w:p>
    <w:p>
      <w:r>
        <w:t>В) организовывать</w:t>
      </w:r>
    </w:p>
    <w:p>
      <w:r>
        <w:t>Г) организевать</w:t>
      </w:r>
    </w:p>
    <w:p>
      <w:r>
        <w:rPr>
          <w:b/>
        </w:rPr>
        <w:t>6. В каком причастии пишется -ЕНН-?</w:t>
      </w:r>
    </w:p>
    <w:p>
      <w:r>
        <w:t>А) решённый</w:t>
      </w:r>
    </w:p>
    <w:p>
      <w:r>
        <w:t>Б) написаный</w:t>
      </w:r>
    </w:p>
    <w:p>
      <w:r>
        <w:t>В) прочитаный</w:t>
      </w:r>
    </w:p>
    <w:p>
      <w:r>
        <w:t>Г) сделаный</w:t>
      </w:r>
    </w:p>
    <w:p>
      <w:r>
        <w:rPr>
          <w:b/>
        </w:rPr>
        <w:t>7. Выберите правильный вариант:</w:t>
      </w:r>
    </w:p>
    <w:p>
      <w:r>
        <w:t>А) обещать</w:t>
      </w:r>
    </w:p>
    <w:p>
      <w:r>
        <w:t>Б) обещевать</w:t>
      </w:r>
    </w:p>
    <w:p>
      <w:r>
        <w:t>В) обещывать</w:t>
      </w:r>
    </w:p>
    <w:p>
      <w:r>
        <w:t>Г) обещивать</w:t>
      </w:r>
    </w:p>
    <w:p>
      <w:r>
        <w:rPr>
          <w:b/>
        </w:rPr>
        <w:t>8. В каком слове допущена ошибка?</w:t>
      </w:r>
    </w:p>
    <w:p>
      <w:r>
        <w:t>А) командовать</w:t>
      </w:r>
    </w:p>
    <w:p>
      <w:r>
        <w:t>Б) советовать</w:t>
      </w:r>
    </w:p>
    <w:p>
      <w:r>
        <w:t>В) заведовать</w:t>
      </w:r>
    </w:p>
    <w:p>
      <w:r>
        <w:t>Г) использывать</w:t>
      </w:r>
    </w:p>
    <w:p>
      <w:r>
        <w:rPr>
          <w:b/>
        </w:rPr>
        <w:t>9. Выберите правильное написание:</w:t>
      </w:r>
    </w:p>
    <w:p>
      <w:r>
        <w:t>А) раскрашивать</w:t>
      </w:r>
    </w:p>
    <w:p>
      <w:r>
        <w:t>Б) раскрашевать</w:t>
      </w:r>
    </w:p>
    <w:p>
      <w:r>
        <w:t>В) раскрашовать</w:t>
      </w:r>
    </w:p>
    <w:p>
      <w:r>
        <w:t>Г) раскрашевывать</w:t>
      </w:r>
    </w:p>
    <w:p>
      <w:r>
        <w:rPr>
          <w:b/>
        </w:rPr>
        <w:t>10. Какой суффикс используется в слове переписывать?</w:t>
      </w:r>
    </w:p>
    <w:p>
      <w:r>
        <w:t>А) -ова-</w:t>
      </w:r>
    </w:p>
    <w:p>
      <w:r>
        <w:t>Б) -ева-</w:t>
      </w:r>
    </w:p>
    <w:p>
      <w:r>
        <w:t>В) -ыва-</w:t>
      </w:r>
    </w:p>
    <w:p>
      <w:r>
        <w:t>Г) -ирова-</w:t>
      </w:r>
    </w:p>
    <w:p>
      <w:r>
        <w:rPr>
          <w:b/>
        </w:rPr>
        <w:t>11. Выберите правильный вариант:</w:t>
      </w:r>
    </w:p>
    <w:p>
      <w:r>
        <w:t>А) опаздывать</w:t>
      </w:r>
    </w:p>
    <w:p>
      <w:r>
        <w:t>Б) опаздовать</w:t>
      </w:r>
    </w:p>
    <w:p>
      <w:r>
        <w:t>В) опаздыват</w:t>
      </w:r>
    </w:p>
    <w:p>
      <w:r>
        <w:t>Г) опаздевать</w:t>
      </w:r>
    </w:p>
    <w:p>
      <w:r>
        <w:rPr>
          <w:b/>
        </w:rPr>
        <w:t>12. В каком слове пишется -ИВА-?</w:t>
      </w:r>
    </w:p>
    <w:p>
      <w:r>
        <w:t>А) рассматр..вать</w:t>
      </w:r>
    </w:p>
    <w:p>
      <w:r>
        <w:t>Б) разв..вать</w:t>
      </w:r>
    </w:p>
    <w:p>
      <w:r>
        <w:t>В) команд..вать</w:t>
      </w:r>
    </w:p>
    <w:p>
      <w:r>
        <w:t>Г) организ..вать</w:t>
      </w:r>
    </w:p>
    <w:p>
      <w:r>
        <w:rPr>
          <w:b/>
        </w:rPr>
        <w:t>13. Выберите правильное написание:</w:t>
      </w:r>
    </w:p>
    <w:p>
      <w:r>
        <w:t>А) заведовать</w:t>
      </w:r>
    </w:p>
    <w:p>
      <w:r>
        <w:t>Б) завидовать</w:t>
      </w:r>
    </w:p>
    <w:p>
      <w:r>
        <w:t>В) заведывать</w:t>
      </w:r>
    </w:p>
    <w:p>
      <w:r>
        <w:t>Г) завидевать</w:t>
      </w:r>
    </w:p>
    <w:p>
      <w:r>
        <w:rPr>
          <w:b/>
        </w:rPr>
        <w:t>14. В каком слове суффикс образует действительное причастие?</w:t>
      </w:r>
    </w:p>
    <w:p>
      <w:r>
        <w:t>А) читающий</w:t>
      </w:r>
    </w:p>
    <w:p>
      <w:r>
        <w:t>Б) прочитанный</w:t>
      </w:r>
    </w:p>
    <w:p>
      <w:r>
        <w:t>В) решённый</w:t>
      </w:r>
    </w:p>
    <w:p>
      <w:r>
        <w:t>Г) написанный</w:t>
      </w:r>
    </w:p>
    <w:p>
      <w:r>
        <w:rPr>
          <w:b/>
        </w:rPr>
        <w:t>15. Укажите ряд, в котором все слова написаны правильно.</w:t>
      </w:r>
    </w:p>
    <w:p>
      <w:r>
        <w:t>А) советовать, испытывать, раскрашивать</w:t>
      </w:r>
    </w:p>
    <w:p>
      <w:r>
        <w:t>Б) советовывать, испытевать, раскрашевать</w:t>
      </w:r>
    </w:p>
    <w:p>
      <w:r>
        <w:t>В) советевать, испытывать, раскрашовать</w:t>
      </w:r>
    </w:p>
    <w:p>
      <w:r>
        <w:t>Г) советовать, испытовать, раскрашевать</w:t>
      </w:r>
    </w:p>
    <w:p>
      <w:pPr>
        <w:pStyle w:val="Heading1"/>
      </w:pPr>
      <w:r>
        <w:t>7. Личные окончания глаголов</w:t>
      </w:r>
    </w:p>
    <w:p>
      <w:r>
        <w:rPr>
          <w:b/>
        </w:rPr>
        <w:t>1. Выберите правильное окончание: Он пиш..т письмо.</w:t>
      </w:r>
    </w:p>
    <w:p>
      <w:r>
        <w:t>А) -ет</w:t>
      </w:r>
    </w:p>
    <w:p>
      <w:r>
        <w:t>Б) -ит</w:t>
      </w:r>
    </w:p>
    <w:p>
      <w:r>
        <w:t>В) -ат</w:t>
      </w:r>
    </w:p>
    <w:p>
      <w:r>
        <w:t>Г) -ят</w:t>
      </w:r>
    </w:p>
    <w:p>
      <w:r>
        <w:rPr>
          <w:b/>
        </w:rPr>
        <w:t>2. Выберите правильный вариант: Они стро..т дом.</w:t>
      </w:r>
    </w:p>
    <w:p>
      <w:r>
        <w:t>А) -ят</w:t>
      </w:r>
    </w:p>
    <w:p>
      <w:r>
        <w:t>Б) -ат</w:t>
      </w:r>
    </w:p>
    <w:p>
      <w:r>
        <w:t>В) -ут</w:t>
      </w:r>
    </w:p>
    <w:p>
      <w:r>
        <w:t>Г) -ют</w:t>
      </w:r>
    </w:p>
    <w:p>
      <w:r>
        <w:rPr>
          <w:b/>
        </w:rPr>
        <w:t>3. В каком слове окончание написано правильно?</w:t>
      </w:r>
    </w:p>
    <w:p>
      <w:r>
        <w:t>А) дышет</w:t>
      </w:r>
    </w:p>
    <w:p>
      <w:r>
        <w:t>Б) дышит</w:t>
      </w:r>
    </w:p>
    <w:p>
      <w:r>
        <w:t>В) дышат</w:t>
      </w:r>
    </w:p>
    <w:p>
      <w:r>
        <w:t>Г) дышют</w:t>
      </w:r>
    </w:p>
    <w:p>
      <w:r>
        <w:rPr>
          <w:b/>
        </w:rPr>
        <w:t>4. Выберите правильный вариант: Ты чита..шь книгу.</w:t>
      </w:r>
    </w:p>
    <w:p>
      <w:r>
        <w:t>А) -еш</w:t>
      </w:r>
    </w:p>
    <w:p>
      <w:r>
        <w:t>Б) -ишь</w:t>
      </w:r>
    </w:p>
    <w:p>
      <w:r>
        <w:t>В) -ешь</w:t>
      </w:r>
    </w:p>
    <w:p>
      <w:r>
        <w:t>Г) -иш</w:t>
      </w:r>
    </w:p>
    <w:p>
      <w:r>
        <w:rPr>
          <w:b/>
        </w:rPr>
        <w:t>5. Определите правильное окончание: Мы вид..м море.</w:t>
      </w:r>
    </w:p>
    <w:p>
      <w:r>
        <w:t>А) -им</w:t>
      </w:r>
    </w:p>
    <w:p>
      <w:r>
        <w:t>Б) -ем</w:t>
      </w:r>
    </w:p>
    <w:p>
      <w:r>
        <w:t>В) -ям</w:t>
      </w:r>
    </w:p>
    <w:p>
      <w:r>
        <w:t>Г) -имь</w:t>
      </w:r>
    </w:p>
    <w:p>
      <w:r>
        <w:rPr>
          <w:b/>
        </w:rPr>
        <w:t>6. В каком слове допущена ошибка?</w:t>
      </w:r>
    </w:p>
    <w:p>
      <w:r>
        <w:t>А) слышишь</w:t>
      </w:r>
    </w:p>
    <w:p>
      <w:r>
        <w:t>Б) видишь</w:t>
      </w:r>
    </w:p>
    <w:p>
      <w:r>
        <w:t>В) пишешь</w:t>
      </w:r>
    </w:p>
    <w:p>
      <w:r>
        <w:t>Г) говоришь</w:t>
      </w:r>
    </w:p>
    <w:p>
      <w:r>
        <w:rPr>
          <w:b/>
        </w:rPr>
        <w:t>7. Выберите правильное написание: Они люб..т музыку.</w:t>
      </w:r>
    </w:p>
    <w:p>
      <w:r>
        <w:t>А) любят</w:t>
      </w:r>
    </w:p>
    <w:p>
      <w:r>
        <w:t>Б) любют</w:t>
      </w:r>
    </w:p>
    <w:p>
      <w:r>
        <w:t>В) любят</w:t>
      </w:r>
    </w:p>
    <w:p>
      <w:r>
        <w:t>Г) любит</w:t>
      </w:r>
    </w:p>
    <w:p>
      <w:r>
        <w:rPr>
          <w:b/>
        </w:rPr>
        <w:t>8. Какой глагол относится ко II спряжению?</w:t>
      </w:r>
    </w:p>
    <w:p>
      <w:r>
        <w:t>А) читать</w:t>
      </w:r>
    </w:p>
    <w:p>
      <w:r>
        <w:t>Б) писать</w:t>
      </w:r>
    </w:p>
    <w:p>
      <w:r>
        <w:t>В) видеть</w:t>
      </w:r>
    </w:p>
    <w:p>
      <w:r>
        <w:t>Г) делать</w:t>
      </w:r>
    </w:p>
    <w:p>
      <w:r>
        <w:rPr>
          <w:b/>
        </w:rPr>
        <w:t>9. Выберите правильный вариант: Он смотр..т телевизор.</w:t>
      </w:r>
    </w:p>
    <w:p>
      <w:r>
        <w:t>А) -ит</w:t>
      </w:r>
    </w:p>
    <w:p>
      <w:r>
        <w:t>Б) -ет</w:t>
      </w:r>
    </w:p>
    <w:p>
      <w:r>
        <w:t>В) -ят</w:t>
      </w:r>
    </w:p>
    <w:p>
      <w:r>
        <w:t>Г) -ат</w:t>
      </w:r>
    </w:p>
    <w:p>
      <w:r>
        <w:rPr>
          <w:b/>
        </w:rPr>
        <w:t>10. В каком слове пишется -ЯТ?</w:t>
      </w:r>
    </w:p>
    <w:p>
      <w:r>
        <w:t>А) чита..т</w:t>
      </w:r>
    </w:p>
    <w:p>
      <w:r>
        <w:t>Б) стро..т</w:t>
      </w:r>
    </w:p>
    <w:p>
      <w:r>
        <w:t>В) вид..т</w:t>
      </w:r>
    </w:p>
    <w:p>
      <w:r>
        <w:t>Г) слыш..т</w:t>
      </w:r>
    </w:p>
    <w:p>
      <w:r>
        <w:rPr>
          <w:b/>
        </w:rPr>
        <w:t>11. Выберите правильное окончание: Они держ..т книги.</w:t>
      </w:r>
    </w:p>
    <w:p>
      <w:r>
        <w:t>А) -ат</w:t>
      </w:r>
    </w:p>
    <w:p>
      <w:r>
        <w:t>Б) -ят</w:t>
      </w:r>
    </w:p>
    <w:p>
      <w:r>
        <w:t>В) -ут</w:t>
      </w:r>
    </w:p>
    <w:p>
      <w:r>
        <w:t>Г) -ют</w:t>
      </w:r>
    </w:p>
    <w:p>
      <w:r>
        <w:rPr>
          <w:b/>
        </w:rPr>
        <w:t>12. В каком слове пишется -УТ?</w:t>
      </w:r>
    </w:p>
    <w:p>
      <w:r>
        <w:t>А) чита..т</w:t>
      </w:r>
    </w:p>
    <w:p>
      <w:r>
        <w:t>Б) пиш..т</w:t>
      </w:r>
    </w:p>
    <w:p>
      <w:r>
        <w:t>В) нес..т</w:t>
      </w:r>
    </w:p>
    <w:p>
      <w:r>
        <w:t>Г) вид..т</w:t>
      </w:r>
    </w:p>
    <w:p>
      <w:r>
        <w:rPr>
          <w:b/>
        </w:rPr>
        <w:t>13. Выберите правильный вариант: Мы говор..м по-русски.</w:t>
      </w:r>
    </w:p>
    <w:p>
      <w:r>
        <w:t>А) -им</w:t>
      </w:r>
    </w:p>
    <w:p>
      <w:r>
        <w:t>Б) -ем</w:t>
      </w:r>
    </w:p>
    <w:p>
      <w:r>
        <w:t>В) -ям</w:t>
      </w:r>
    </w:p>
    <w:p>
      <w:r>
        <w:t>Г) -ом</w:t>
      </w:r>
    </w:p>
    <w:p>
      <w:r>
        <w:rPr>
          <w:b/>
        </w:rPr>
        <w:t>14. Укажите глагол II спряжения.</w:t>
      </w:r>
    </w:p>
    <w:p>
      <w:r>
        <w:t>А) работать</w:t>
      </w:r>
    </w:p>
    <w:p>
      <w:r>
        <w:t>Б) смотреть</w:t>
      </w:r>
    </w:p>
    <w:p>
      <w:r>
        <w:t>В) читать</w:t>
      </w:r>
    </w:p>
    <w:p>
      <w:r>
        <w:t>Г) рисовать</w:t>
      </w:r>
    </w:p>
    <w:p>
      <w:r>
        <w:rPr>
          <w:b/>
        </w:rPr>
        <w:t>15. Выберите ряд, в котором все окончания написаны правильно.</w:t>
      </w:r>
    </w:p>
    <w:p>
      <w:r>
        <w:t>А) пишут, видят, читают</w:t>
      </w:r>
    </w:p>
    <w:p>
      <w:r>
        <w:t>Б) пишат, видют, читают</w:t>
      </w:r>
    </w:p>
    <w:p>
      <w:r>
        <w:t>В) пишут, видут, читают</w:t>
      </w:r>
    </w:p>
    <w:p>
      <w:r>
        <w:t>Г) пишат, видят, читают</w:t>
      </w:r>
    </w:p>
    <w:p>
      <w:pPr>
        <w:pStyle w:val="Heading1"/>
      </w:pPr>
      <w:r>
        <w:t>8. НЕ и НИ с разными частями речи</w:t>
      </w:r>
    </w:p>
    <w:p>
      <w:r>
        <w:rPr>
          <w:b/>
        </w:rPr>
        <w:t>1. Выберите правильное написание:</w:t>
      </w:r>
    </w:p>
    <w:p>
      <w:r>
        <w:t>А) не был</w:t>
      </w:r>
    </w:p>
    <w:p>
      <w:r>
        <w:t>Б) небыл</w:t>
      </w:r>
    </w:p>
    <w:p>
      <w:r>
        <w:t>В) небы́л</w:t>
      </w:r>
    </w:p>
    <w:p>
      <w:r>
        <w:t>Г) небылл</w:t>
      </w:r>
    </w:p>
    <w:p>
      <w:r>
        <w:rPr>
          <w:b/>
        </w:rPr>
        <w:t>2. В каком слове НЕ пишется слитно?</w:t>
      </w:r>
    </w:p>
    <w:p>
      <w:r>
        <w:t>А) не красивый, а безобразный</w:t>
      </w:r>
    </w:p>
    <w:p>
      <w:r>
        <w:t>Б) небольшой дом</w:t>
      </w:r>
    </w:p>
    <w:p>
      <w:r>
        <w:t>В) не готов к уроку</w:t>
      </w:r>
    </w:p>
    <w:p>
      <w:r>
        <w:t>Г) не написанный учеником текст</w:t>
      </w:r>
    </w:p>
    <w:p>
      <w:r>
        <w:rPr>
          <w:b/>
        </w:rPr>
        <w:t>3. Выберите правильный вариант:</w:t>
      </w:r>
    </w:p>
    <w:p>
      <w:r>
        <w:t>А) никто</w:t>
      </w:r>
    </w:p>
    <w:p>
      <w:r>
        <w:t>Б) ни кто</w:t>
      </w:r>
    </w:p>
    <w:p>
      <w:r>
        <w:t>В) некто</w:t>
      </w:r>
    </w:p>
    <w:p>
      <w:r>
        <w:t>Г) не кто</w:t>
      </w:r>
    </w:p>
    <w:p>
      <w:r>
        <w:rPr>
          <w:b/>
        </w:rPr>
        <w:t>4. В каком предложении НИ усиливает отрицание?</w:t>
      </w:r>
    </w:p>
    <w:p>
      <w:r>
        <w:t>А) Он ничего не сказал.</w:t>
      </w:r>
    </w:p>
    <w:p>
      <w:r>
        <w:t>Б) Некто вошёл в комнату.</w:t>
      </w:r>
    </w:p>
    <w:p>
      <w:r>
        <w:t>В) Не каждый пришёл.</w:t>
      </w:r>
    </w:p>
    <w:p>
      <w:r>
        <w:t>Г) Кто-то позвонил.</w:t>
      </w:r>
    </w:p>
    <w:p>
      <w:r>
        <w:rPr>
          <w:b/>
        </w:rPr>
        <w:t>5. Выберите правильное написание:</w:t>
      </w:r>
    </w:p>
    <w:p>
      <w:r>
        <w:t>А) вовсе не интересный фильм</w:t>
      </w:r>
    </w:p>
    <w:p>
      <w:r>
        <w:t>Б) вовсе неинтересный фильм</w:t>
      </w:r>
    </w:p>
    <w:p>
      <w:r>
        <w:t>В) вовсе неинтересныйфильм</w:t>
      </w:r>
    </w:p>
    <w:p>
      <w:r>
        <w:t>Г) вовсе не интересныйфильм</w:t>
      </w:r>
    </w:p>
    <w:p>
      <w:r>
        <w:rPr>
          <w:b/>
        </w:rPr>
        <w:t>6. В каком слове НЕ пишется слитно?</w:t>
      </w:r>
    </w:p>
    <w:p>
      <w:r>
        <w:t>А) невежда</w:t>
      </w:r>
    </w:p>
    <w:p>
      <w:r>
        <w:t>Б) не друг, а враг</w:t>
      </w:r>
    </w:p>
    <w:p>
      <w:r>
        <w:t>В) не готов</w:t>
      </w:r>
    </w:p>
    <w:p>
      <w:r>
        <w:t>Г) не был</w:t>
      </w:r>
    </w:p>
    <w:p>
      <w:r>
        <w:rPr>
          <w:b/>
        </w:rPr>
        <w:t>7. Выберите правильный вариант:</w:t>
      </w:r>
    </w:p>
    <w:p>
      <w:r>
        <w:t>А) никто не пришёл</w:t>
      </w:r>
    </w:p>
    <w:p>
      <w:r>
        <w:t>Б) некто не пришёл</w:t>
      </w:r>
    </w:p>
    <w:p>
      <w:r>
        <w:t>В) ни кто не пришёл</w:t>
      </w:r>
    </w:p>
    <w:p>
      <w:r>
        <w:t>Г) не кто не пришёл</w:t>
      </w:r>
    </w:p>
    <w:p>
      <w:r>
        <w:rPr>
          <w:b/>
        </w:rPr>
        <w:t>8. В каком предложении частица НИ употреблена правильно?</w:t>
      </w:r>
    </w:p>
    <w:p>
      <w:r>
        <w:t>А) Он ни разу не опоздал.</w:t>
      </w:r>
    </w:p>
    <w:p>
      <w:r>
        <w:t>Б) Он не разу не опоздал.</w:t>
      </w:r>
    </w:p>
    <w:p>
      <w:r>
        <w:t>В) Он ниразу не опоздал.</w:t>
      </w:r>
    </w:p>
    <w:p>
      <w:r>
        <w:t>Г) Он не ни разу опоздал.</w:t>
      </w:r>
    </w:p>
    <w:p>
      <w:r>
        <w:rPr>
          <w:b/>
        </w:rPr>
        <w:t>9. Выберите правильное написание:</w:t>
      </w:r>
    </w:p>
    <w:p>
      <w:r>
        <w:t>А) недалеко от дома</w:t>
      </w:r>
    </w:p>
    <w:p>
      <w:r>
        <w:t>Б) не далеко от дома</w:t>
      </w:r>
    </w:p>
    <w:p>
      <w:r>
        <w:t>В) ни далеко от дома</w:t>
      </w:r>
    </w:p>
    <w:p>
      <w:r>
        <w:t>Г) недалекоот дома</w:t>
      </w:r>
    </w:p>
    <w:p>
      <w:r>
        <w:rPr>
          <w:b/>
        </w:rPr>
        <w:t>10. В каком случае НЕ пишется раздельно?</w:t>
      </w:r>
    </w:p>
    <w:p>
      <w:r>
        <w:t>А) невысокий</w:t>
      </w:r>
    </w:p>
    <w:p>
      <w:r>
        <w:t>Б) небольшой</w:t>
      </w:r>
    </w:p>
    <w:p>
      <w:r>
        <w:t>В) не высокий, а низкий</w:t>
      </w:r>
    </w:p>
    <w:p>
      <w:r>
        <w:t>Г) неглубокий</w:t>
      </w:r>
    </w:p>
    <w:p>
      <w:r>
        <w:rPr>
          <w:b/>
        </w:rPr>
        <w:t>11. Выберите правильный вариант:</w:t>
      </w:r>
    </w:p>
    <w:p>
      <w:r>
        <w:t>А) ничем не интересовался</w:t>
      </w:r>
    </w:p>
    <w:p>
      <w:r>
        <w:t>Б) не чем не интересовался</w:t>
      </w:r>
    </w:p>
    <w:p>
      <w:r>
        <w:t>В) ничем неинтересовался</w:t>
      </w:r>
    </w:p>
    <w:p>
      <w:r>
        <w:t>Г) ни чем не интересовался</w:t>
      </w:r>
    </w:p>
    <w:p>
      <w:r>
        <w:rPr>
          <w:b/>
        </w:rPr>
        <w:t>12. В каком слове пишется НИ?</w:t>
      </w:r>
    </w:p>
    <w:p>
      <w:r>
        <w:t>А) н..кто</w:t>
      </w:r>
    </w:p>
    <w:p>
      <w:r>
        <w:t>Б) н..когда</w:t>
      </w:r>
    </w:p>
    <w:p>
      <w:r>
        <w:t>В) н..красивый</w:t>
      </w:r>
    </w:p>
    <w:p>
      <w:r>
        <w:t>Г) н..готовый</w:t>
      </w:r>
    </w:p>
    <w:p>
      <w:r>
        <w:rPr>
          <w:b/>
        </w:rPr>
        <w:t>13. Выберите правильное написание:</w:t>
      </w:r>
    </w:p>
    <w:p>
      <w:r>
        <w:t>А) не смотря на дождь</w:t>
      </w:r>
    </w:p>
    <w:p>
      <w:r>
        <w:t>Б) несмотря на дождь</w:t>
      </w:r>
    </w:p>
    <w:p>
      <w:r>
        <w:t>В) ни смотря на дождь</w:t>
      </w:r>
    </w:p>
    <w:p>
      <w:r>
        <w:t>Г) несматрянедождь</w:t>
      </w:r>
    </w:p>
    <w:p>
      <w:r>
        <w:rPr>
          <w:b/>
        </w:rPr>
        <w:t>14. В каком предложении НЕ пишется раздельно?</w:t>
      </w:r>
    </w:p>
    <w:p>
      <w:r>
        <w:t>А) Он был невысокого роста.</w:t>
      </w:r>
    </w:p>
    <w:p>
      <w:r>
        <w:t>Б) Это был небольшой дом.</w:t>
      </w:r>
    </w:p>
    <w:p>
      <w:r>
        <w:t>В) Он ничем не интересовался.</w:t>
      </w:r>
    </w:p>
    <w:p>
      <w:r>
        <w:t>Г) Он не готов к экзамену.</w:t>
      </w:r>
    </w:p>
    <w:p>
      <w:r>
        <w:rPr>
          <w:b/>
        </w:rPr>
        <w:t>15. Укажите ряд, в котором все слова написаны правильно.</w:t>
      </w:r>
    </w:p>
    <w:p>
      <w:r>
        <w:t>А) никто, никогда, небольшой</w:t>
      </w:r>
    </w:p>
    <w:p>
      <w:r>
        <w:t>Б) ни кто, ни когда, не большой</w:t>
      </w:r>
    </w:p>
    <w:p>
      <w:r>
        <w:t>В) некто, не когда, небольшой</w:t>
      </w:r>
    </w:p>
    <w:p>
      <w:r>
        <w:t>Г) никто, не когда, не большой</w:t>
      </w:r>
    </w:p>
    <w:p>
      <w:pPr>
        <w:pStyle w:val="Heading1"/>
      </w:pPr>
      <w:r>
        <w:t>9. Н и НН в разных частях речи</w:t>
      </w:r>
    </w:p>
    <w:p>
      <w:r>
        <w:rPr>
          <w:b/>
        </w:rPr>
        <w:t>1. Выберите правильное написание:</w:t>
      </w:r>
    </w:p>
    <w:p>
      <w:r>
        <w:t>А) кожаный</w:t>
      </w:r>
    </w:p>
    <w:p>
      <w:r>
        <w:t>Б) кожанный</w:t>
      </w:r>
    </w:p>
    <w:p>
      <w:r>
        <w:t>В) кожаннный</w:t>
      </w:r>
    </w:p>
    <w:p>
      <w:r>
        <w:t>Г) кожяный</w:t>
      </w:r>
    </w:p>
    <w:p>
      <w:r>
        <w:rPr>
          <w:b/>
        </w:rPr>
        <w:t>2. В каком слове пишется НН?</w:t>
      </w:r>
    </w:p>
    <w:p>
      <w:r>
        <w:t>А) ветреный</w:t>
      </w:r>
    </w:p>
    <w:p>
      <w:r>
        <w:t>Б) деревянный</w:t>
      </w:r>
    </w:p>
    <w:p>
      <w:r>
        <w:t>В) кожаный</w:t>
      </w:r>
    </w:p>
    <w:p>
      <w:r>
        <w:t>Г) серебряный</w:t>
      </w:r>
    </w:p>
    <w:p>
      <w:r>
        <w:rPr>
          <w:b/>
        </w:rPr>
        <w:t>3. Выберите правильный вариант:</w:t>
      </w:r>
    </w:p>
    <w:p>
      <w:r>
        <w:t>А) стеклянный</w:t>
      </w:r>
    </w:p>
    <w:p>
      <w:r>
        <w:t>Б) стекляный</w:t>
      </w:r>
    </w:p>
    <w:p>
      <w:r>
        <w:t>В) стекляннный</w:t>
      </w:r>
    </w:p>
    <w:p>
      <w:r>
        <w:t>Г) стекленый</w:t>
      </w:r>
    </w:p>
    <w:p>
      <w:r>
        <w:rPr>
          <w:b/>
        </w:rPr>
        <w:t>4. В каком слове пишется одна Н?</w:t>
      </w:r>
    </w:p>
    <w:p>
      <w:r>
        <w:t>А) временный</w:t>
      </w:r>
    </w:p>
    <w:p>
      <w:r>
        <w:t>Б) оловянный</w:t>
      </w:r>
    </w:p>
    <w:p>
      <w:r>
        <w:t>В) румяный</w:t>
      </w:r>
    </w:p>
    <w:p>
      <w:r>
        <w:t>Г) соломенный</w:t>
      </w:r>
    </w:p>
    <w:p>
      <w:r>
        <w:rPr>
          <w:b/>
        </w:rPr>
        <w:t>5. Выберите правильное написание:</w:t>
      </w:r>
    </w:p>
    <w:p>
      <w:r>
        <w:t>А) воспитанный</w:t>
      </w:r>
    </w:p>
    <w:p>
      <w:r>
        <w:t>Б) воспитаный</w:t>
      </w:r>
    </w:p>
    <w:p>
      <w:r>
        <w:t>В) воспитаннный</w:t>
      </w:r>
    </w:p>
    <w:p>
      <w:r>
        <w:t>Г) воспетанный</w:t>
      </w:r>
    </w:p>
    <w:p>
      <w:r>
        <w:rPr>
          <w:b/>
        </w:rPr>
        <w:t>6. В каком слове допущена ошибка?</w:t>
      </w:r>
    </w:p>
    <w:p>
      <w:r>
        <w:t>А) искусственный</w:t>
      </w:r>
    </w:p>
    <w:p>
      <w:r>
        <w:t>Б) традиционный</w:t>
      </w:r>
    </w:p>
    <w:p>
      <w:r>
        <w:t>В) юный</w:t>
      </w:r>
    </w:p>
    <w:p>
      <w:r>
        <w:t>Г) безветренный</w:t>
      </w:r>
    </w:p>
    <w:p>
      <w:r>
        <w:rPr>
          <w:b/>
        </w:rPr>
        <w:t>7. Выберите правильный вариант:</w:t>
      </w:r>
    </w:p>
    <w:p>
      <w:r>
        <w:t>А) жареная картошка</w:t>
      </w:r>
    </w:p>
    <w:p>
      <w:r>
        <w:t>Б) жаренная картошка</w:t>
      </w:r>
    </w:p>
    <w:p>
      <w:r>
        <w:t>В) жаренанная картошка</w:t>
      </w:r>
    </w:p>
    <w:p>
      <w:r>
        <w:t>Г) жаринная картошка</w:t>
      </w:r>
    </w:p>
    <w:p>
      <w:r>
        <w:rPr>
          <w:b/>
        </w:rPr>
        <w:t>8. В каком случае пишется НН?</w:t>
      </w:r>
    </w:p>
    <w:p>
      <w:r>
        <w:t>А) крашеный пол</w:t>
      </w:r>
    </w:p>
    <w:p>
      <w:r>
        <w:t>Б) крашенный мастером пол</w:t>
      </w:r>
    </w:p>
    <w:p>
      <w:r>
        <w:t>В) жареная рыба</w:t>
      </w:r>
    </w:p>
    <w:p>
      <w:r>
        <w:t>Г) варёная картошка</w:t>
      </w:r>
    </w:p>
    <w:p>
      <w:r>
        <w:rPr>
          <w:b/>
        </w:rPr>
        <w:t>9. Выберите правильное написание:</w:t>
      </w:r>
    </w:p>
    <w:p>
      <w:r>
        <w:t>А) кованый</w:t>
      </w:r>
    </w:p>
    <w:p>
      <w:r>
        <w:t>Б) кованный</w:t>
      </w:r>
    </w:p>
    <w:p>
      <w:r>
        <w:t>В) кованнный</w:t>
      </w:r>
    </w:p>
    <w:p>
      <w:r>
        <w:t>Г) ковонный</w:t>
      </w:r>
    </w:p>
    <w:p>
      <w:r>
        <w:rPr>
          <w:b/>
        </w:rPr>
        <w:t>10. В каком слове пишется НН?</w:t>
      </w:r>
    </w:p>
    <w:p>
      <w:r>
        <w:t>А) решённая задача</w:t>
      </w:r>
    </w:p>
    <w:p>
      <w:r>
        <w:t>Б) решёная задача</w:t>
      </w:r>
    </w:p>
    <w:p>
      <w:r>
        <w:t>В) решиная задача</w:t>
      </w:r>
    </w:p>
    <w:p>
      <w:r>
        <w:t>Г) решонная задача</w:t>
      </w:r>
    </w:p>
    <w:p>
      <w:r>
        <w:rPr>
          <w:b/>
        </w:rPr>
        <w:t>11. Выберите правильный вариант:</w:t>
      </w:r>
    </w:p>
    <w:p>
      <w:r>
        <w:t>А) оловянный</w:t>
      </w:r>
    </w:p>
    <w:p>
      <w:r>
        <w:t>Б) оловяный</w:t>
      </w:r>
    </w:p>
    <w:p>
      <w:r>
        <w:t>В) оловяннный</w:t>
      </w:r>
    </w:p>
    <w:p>
      <w:r>
        <w:t>Г) оловеный</w:t>
      </w:r>
    </w:p>
    <w:p>
      <w:r>
        <w:rPr>
          <w:b/>
        </w:rPr>
        <w:t>12. В каком слове пишется одна Н?</w:t>
      </w:r>
    </w:p>
    <w:p>
      <w:r>
        <w:t>А) румяный</w:t>
      </w:r>
    </w:p>
    <w:p>
      <w:r>
        <w:t>Б) безымянный</w:t>
      </w:r>
    </w:p>
    <w:p>
      <w:r>
        <w:t>В) современный</w:t>
      </w:r>
    </w:p>
    <w:p>
      <w:r>
        <w:t>Г) ценный</w:t>
      </w:r>
    </w:p>
    <w:p>
      <w:r>
        <w:rPr>
          <w:b/>
        </w:rPr>
        <w:t>13. Выберите правильное написание:</w:t>
      </w:r>
    </w:p>
    <w:p>
      <w:r>
        <w:t>А) написанный учеником текст</w:t>
      </w:r>
    </w:p>
    <w:p>
      <w:r>
        <w:t>Б) написаный учеником текст</w:t>
      </w:r>
    </w:p>
    <w:p>
      <w:r>
        <w:t>В) написаннный учеником текст</w:t>
      </w:r>
    </w:p>
    <w:p>
      <w:r>
        <w:t>Г) напесанный учеником текст</w:t>
      </w:r>
    </w:p>
    <w:p>
      <w:r>
        <w:rPr>
          <w:b/>
        </w:rPr>
        <w:t>14. В каком словосочетании пишется НН?</w:t>
      </w:r>
    </w:p>
    <w:p>
      <w:r>
        <w:t>А) крашеная стена</w:t>
      </w:r>
    </w:p>
    <w:p>
      <w:r>
        <w:t>Б) крашенная вчера стена</w:t>
      </w:r>
    </w:p>
    <w:p>
      <w:r>
        <w:t>В) жареная картошка</w:t>
      </w:r>
    </w:p>
    <w:p>
      <w:r>
        <w:t>Г) кованая решётка</w:t>
      </w:r>
    </w:p>
    <w:p>
      <w:r>
        <w:rPr>
          <w:b/>
        </w:rPr>
        <w:t>15. Укажите ряд, в котором все слова написаны правильно.</w:t>
      </w:r>
    </w:p>
    <w:p>
      <w:r>
        <w:t>А) деревянный, кожаный, воспитанный</w:t>
      </w:r>
    </w:p>
    <w:p>
      <w:r>
        <w:t>Б) деревяный, кожанный, воспитаный</w:t>
      </w:r>
    </w:p>
    <w:p>
      <w:r>
        <w:t>В) деревянный, кожанный, воспитанный</w:t>
      </w:r>
    </w:p>
    <w:p>
      <w:r>
        <w:t>Г) деревянный, кожаный, воспитаный</w:t>
      </w:r>
    </w:p>
    <w:p>
      <w:pPr>
        <w:pStyle w:val="Heading1"/>
      </w:pPr>
      <w:r>
        <w:t>10. Слитное, раздельное и дефисное написание слов</w:t>
      </w:r>
    </w:p>
    <w:p>
      <w:r>
        <w:rPr>
          <w:b/>
        </w:rPr>
        <w:t>1. Выберите правильное написание:</w:t>
      </w:r>
    </w:p>
    <w:p>
      <w:r>
        <w:t>А) по русски</w:t>
      </w:r>
    </w:p>
    <w:p>
      <w:r>
        <w:t>Б) по-русски</w:t>
      </w:r>
    </w:p>
    <w:p>
      <w:r>
        <w:t>В) порусски</w:t>
      </w:r>
    </w:p>
    <w:p>
      <w:r>
        <w:t>Г) по русскии</w:t>
      </w:r>
    </w:p>
    <w:p>
      <w:r>
        <w:rPr>
          <w:b/>
        </w:rPr>
        <w:t>2. В каком слове пишется дефис?</w:t>
      </w:r>
    </w:p>
    <w:p>
      <w:r>
        <w:t>А) по новому</w:t>
      </w:r>
    </w:p>
    <w:p>
      <w:r>
        <w:t>Б) по-новому</w:t>
      </w:r>
    </w:p>
    <w:p>
      <w:r>
        <w:t>В) поновому</w:t>
      </w:r>
    </w:p>
    <w:p>
      <w:r>
        <w:t>Г) по новомуу</w:t>
      </w:r>
    </w:p>
    <w:p>
      <w:r>
        <w:rPr>
          <w:b/>
        </w:rPr>
        <w:t>3. Выберите правильный вариант:</w:t>
      </w:r>
    </w:p>
    <w:p>
      <w:r>
        <w:t>А) кое кто</w:t>
      </w:r>
    </w:p>
    <w:p>
      <w:r>
        <w:t>Б) кое-кто</w:t>
      </w:r>
    </w:p>
    <w:p>
      <w:r>
        <w:t>В) коекто</w:t>
      </w:r>
    </w:p>
    <w:p>
      <w:r>
        <w:t>Г) кое кто-то</w:t>
      </w:r>
    </w:p>
    <w:p>
      <w:r>
        <w:rPr>
          <w:b/>
        </w:rPr>
        <w:t>4. В каком слове пишется дефис?</w:t>
      </w:r>
    </w:p>
    <w:p>
      <w:r>
        <w:t>А) кто либо</w:t>
      </w:r>
    </w:p>
    <w:p>
      <w:r>
        <w:t>Б) кто-либо</w:t>
      </w:r>
    </w:p>
    <w:p>
      <w:r>
        <w:t>В) ктолибо</w:t>
      </w:r>
    </w:p>
    <w:p>
      <w:r>
        <w:t>Г) кто-либo</w:t>
      </w:r>
    </w:p>
    <w:p>
      <w:r>
        <w:rPr>
          <w:b/>
        </w:rPr>
        <w:t>5. Выберите правильное написание:</w:t>
      </w:r>
    </w:p>
    <w:p>
      <w:r>
        <w:t>А) из-за</w:t>
      </w:r>
    </w:p>
    <w:p>
      <w:r>
        <w:t>Б) из за</w:t>
      </w:r>
    </w:p>
    <w:p>
      <w:r>
        <w:t>В) изза</w:t>
      </w:r>
    </w:p>
    <w:p>
      <w:r>
        <w:t>Г) из- за</w:t>
      </w:r>
    </w:p>
    <w:p>
      <w:r>
        <w:rPr>
          <w:b/>
        </w:rPr>
        <w:t>6. В каком слове пишется слитно?</w:t>
      </w:r>
    </w:p>
    <w:p>
      <w:r>
        <w:t>А) по этому</w:t>
      </w:r>
    </w:p>
    <w:p>
      <w:r>
        <w:t>Б) поэтому</w:t>
      </w:r>
    </w:p>
    <w:p>
      <w:r>
        <w:t>В) по-этому</w:t>
      </w:r>
    </w:p>
    <w:p>
      <w:r>
        <w:t>Г) по этому-то</w:t>
      </w:r>
    </w:p>
    <w:p>
      <w:r>
        <w:rPr>
          <w:b/>
        </w:rPr>
        <w:t>7. Выберите правильный вариант:</w:t>
      </w:r>
    </w:p>
    <w:p>
      <w:r>
        <w:t>А) в следствие дождя</w:t>
      </w:r>
    </w:p>
    <w:p>
      <w:r>
        <w:t>Б) вследствие дождя</w:t>
      </w:r>
    </w:p>
    <w:p>
      <w:r>
        <w:t>В) в-следствие дождя</w:t>
      </w:r>
    </w:p>
    <w:p>
      <w:r>
        <w:t>Г) вследствиедождя</w:t>
      </w:r>
    </w:p>
    <w:p>
      <w:r>
        <w:rPr>
          <w:b/>
        </w:rPr>
        <w:t>8. В каком предложении слово написано правильно?</w:t>
      </w:r>
    </w:p>
    <w:p>
      <w:r>
        <w:t>А) Он сделал это по-моему.</w:t>
      </w:r>
    </w:p>
    <w:p>
      <w:r>
        <w:t>Б) Он сделал это по моему.</w:t>
      </w:r>
    </w:p>
    <w:p>
      <w:r>
        <w:t>В) Он сделал это помоему.</w:t>
      </w:r>
    </w:p>
    <w:p>
      <w:r>
        <w:t>Г) Он сделал это по-моему-то.</w:t>
      </w:r>
    </w:p>
    <w:p>
      <w:r>
        <w:rPr>
          <w:b/>
        </w:rPr>
        <w:t>9. Выберите правильное написание:</w:t>
      </w:r>
    </w:p>
    <w:p>
      <w:r>
        <w:t>А) юго-запад</w:t>
      </w:r>
    </w:p>
    <w:p>
      <w:r>
        <w:t>Б) юго запад</w:t>
      </w:r>
    </w:p>
    <w:p>
      <w:r>
        <w:t>В) югозапад</w:t>
      </w:r>
    </w:p>
    <w:p>
      <w:r>
        <w:t>Г) юго–западныйй</w:t>
      </w:r>
    </w:p>
    <w:p>
      <w:r>
        <w:rPr>
          <w:b/>
        </w:rPr>
        <w:t>10. В каком слове дефис НЕ ставится?</w:t>
      </w:r>
    </w:p>
    <w:p>
      <w:r>
        <w:t>А) кто-нибудь</w:t>
      </w:r>
    </w:p>
    <w:p>
      <w:r>
        <w:t>Б) когда-либо</w:t>
      </w:r>
    </w:p>
    <w:p>
      <w:r>
        <w:t>В) кое-кто</w:t>
      </w:r>
    </w:p>
    <w:p>
      <w:r>
        <w:t>Г) потому-что</w:t>
      </w:r>
    </w:p>
    <w:p>
      <w:r>
        <w:rPr>
          <w:b/>
        </w:rPr>
        <w:t>11. Выберите правильный вариант:</w:t>
      </w:r>
    </w:p>
    <w:p>
      <w:r>
        <w:t>А) всё-таки</w:t>
      </w:r>
    </w:p>
    <w:p>
      <w:r>
        <w:t>Б) всё таки</w:t>
      </w:r>
    </w:p>
    <w:p>
      <w:r>
        <w:t>В) всётакки</w:t>
      </w:r>
    </w:p>
    <w:p>
      <w:r>
        <w:t>Г) всё-такки</w:t>
      </w:r>
    </w:p>
    <w:p>
      <w:r>
        <w:rPr>
          <w:b/>
        </w:rPr>
        <w:t>12. В каком предложении выделенное слово пишется слитно?</w:t>
      </w:r>
    </w:p>
    <w:p>
      <w:r>
        <w:t>А) Он сделал это за то поручение.</w:t>
      </w:r>
    </w:p>
    <w:p>
      <w:r>
        <w:t>Б) Я благодарю его за то, что он помог.</w:t>
      </w:r>
    </w:p>
    <w:p>
      <w:r>
        <w:t>В) Он получил награду зато помог другим.</w:t>
      </w:r>
    </w:p>
    <w:p>
      <w:r>
        <w:t>Г) За то здание мы не заходили.</w:t>
      </w:r>
    </w:p>
    <w:p>
      <w:r>
        <w:rPr>
          <w:b/>
        </w:rPr>
        <w:t>13. Выберите правильное написание:</w:t>
      </w:r>
    </w:p>
    <w:p>
      <w:r>
        <w:t>А) по-новому</w:t>
      </w:r>
    </w:p>
    <w:p>
      <w:r>
        <w:t>Б) поновому</w:t>
      </w:r>
    </w:p>
    <w:p>
      <w:r>
        <w:t>В) по новому</w:t>
      </w:r>
    </w:p>
    <w:p>
      <w:r>
        <w:t>Г) по-новом</w:t>
      </w:r>
    </w:p>
    <w:p>
      <w:r>
        <w:rPr>
          <w:b/>
        </w:rPr>
        <w:t>14. В каком варианте все слова написаны правильно?</w:t>
      </w:r>
    </w:p>
    <w:p>
      <w:r>
        <w:t>А) из-за, по-русски, кто-нибудь</w:t>
      </w:r>
    </w:p>
    <w:p>
      <w:r>
        <w:t>Б) из за, по русски, кто-нибудь</w:t>
      </w:r>
    </w:p>
    <w:p>
      <w:r>
        <w:t>В) из-за, по русски, кто нибудь</w:t>
      </w:r>
    </w:p>
    <w:p>
      <w:r>
        <w:t>Г) изза, по-русски, кто-нибудь</w:t>
      </w:r>
    </w:p>
    <w:p>
      <w:r>
        <w:rPr>
          <w:b/>
        </w:rPr>
        <w:t>15. Укажите ряд, в котором все слова написаны правильно.</w:t>
      </w:r>
    </w:p>
    <w:p>
      <w:r>
        <w:t>А) по-прежнему, юго-запад, кое-кто</w:t>
      </w:r>
    </w:p>
    <w:p>
      <w:r>
        <w:t>Б) попрежнему, юго запад, кое кто</w:t>
      </w:r>
    </w:p>
    <w:p>
      <w:r>
        <w:t>В) по-прежнему, югозапад, коекто</w:t>
      </w:r>
    </w:p>
    <w:p>
      <w:r>
        <w:t>Г) по прежнему, юго-запад, кое кто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