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№20. «Большой морфологический турнир»</w:t>
      </w:r>
    </w:p>
    <w:p>
      <w:r>
        <w:rPr>
          <w:b/>
        </w:rPr>
        <w:t>🎯 Цель</w:t>
      </w:r>
    </w:p>
    <w:p>
      <w:r>
        <w:t>Итоговое повторение всех тем морфологии в форме командного соревнования, развитие логического мышления, грамотной речи и навыков морфологического анализа.</w:t>
      </w:r>
    </w:p>
    <w:p>
      <w:r>
        <w:rPr>
          <w:b/>
        </w:rPr>
        <w:t>👥 Участники</w:t>
      </w:r>
    </w:p>
    <w:p>
      <w:r>
        <w:t>2–4 команды по 5–8 человек.</w:t>
      </w:r>
    </w:p>
    <w:p>
      <w:r>
        <w:rPr>
          <w:b/>
        </w:rPr>
        <w:t>⏱️ Время</w:t>
      </w:r>
    </w:p>
    <w:p>
      <w:r>
        <w:t>40–45 минут.</w:t>
      </w:r>
    </w:p>
    <w:p>
      <w:r>
        <w:rPr>
          <w:b/>
        </w:rPr>
        <w:t>🧰 Материалы</w:t>
      </w:r>
    </w:p>
    <w:p>
      <w:r>
        <w:t>Только доска, мел, секундомер и список заданий.</w:t>
      </w:r>
    </w:p>
    <w:p>
      <w:r>
        <w:rPr>
          <w:b/>
        </w:rPr>
        <w:t>📖 Правила</w:t>
      </w:r>
    </w:p>
    <w:p>
      <w:r>
        <w:t>Команды проходят 6 туров. После каждого тура баллы записываются на доске. Побеждает команда, набравшая наибольшее количество баллов.</w:t>
      </w:r>
    </w:p>
    <w:p>
      <w:r>
        <w:rPr>
          <w:b/>
        </w:rPr>
        <w:t>📋 Таблица результатов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</w:tcPr>
          <w:p>
            <w:r>
              <w:t>Команда</w:t>
            </w:r>
          </w:p>
        </w:tc>
        <w:tc>
          <w:tcPr>
            <w:tcW w:type="dxa" w:w="1080"/>
          </w:tcPr>
          <w:p>
            <w:r>
              <w:t>Тур 1</w:t>
            </w:r>
          </w:p>
        </w:tc>
        <w:tc>
          <w:tcPr>
            <w:tcW w:type="dxa" w:w="1080"/>
          </w:tcPr>
          <w:p>
            <w:r>
              <w:t>Тур 2</w:t>
            </w:r>
          </w:p>
        </w:tc>
        <w:tc>
          <w:tcPr>
            <w:tcW w:type="dxa" w:w="1080"/>
          </w:tcPr>
          <w:p>
            <w:r>
              <w:t>Тур 3</w:t>
            </w:r>
          </w:p>
        </w:tc>
        <w:tc>
          <w:tcPr>
            <w:tcW w:type="dxa" w:w="1080"/>
          </w:tcPr>
          <w:p>
            <w:r>
              <w:t>Тур 4</w:t>
            </w:r>
          </w:p>
        </w:tc>
        <w:tc>
          <w:tcPr>
            <w:tcW w:type="dxa" w:w="1080"/>
          </w:tcPr>
          <w:p>
            <w:r>
              <w:t>Тур 5</w:t>
            </w:r>
          </w:p>
        </w:tc>
        <w:tc>
          <w:tcPr>
            <w:tcW w:type="dxa" w:w="1080"/>
          </w:tcPr>
          <w:p>
            <w:r>
              <w:t>Тур 6</w:t>
            </w:r>
          </w:p>
        </w:tc>
        <w:tc>
          <w:tcPr>
            <w:tcW w:type="dxa" w:w="1080"/>
          </w:tcPr>
          <w:p>
            <w:r>
              <w:t>Итого</w:t>
            </w:r>
          </w:p>
        </w:tc>
      </w:tr>
      <w:tr>
        <w:tc>
          <w:tcPr>
            <w:tcW w:type="dxa" w:w="1080"/>
          </w:tcPr>
          <w:p>
            <w:r>
              <w:t>Команда 1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Команда 2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Команда 3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Команда 4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</w:tbl>
    <w:p>
      <w:r>
        <w:rPr>
          <w:b/>
        </w:rPr>
        <w:t>🏁 Туры турнира</w:t>
      </w:r>
    </w:p>
    <w:p>
      <w:r>
        <w:t>• 1. Разминка — определить часть речи 15 слов.</w:t>
      </w:r>
    </w:p>
    <w:p>
      <w:r>
        <w:t>• 2. Морфологический разбор двух слов.</w:t>
      </w:r>
    </w:p>
    <w:p>
      <w:r>
        <w:t>• 3. Исправь грамматическую ошибку.</w:t>
      </w:r>
    </w:p>
    <w:p>
      <w:r>
        <w:t>• 4. Капитанский конкурс: ответить на 10 блиц-вопросов за 60 секунд.</w:t>
      </w:r>
    </w:p>
    <w:p>
      <w:r>
        <w:t>• 5. Составить предложение, используя не менее пяти разных частей речи.</w:t>
      </w:r>
    </w:p>
    <w:p>
      <w:r>
        <w:t>• 6. Финал: определить части речи всех слов в предложении и выполнить полный морфологический разбор одного слова.</w:t>
      </w:r>
    </w:p>
    <w:p>
      <w:r>
        <w:rPr>
          <w:b/>
        </w:rPr>
        <w:t>📝 20 слов для турнира</w:t>
      </w:r>
    </w:p>
    <w:p>
      <w:r>
        <w:t>1. учитель</w:t>
      </w:r>
    </w:p>
    <w:p>
      <w:r>
        <w:t>2. дерево</w:t>
      </w:r>
    </w:p>
    <w:p>
      <w:r>
        <w:t>3. смелый</w:t>
      </w:r>
    </w:p>
    <w:p>
      <w:r>
        <w:t>4. седьмой</w:t>
      </w:r>
    </w:p>
    <w:p>
      <w:r>
        <w:t>5. мы</w:t>
      </w:r>
    </w:p>
    <w:p>
      <w:r>
        <w:t>6. никто</w:t>
      </w:r>
    </w:p>
    <w:p>
      <w:r>
        <w:t>7. читать</w:t>
      </w:r>
    </w:p>
    <w:p>
      <w:r>
        <w:t>8. решить</w:t>
      </w:r>
    </w:p>
    <w:p>
      <w:r>
        <w:t>9. летящий</w:t>
      </w:r>
    </w:p>
    <w:p>
      <w:r>
        <w:t>10. прочитав</w:t>
      </w:r>
    </w:p>
    <w:p>
      <w:r>
        <w:t>11. улыбаясь</w:t>
      </w:r>
    </w:p>
    <w:p>
      <w:r>
        <w:t>12. быстро</w:t>
      </w:r>
    </w:p>
    <w:p>
      <w:r>
        <w:t>13. вчера</w:t>
      </w:r>
    </w:p>
    <w:p>
      <w:r>
        <w:t>14. можно</w:t>
      </w:r>
    </w:p>
    <w:p>
      <w:r>
        <w:t>15. холодно</w:t>
      </w:r>
    </w:p>
    <w:p>
      <w:r>
        <w:t>16. около</w:t>
      </w:r>
    </w:p>
    <w:p>
      <w:r>
        <w:t>17. потому что</w:t>
      </w:r>
    </w:p>
    <w:p>
      <w:r>
        <w:t>18. бы</w:t>
      </w:r>
    </w:p>
    <w:p>
      <w:r>
        <w:t>19. ах</w:t>
      </w:r>
    </w:p>
    <w:p>
      <w:r>
        <w:t>20. каждый</w:t>
      </w:r>
    </w:p>
    <w:p>
      <w:r>
        <w:rPr>
          <w:b/>
        </w:rPr>
        <w:t>⭐ Бонусный раунд</w:t>
      </w:r>
    </w:p>
    <w:p>
      <w:r>
        <w:t>Учитель читает предложение один раз. Команды по памяти записывают его, определяют части речи всех слов и находят возможные грамматические ошибки. Максимум — 10 дополнительных баллов.</w:t>
      </w:r>
    </w:p>
    <w:p>
      <w:r>
        <w:rPr>
          <w:b/>
        </w:rPr>
        <w:t>🏆 Награждение</w:t>
      </w:r>
    </w:p>
    <w:p>
      <w:r>
        <w:t>За каждый тур команда получает до 10 баллов. Побеждает команда с наибольшей суммой баллов. Можно определить победителей в номинациях: «Лучший капитан», «Лучший морфолог», «Самая дружная команда».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