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№5 «Да или Нет?»</w:t>
      </w:r>
    </w:p>
    <w:p>
      <w:r>
        <w:rPr>
          <w:b/>
          <w:sz w:val="26"/>
        </w:rPr>
        <w:t>Цель</w:t>
      </w:r>
    </w:p>
    <w:p>
      <w:r>
        <w:t>Проверить и закрепить знания по всем разделам лексики через быстрые утверждения.</w:t>
      </w:r>
    </w:p>
    <w:p>
      <w:r>
        <w:rPr>
          <w:b/>
          <w:sz w:val="26"/>
        </w:rPr>
        <w:t>Оборудование</w:t>
      </w:r>
    </w:p>
    <w:p>
      <w:r>
        <w:t>Карточки «ДА» и «НЕТ» или зелёный/красный сигналы. Можно проводить фронтально или в командах.</w:t>
      </w:r>
    </w:p>
    <w:p>
      <w:r>
        <w:rPr>
          <w:b/>
          <w:sz w:val="26"/>
        </w:rPr>
        <w:t>Правила игры</w:t>
      </w:r>
    </w:p>
    <w:p>
      <w:r>
        <w:t>1. Учитель читает утверждение.</w:t>
        <w:br/>
        <w:t>2. Ученики показывают карточку «ДА» или «НЕТ».</w:t>
        <w:br/>
        <w:t>3. После ответа один ученик объясняет свой выбор.</w:t>
        <w:br/>
        <w:t>4. За правильный ответ — 1 балл, за объяснение — ещё 1 балл.</w:t>
      </w:r>
    </w:p>
    <w:p>
      <w:r>
        <w:rPr>
          <w:b/>
          <w:sz w:val="26"/>
        </w:rPr>
        <w:t>Утверждения</w:t>
      </w:r>
    </w:p>
    <w:p>
      <w:r>
        <w:t>1. Синонимы — это слова, близкие по значению.</w:t>
      </w:r>
    </w:p>
    <w:p>
      <w:r>
        <w:t>Ответ: Да</w:t>
      </w:r>
    </w:p>
    <w:p>
      <w:r>
        <w:t>2. Антонимы имеют одинаковое значение.</w:t>
      </w:r>
    </w:p>
    <w:p>
      <w:r>
        <w:t>Ответ: Нет</w:t>
      </w:r>
    </w:p>
    <w:p>
      <w:r>
        <w:t>3. Слова «лук» (оружие) и «лук» (овощ) — омонимы.</w:t>
      </w:r>
    </w:p>
    <w:p>
      <w:r>
        <w:t>Ответ: Да</w:t>
      </w:r>
    </w:p>
    <w:p>
      <w:r>
        <w:t>4. «Надеть» и «одеть» — паронимы.</w:t>
      </w:r>
    </w:p>
    <w:p>
      <w:r>
        <w:t>Ответ: Да</w:t>
      </w:r>
    </w:p>
    <w:p>
      <w:r>
        <w:t>5. Диалектизмы употребляются всеми носителями языка.</w:t>
      </w:r>
    </w:p>
    <w:p>
      <w:r>
        <w:t>Ответ: Нет</w:t>
      </w:r>
    </w:p>
    <w:p>
      <w:r>
        <w:t>6. Скальпель — профессионализм.</w:t>
      </w:r>
    </w:p>
    <w:p>
      <w:r>
        <w:t>Ответ: Да</w:t>
      </w:r>
    </w:p>
    <w:p>
      <w:r>
        <w:t>7. Слова «приставка» и «суффикс» относятся к терминам.</w:t>
      </w:r>
    </w:p>
    <w:p>
      <w:r>
        <w:t>Ответ: Да</w:t>
      </w:r>
    </w:p>
    <w:p>
      <w:r>
        <w:t>8. Слово «краш» — жаргонизм.</w:t>
      </w:r>
    </w:p>
    <w:p>
      <w:r>
        <w:t>Ответ: Да</w:t>
      </w:r>
    </w:p>
    <w:p>
      <w:r>
        <w:t>9. Слово «блогер» относят к неологизмам.</w:t>
      </w:r>
    </w:p>
    <w:p>
      <w:r>
        <w:t>Ответ: Да</w:t>
      </w:r>
    </w:p>
    <w:p>
      <w:r>
        <w:t>10. Слова «перст» и «ланиты» — архаизмы.</w:t>
      </w:r>
    </w:p>
    <w:p>
      <w:r>
        <w:t>Ответ: Да</w:t>
      </w:r>
    </w:p>
    <w:p>
      <w:r>
        <w:t>11. Слово «кольчуга» — историзм.</w:t>
      </w:r>
    </w:p>
    <w:p>
      <w:r>
        <w:t>Ответ: Да</w:t>
      </w:r>
    </w:p>
    <w:p>
      <w:r>
        <w:t>12. Фразеологизм можно понимать буквально.</w:t>
      </w:r>
    </w:p>
    <w:p>
      <w:r>
        <w:t>Ответ: Нет</w:t>
      </w:r>
    </w:p>
    <w:p>
      <w:r>
        <w:rPr>
          <w:b/>
          <w:sz w:val="26"/>
        </w:rPr>
        <w:t>Варианты усложнения</w:t>
      </w:r>
    </w:p>
    <w:p>
      <w:r>
        <w:t>• Исправить неверное утверждение.</w:t>
        <w:br/>
        <w:t>• Придумать собственное утверждение для соперников.</w:t>
        <w:br/>
        <w:t>• Ограничить время ответа до 5 секунд.</w:t>
      </w:r>
    </w:p>
    <w:p>
      <w:r>
        <w:rPr>
          <w:b/>
          <w:sz w:val="26"/>
        </w:rPr>
        <w:t>Закрепляемые темы</w:t>
      </w:r>
    </w:p>
    <w:p>
      <w:r>
        <w:t>✓ Лексическое значение</w:t>
        <w:br/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