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№10 «Исправь ошибку»</w:t>
      </w:r>
    </w:p>
    <w:p>
      <w:r>
        <w:rPr>
          <w:b/>
          <w:sz w:val="26"/>
        </w:rPr>
        <w:t>Цель</w:t>
      </w:r>
    </w:p>
    <w:p>
      <w:r>
        <w:t>Закрепить знания о паронимах, лексических ошибках, точности словоупотребления и научить находить и исправлять речевые ошибки.</w:t>
      </w:r>
    </w:p>
    <w:p>
      <w:r>
        <w:rPr>
          <w:b/>
          <w:sz w:val="26"/>
        </w:rPr>
        <w:t>Оборудование</w:t>
      </w:r>
    </w:p>
    <w:p>
      <w:r>
        <w:t>Карточки с предложениями, презентация или интерактивная доска.</w:t>
      </w:r>
    </w:p>
    <w:p>
      <w:r>
        <w:rPr>
          <w:b/>
          <w:sz w:val="26"/>
        </w:rPr>
        <w:t>Правила игры</w:t>
      </w:r>
    </w:p>
    <w:p>
      <w:r>
        <w:t>1. Учитель показывает предложение с лексической ошибкой.</w:t>
        <w:br/>
        <w:t>2. Ученики должны найти ошибку.</w:t>
        <w:br/>
        <w:t>3. Исправить предложение.</w:t>
        <w:br/>
        <w:t>4. Объяснить правило.</w:t>
        <w:br/>
        <w:t>5. За каждое правильно исправленное предложение команда получает 2 балла.</w:t>
      </w:r>
    </w:p>
    <w:p>
      <w:r>
        <w:rPr>
          <w:b/>
          <w:sz w:val="26"/>
        </w:rPr>
        <w:t>Карточки с заданиями</w:t>
      </w:r>
    </w:p>
    <w:p>
      <w:r>
        <w:t>1. Я одел новое пальто.</w:t>
      </w:r>
    </w:p>
    <w:p>
      <w:r>
        <w:t>Ответ: Я надел новое пальто.</w:t>
      </w:r>
    </w:p>
    <w:p>
      <w:r>
        <w:t>Объяснение: Паронимы «одеть» и «надеть».</w:t>
      </w:r>
    </w:p>
    <w:p>
      <w:r>
        <w:t>2. Адресант получил письмо.</w:t>
      </w:r>
    </w:p>
    <w:p>
      <w:r>
        <w:t>Ответ: Адресат получил письмо.</w:t>
      </w:r>
    </w:p>
    <w:p>
      <w:r>
        <w:t>Объяснение: Адресант отправляет, адресат получает.</w:t>
      </w:r>
    </w:p>
    <w:p>
      <w:r>
        <w:t>3. Это очень эффектный способ лечения.</w:t>
      </w:r>
    </w:p>
    <w:p>
      <w:r>
        <w:t>Ответ: Это очень эффективный способ лечения.</w:t>
      </w:r>
    </w:p>
    <w:p>
      <w:r>
        <w:t>Объяснение: Эффектный — производящий впечатление; эффективный — действенный.</w:t>
      </w:r>
    </w:p>
    <w:p>
      <w:r>
        <w:t>4. Мы оплатили за проезд.</w:t>
      </w:r>
    </w:p>
    <w:p>
      <w:r>
        <w:t>Ответ: Мы оплатили проезд.</w:t>
      </w:r>
    </w:p>
    <w:p>
      <w:r>
        <w:t>Объяснение: Глагол «оплатить» употребляется без предлога.</w:t>
      </w:r>
    </w:p>
    <w:p>
      <w:r>
        <w:t>5. Сегодня был памятный сувенир.</w:t>
      </w:r>
    </w:p>
    <w:p>
      <w:r>
        <w:t>Ответ: Сегодня купили памятный сувенир / сувенир на память.</w:t>
      </w:r>
    </w:p>
    <w:p>
      <w:r>
        <w:t>Объяснение: Неудачное сочетание слов.</w:t>
      </w:r>
    </w:p>
    <w:p>
      <w:r>
        <w:t>6. Он очень обратно ответил.</w:t>
      </w:r>
    </w:p>
    <w:p>
      <w:r>
        <w:t>Ответ: Он ответил грубо.</w:t>
      </w:r>
    </w:p>
    <w:p>
      <w:r>
        <w:t>Объяснение: Неверный выбор слова.</w:t>
      </w:r>
    </w:p>
    <w:p>
      <w:r>
        <w:t>7. Эта профессия очень престижная и перспективная во все времена была современной.</w:t>
      </w:r>
    </w:p>
    <w:p>
      <w:r>
        <w:t>Ответ: Эта профессия всегда считалась престижной и перспективной.</w:t>
      </w:r>
    </w:p>
    <w:p>
      <w:r>
        <w:t>Объяснение: Устранение речевой избыточности.</w:t>
      </w:r>
    </w:p>
    <w:p>
      <w:r>
        <w:t>8. Я впервые дебютировал на сцене.</w:t>
      </w:r>
    </w:p>
    <w:p>
      <w:r>
        <w:t>Ответ: Я дебютировал на сцене.</w:t>
      </w:r>
    </w:p>
    <w:p>
      <w:r>
        <w:t>Объяснение: Слово «дебют» уже содержит значение «впервые».</w:t>
      </w:r>
    </w:p>
    <w:p>
      <w:r>
        <w:t>9. Свободная вакансия уже появилась.</w:t>
      </w:r>
    </w:p>
    <w:p>
      <w:r>
        <w:t>Ответ: Вакансия появилась.</w:t>
      </w:r>
    </w:p>
    <w:p>
      <w:r>
        <w:t>Объяснение: Лексическая избыточность.</w:t>
      </w:r>
    </w:p>
    <w:p>
      <w:r>
        <w:t>10. Моя автобиография о детстве.</w:t>
      </w:r>
    </w:p>
    <w:p>
      <w:r>
        <w:t>Ответ: Моя биография / Автобиография.</w:t>
      </w:r>
    </w:p>
    <w:p>
      <w:r>
        <w:t>Объяснение: Неверное употребление слова.</w:t>
      </w:r>
    </w:p>
    <w:p>
      <w:r>
        <w:rPr>
          <w:b/>
          <w:sz w:val="26"/>
        </w:rPr>
        <w:t>Варианты усложнения</w:t>
      </w:r>
    </w:p>
    <w:p>
      <w:r>
        <w:t>• Предложить ученикам самостоятельно придумать предложения с ошибками.</w:t>
        <w:br/>
        <w:t>• Исправить ошибку и назвать тему лексики.</w:t>
        <w:br/>
        <w:t>• Выполнить задание на скорость.</w:t>
      </w:r>
    </w:p>
    <w:p>
      <w:r>
        <w:rPr>
          <w:b/>
          <w:sz w:val="26"/>
        </w:rPr>
        <w:t>Закрепляемые темы</w:t>
      </w:r>
    </w:p>
    <w:p>
      <w:r>
        <w:t>✓ Паронимы</w:t>
        <w:br/>
        <w:t>✓ Лексические ошибки</w:t>
        <w:br/>
        <w:t>✓ Точность словоупотребления</w:t>
        <w:br/>
        <w:t>✓ Культура речи</w:t>
        <w:br/>
        <w:t>✓ Редактирование текста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