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t>Игра №13 «Кто быстрее?»</w:t>
      </w:r>
    </w:p>
    <w:p>
      <w:r>
        <w:rPr>
          <w:b/>
          <w:sz w:val="26"/>
        </w:rPr>
        <w:t>Цель</w:t>
      </w:r>
    </w:p>
    <w:p>
      <w:r>
        <w:t>Развивать быстроту мышления, расширять словарный запас и закреплять все основные темы раздела «Лексика» в соревновательной форме.</w:t>
      </w:r>
    </w:p>
    <w:p>
      <w:r>
        <w:rPr>
          <w:b/>
          <w:sz w:val="26"/>
        </w:rPr>
        <w:t>Оборудование</w:t>
      </w:r>
    </w:p>
    <w:p>
      <w:r>
        <w:t>Секундомер, карточки с заданиями, доска или интерактивная панель.</w:t>
      </w:r>
    </w:p>
    <w:p>
      <w:r>
        <w:rPr>
          <w:b/>
          <w:sz w:val="26"/>
        </w:rPr>
        <w:t>Правила игры</w:t>
      </w:r>
    </w:p>
    <w:p>
      <w:r>
        <w:t>1. Класс делится на команды.</w:t>
        <w:br/>
        <w:t>2. На выполнение каждого задания даётся 30–60 секунд.</w:t>
        <w:br/>
        <w:t>3. Побеждает команда, выполнившая задание быстрее и без ошибок.</w:t>
        <w:br/>
        <w:t>4. За каждый правильный ответ начисляется 1 балл.</w:t>
      </w:r>
    </w:p>
    <w:p>
      <w:r>
        <w:rPr>
          <w:b/>
          <w:sz w:val="26"/>
        </w:rPr>
        <w:t>Раунды игры</w:t>
      </w:r>
    </w:p>
    <w:p>
      <w:r>
        <w:rPr>
          <w:b/>
        </w:rPr>
        <w:t xml:space="preserve">Раунд 1: </w:t>
      </w:r>
      <w:r>
        <w:t>За 30 секунд назовите 10 синонимов к слову «красивый».</w:t>
      </w:r>
    </w:p>
    <w:p>
      <w:r>
        <w:rPr>
          <w:b/>
        </w:rPr>
        <w:t xml:space="preserve">Раунд 2: </w:t>
      </w:r>
      <w:r>
        <w:t>Назовите 10 антонимов к данным словам: высокий, смелый, громкий, холодный, добрый.</w:t>
      </w:r>
    </w:p>
    <w:p>
      <w:r>
        <w:rPr>
          <w:b/>
        </w:rPr>
        <w:t xml:space="preserve">Раунд 3: </w:t>
      </w:r>
      <w:r>
        <w:t>Запишите 5 омонимов.</w:t>
      </w:r>
    </w:p>
    <w:p>
      <w:r>
        <w:rPr>
          <w:b/>
        </w:rPr>
        <w:t xml:space="preserve">Раунд 4: </w:t>
      </w:r>
      <w:r>
        <w:t>Приведите 5 пар паронимов.</w:t>
      </w:r>
    </w:p>
    <w:p>
      <w:r>
        <w:rPr>
          <w:b/>
        </w:rPr>
        <w:t xml:space="preserve">Раунд 5: </w:t>
      </w:r>
      <w:r>
        <w:t>Назовите 5 диалектизмов.</w:t>
      </w:r>
    </w:p>
    <w:p>
      <w:r>
        <w:rPr>
          <w:b/>
        </w:rPr>
        <w:t xml:space="preserve">Раунд 6: </w:t>
      </w:r>
      <w:r>
        <w:t>Запишите 5 профессионализмов врача или учителя.</w:t>
      </w:r>
    </w:p>
    <w:p>
      <w:r>
        <w:rPr>
          <w:b/>
        </w:rPr>
        <w:t xml:space="preserve">Раунд 7: </w:t>
      </w:r>
      <w:r>
        <w:t>Назовите 5 терминов русского языка.</w:t>
      </w:r>
    </w:p>
    <w:p>
      <w:r>
        <w:rPr>
          <w:b/>
        </w:rPr>
        <w:t xml:space="preserve">Раунд 8: </w:t>
      </w:r>
      <w:r>
        <w:t>Приведите 5 современных неологизмов.</w:t>
      </w:r>
    </w:p>
    <w:p>
      <w:r>
        <w:rPr>
          <w:b/>
        </w:rPr>
        <w:t xml:space="preserve">Раунд 9: </w:t>
      </w:r>
      <w:r>
        <w:t>Назовите 5 историзмов и 5 архаизмов.</w:t>
      </w:r>
    </w:p>
    <w:p>
      <w:r>
        <w:rPr>
          <w:b/>
        </w:rPr>
        <w:t xml:space="preserve">Раунд 10: </w:t>
      </w:r>
      <w:r>
        <w:t>Запишите 10 фразеологизмов.</w:t>
      </w:r>
    </w:p>
    <w:p>
      <w:r>
        <w:rPr>
          <w:b/>
          <w:sz w:val="26"/>
        </w:rPr>
        <w:t>Пример ответов</w:t>
      </w:r>
    </w:p>
    <w:p>
      <w:r>
        <w:t>Синонимы: прекрасный, чудесный, великолепный, симпатичный, привлекательный.</w:t>
        <w:br/>
        <w:t>Паронимы: одеть—надеть, адресат—адресант, эффектный—эффективный, представить—предоставить, гарантийный—гарантированный.</w:t>
        <w:br/>
        <w:t>Фразеологизмы: бить баклуши, держать язык за зубами, водить за нос, ломать голову, повесить нос.</w:t>
      </w:r>
    </w:p>
    <w:p>
      <w:r>
        <w:rPr>
          <w:b/>
          <w:sz w:val="26"/>
        </w:rPr>
        <w:t>Варианты усложнения</w:t>
      </w:r>
    </w:p>
    <w:p>
      <w:r>
        <w:t>• Сократить время до 20 секунд.</w:t>
        <w:br/>
        <w:t>• Запретить повторять уже названные слова.</w:t>
        <w:br/>
        <w:t>• За ошибку снимать 1 балл.</w:t>
        <w:br/>
        <w:t>• Добавить задания по анализу небольшого текста.</w:t>
      </w:r>
    </w:p>
    <w:p>
      <w:r>
        <w:rPr>
          <w:b/>
          <w:sz w:val="26"/>
        </w:rPr>
        <w:t>Закрепляемые темы</w:t>
      </w:r>
    </w:p>
    <w:p>
      <w:r>
        <w:t>✓ Синонимы</w:t>
        <w:br/>
        <w:t>✓ Антонимы</w:t>
        <w:br/>
        <w:t>✓ Омонимы</w:t>
        <w:br/>
        <w:t>✓ Паронимы</w:t>
        <w:br/>
        <w:t>✓ Диалектизмы</w:t>
        <w:br/>
        <w:t>✓ Профессионализмы</w:t>
        <w:br/>
        <w:t>✓ Термины</w:t>
        <w:br/>
        <w:t>✓ Неологизмы</w:t>
        <w:br/>
        <w:t>✓ Историзмы</w:t>
        <w:br/>
        <w:t>✓ Архаизмы</w:t>
        <w:br/>
        <w:t>✓ Фразеологизмы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