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№10. «Кто хочет стать отличником?»</w:t>
      </w:r>
    </w:p>
    <w:p>
      <w:r>
        <w:rPr>
          <w:b/>
        </w:rPr>
        <w:t>🎯 Цель</w:t>
      </w:r>
    </w:p>
    <w:p>
      <w:r>
        <w:t>Проверить знания по морфологии в формате интеллектуальной викторины и подготовить учащихся к контрольной работе или экзамену.</w:t>
      </w:r>
    </w:p>
    <w:p>
      <w:r>
        <w:rPr>
          <w:b/>
        </w:rPr>
        <w:t>👥 Участники</w:t>
      </w:r>
    </w:p>
    <w:p>
      <w:r>
        <w:t>Весь класс. Играть можно индивидуально или командами.</w:t>
      </w:r>
    </w:p>
    <w:p>
      <w:r>
        <w:rPr>
          <w:b/>
        </w:rPr>
        <w:t>⏱️ Время</w:t>
      </w:r>
    </w:p>
    <w:p>
      <w:r>
        <w:t>25–35 минут.</w:t>
      </w:r>
    </w:p>
    <w:p>
      <w:r>
        <w:rPr>
          <w:b/>
        </w:rPr>
        <w:t>🧰 Материалы</w:t>
      </w:r>
    </w:p>
    <w:p>
      <w:r>
        <w:t>Только доска, мел и заранее подготовленные вопросы.</w:t>
      </w:r>
    </w:p>
    <w:p>
      <w:r>
        <w:rPr>
          <w:b/>
        </w:rPr>
        <w:t>📖 Правила</w:t>
      </w:r>
    </w:p>
    <w:p>
      <w:r>
        <w:t>Учитель рисует на доске лестницу из 10 уровней. Каждый уровень содержит один вопрос. За правильный ответ ученик поднимается на следующую ступень. Если ответ неверный, право ответа получает другая команда.</w:t>
      </w:r>
    </w:p>
    <w:p>
      <w:r>
        <w:rPr>
          <w:b/>
        </w:rPr>
        <w:t>📋 Лестница знаний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Уровень 10</w:t>
            </w:r>
          </w:p>
        </w:tc>
        <w:tc>
          <w:tcPr>
            <w:tcW w:type="dxa" w:w="4320"/>
          </w:tcPr>
          <w:p>
            <w:r>
              <w:t>100 баллов</w:t>
            </w:r>
          </w:p>
        </w:tc>
      </w:tr>
      <w:tr>
        <w:tc>
          <w:tcPr>
            <w:tcW w:type="dxa" w:w="4320"/>
          </w:tcPr>
          <w:p>
            <w:r>
              <w:t>Уровень 9</w:t>
            </w:r>
          </w:p>
        </w:tc>
        <w:tc>
          <w:tcPr>
            <w:tcW w:type="dxa" w:w="4320"/>
          </w:tcPr>
          <w:p>
            <w:r>
              <w:t>90 баллов</w:t>
            </w:r>
          </w:p>
        </w:tc>
      </w:tr>
      <w:tr>
        <w:tc>
          <w:tcPr>
            <w:tcW w:type="dxa" w:w="4320"/>
          </w:tcPr>
          <w:p>
            <w:r>
              <w:t>Уровень 8</w:t>
            </w:r>
          </w:p>
        </w:tc>
        <w:tc>
          <w:tcPr>
            <w:tcW w:type="dxa" w:w="4320"/>
          </w:tcPr>
          <w:p>
            <w:r>
              <w:t>80 баллов</w:t>
            </w:r>
          </w:p>
        </w:tc>
      </w:tr>
      <w:tr>
        <w:tc>
          <w:tcPr>
            <w:tcW w:type="dxa" w:w="4320"/>
          </w:tcPr>
          <w:p>
            <w:r>
              <w:t>Уровень 7</w:t>
            </w:r>
          </w:p>
        </w:tc>
        <w:tc>
          <w:tcPr>
            <w:tcW w:type="dxa" w:w="4320"/>
          </w:tcPr>
          <w:p>
            <w:r>
              <w:t>70 баллов</w:t>
            </w:r>
          </w:p>
        </w:tc>
      </w:tr>
      <w:tr>
        <w:tc>
          <w:tcPr>
            <w:tcW w:type="dxa" w:w="4320"/>
          </w:tcPr>
          <w:p>
            <w:r>
              <w:t>Уровень 6</w:t>
            </w:r>
          </w:p>
        </w:tc>
        <w:tc>
          <w:tcPr>
            <w:tcW w:type="dxa" w:w="4320"/>
          </w:tcPr>
          <w:p>
            <w:r>
              <w:t>60 баллов</w:t>
            </w:r>
          </w:p>
        </w:tc>
      </w:tr>
      <w:tr>
        <w:tc>
          <w:tcPr>
            <w:tcW w:type="dxa" w:w="4320"/>
          </w:tcPr>
          <w:p>
            <w:r>
              <w:t>Уровень 5</w:t>
            </w:r>
          </w:p>
        </w:tc>
        <w:tc>
          <w:tcPr>
            <w:tcW w:type="dxa" w:w="4320"/>
          </w:tcPr>
          <w:p>
            <w:r>
              <w:t>50 баллов</w:t>
            </w:r>
          </w:p>
        </w:tc>
      </w:tr>
      <w:tr>
        <w:tc>
          <w:tcPr>
            <w:tcW w:type="dxa" w:w="4320"/>
          </w:tcPr>
          <w:p>
            <w:r>
              <w:t>Уровень 4</w:t>
            </w:r>
          </w:p>
        </w:tc>
        <w:tc>
          <w:tcPr>
            <w:tcW w:type="dxa" w:w="4320"/>
          </w:tcPr>
          <w:p>
            <w:r>
              <w:t>40 баллов</w:t>
            </w:r>
          </w:p>
        </w:tc>
      </w:tr>
      <w:tr>
        <w:tc>
          <w:tcPr>
            <w:tcW w:type="dxa" w:w="4320"/>
          </w:tcPr>
          <w:p>
            <w:r>
              <w:t>Уровень 3</w:t>
            </w:r>
          </w:p>
        </w:tc>
        <w:tc>
          <w:tcPr>
            <w:tcW w:type="dxa" w:w="4320"/>
          </w:tcPr>
          <w:p>
            <w:r>
              <w:t>30 баллов</w:t>
            </w:r>
          </w:p>
        </w:tc>
      </w:tr>
      <w:tr>
        <w:tc>
          <w:tcPr>
            <w:tcW w:type="dxa" w:w="4320"/>
          </w:tcPr>
          <w:p>
            <w:r>
              <w:t>Уровень 2</w:t>
            </w:r>
          </w:p>
        </w:tc>
        <w:tc>
          <w:tcPr>
            <w:tcW w:type="dxa" w:w="4320"/>
          </w:tcPr>
          <w:p>
            <w:r>
              <w:t>20 баллов</w:t>
            </w:r>
          </w:p>
        </w:tc>
      </w:tr>
      <w:tr>
        <w:tc>
          <w:tcPr>
            <w:tcW w:type="dxa" w:w="4320"/>
          </w:tcPr>
          <w:p>
            <w:r>
              <w:t>Уровень 1</w:t>
            </w:r>
          </w:p>
        </w:tc>
        <w:tc>
          <w:tcPr>
            <w:tcW w:type="dxa" w:w="4320"/>
          </w:tcPr>
          <w:p>
            <w:r>
              <w:t>10 баллов</w:t>
            </w:r>
          </w:p>
        </w:tc>
      </w:tr>
    </w:tbl>
    <w:p>
      <w:r>
        <w:rPr>
          <w:b/>
        </w:rPr>
        <w:t>📝 10 вопросов</w:t>
      </w:r>
    </w:p>
    <w:p>
      <w:r>
        <w:t>• 1. Что изучает морфология?</w:t>
      </w:r>
    </w:p>
    <w:p>
      <w:r>
        <w:t>• 2. Назовите самостоятельные части речи.</w:t>
      </w:r>
    </w:p>
    <w:p>
      <w:r>
        <w:t>• 3. Определите часть речи слова «вчера».</w:t>
      </w:r>
    </w:p>
    <w:p>
      <w:r>
        <w:t>• 4. Назовите постоянные признаки имени существительного.</w:t>
      </w:r>
    </w:p>
    <w:p>
      <w:r>
        <w:t>• 5. Чем отличается качественное прилагательное от относительного?</w:t>
      </w:r>
    </w:p>
    <w:p>
      <w:r>
        <w:t>• 6. Назовите разряды местоимений.</w:t>
      </w:r>
    </w:p>
    <w:p>
      <w:r>
        <w:t>• 7. Чем отличается причастие от деепричастия?</w:t>
      </w:r>
    </w:p>
    <w:p>
      <w:r>
        <w:t>• 8. Выполните морфологический разбор слова «прочитав».</w:t>
      </w:r>
    </w:p>
    <w:p>
      <w:r>
        <w:t>• 9. Исправьте ошибку: «Подъезжая к дому, начался дождь».</w:t>
      </w:r>
    </w:p>
    <w:p>
      <w:r>
        <w:t>• 10. Составьте предложение, используя существительное, местоимение, причастие, наречие и предлог.</w:t>
      </w:r>
    </w:p>
    <w:p>
      <w:r>
        <w:rPr>
          <w:b/>
        </w:rPr>
        <w:t>⭐ Подсказки</w:t>
      </w:r>
    </w:p>
    <w:p>
      <w:r>
        <w:t>Каждая команда может один раз воспользоваться подсказками: «Помощь класса», «50 на 50», «Замена вопроса».</w:t>
      </w:r>
    </w:p>
    <w:p>
      <w:r>
        <w:rPr>
          <w:b/>
        </w:rPr>
        <w:t>🏆 Победитель</w:t>
      </w:r>
    </w:p>
    <w:p>
      <w:r>
        <w:t>Побеждает участник или команда, дошедшие до последнего уровня и набравшие наибольшее количество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