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№18 «Лексическая лаборатория»</w:t>
      </w:r>
    </w:p>
    <w:p>
      <w:r>
        <w:rPr>
          <w:b/>
          <w:sz w:val="26"/>
        </w:rPr>
        <w:t>Цель</w:t>
      </w:r>
    </w:p>
    <w:p>
      <w:r>
        <w:t>Закрепить знания по разделу «Лексика», научиться исследовать слова, определять их признаки и объяснять свой выбор.</w:t>
      </w:r>
    </w:p>
    <w:p>
      <w:r>
        <w:rPr>
          <w:b/>
          <w:sz w:val="26"/>
        </w:rPr>
        <w:t>Оборудование</w:t>
      </w:r>
    </w:p>
    <w:p>
      <w:r>
        <w:t>Карточки со словами, таблицы для заполнения, ручки.</w:t>
      </w:r>
    </w:p>
    <w:p>
      <w:r>
        <w:rPr>
          <w:b/>
          <w:sz w:val="26"/>
        </w:rPr>
        <w:t>Правила игры</w:t>
      </w:r>
    </w:p>
    <w:p>
      <w:r>
        <w:t>1. Класс делится на группы по 3–5 человек.</w:t>
        <w:br/>
        <w:t>2. Каждая группа получает карточку со словом.</w:t>
        <w:br/>
        <w:t>3. За 3 минуты нужно провести «исследование» слова и заполнить таблицу.</w:t>
        <w:br/>
        <w:t>4. После обсуждения группа защищает свой ответ.</w:t>
        <w:br/>
        <w:t>5. За каждый правильно заполненный пункт — 1 балл.</w:t>
      </w:r>
    </w:p>
    <w:p>
      <w:r>
        <w:rPr>
          <w:b/>
          <w:sz w:val="26"/>
        </w:rPr>
        <w:t>Таблица исследования</w:t>
      </w:r>
    </w:p>
    <w:p>
      <w:r>
        <w:t>Слово: __________________________</w:t>
        <w:br/>
        <w:t>Лексическое значение: __________________________</w:t>
        <w:br/>
        <w:t>Лексическая группа: __________________________</w:t>
        <w:br/>
        <w:t>Подберите синоним: __________________________</w:t>
        <w:br/>
        <w:t>Подберите антоним (если есть): __________________________</w:t>
        <w:br/>
        <w:t>Составьте предложение: __________________________</w:t>
      </w:r>
    </w:p>
    <w:p>
      <w:r>
        <w:rPr>
          <w:b/>
          <w:sz w:val="26"/>
        </w:rPr>
        <w:t>Карточки для исследования (12 слов)</w:t>
      </w:r>
    </w:p>
    <w:p>
      <w:r>
        <w:t>1. Слово: лук</w:t>
      </w:r>
    </w:p>
    <w:p>
      <w:r>
        <w:t>Ответ для учителя: омоним</w:t>
      </w:r>
    </w:p>
    <w:p>
      <w:r>
        <w:t>2. Слово: одеть</w:t>
      </w:r>
    </w:p>
    <w:p>
      <w:r>
        <w:t>Ответ для учителя: пароним</w:t>
      </w:r>
    </w:p>
    <w:p>
      <w:r>
        <w:t>3. Слово: кольчуга</w:t>
      </w:r>
    </w:p>
    <w:p>
      <w:r>
        <w:t>Ответ для учителя: историзм</w:t>
      </w:r>
    </w:p>
    <w:p>
      <w:r>
        <w:t>4. Слово: очи</w:t>
      </w:r>
    </w:p>
    <w:p>
      <w:r>
        <w:t>Ответ для учителя: архаизм</w:t>
      </w:r>
    </w:p>
    <w:p>
      <w:r>
        <w:t>5. Слово: стример</w:t>
      </w:r>
    </w:p>
    <w:p>
      <w:r>
        <w:t>Ответ для учителя: неологизм</w:t>
      </w:r>
    </w:p>
    <w:p>
      <w:r>
        <w:t>6. Слово: фонема</w:t>
      </w:r>
    </w:p>
    <w:p>
      <w:r>
        <w:t>Ответ для учителя: термин</w:t>
      </w:r>
    </w:p>
    <w:p>
      <w:r>
        <w:t>7. Слово: скальпель</w:t>
      </w:r>
    </w:p>
    <w:p>
      <w:r>
        <w:t>Ответ для учителя: профессионализм</w:t>
      </w:r>
    </w:p>
    <w:p>
      <w:r>
        <w:t>8. Слово: буряк</w:t>
      </w:r>
    </w:p>
    <w:p>
      <w:r>
        <w:t>Ответ для учителя: диалектизм</w:t>
      </w:r>
    </w:p>
    <w:p>
      <w:r>
        <w:t>9. Слово: краш</w:t>
      </w:r>
    </w:p>
    <w:p>
      <w:r>
        <w:t>Ответ для учителя: жаргонизм</w:t>
      </w:r>
    </w:p>
    <w:p>
      <w:r>
        <w:t>10. Слово: бить баклуши</w:t>
      </w:r>
    </w:p>
    <w:p>
      <w:r>
        <w:t>Ответ для учителя: фразеологизм</w:t>
      </w:r>
    </w:p>
    <w:p>
      <w:r>
        <w:t>11. Слово: смелый</w:t>
      </w:r>
    </w:p>
    <w:p>
      <w:r>
        <w:t>Ответ для учителя: синонимы/антонимы</w:t>
      </w:r>
    </w:p>
    <w:p>
      <w:r>
        <w:t>12. Слово: ключ</w:t>
      </w:r>
    </w:p>
    <w:p>
      <w:r>
        <w:t>Ответ для учителя: омоним</w:t>
      </w:r>
    </w:p>
    <w:p>
      <w:r>
        <w:rPr>
          <w:b/>
          <w:sz w:val="26"/>
        </w:rPr>
        <w:t>Дополнительное задание</w:t>
      </w:r>
    </w:p>
    <w:p>
      <w:r>
        <w:t>Обменяйтесь карточками с другой группой и проверьте правильность выполненного исследования.</w:t>
      </w:r>
    </w:p>
    <w:p>
      <w:r>
        <w:rPr>
          <w:b/>
          <w:sz w:val="26"/>
        </w:rPr>
        <w:t>Варианты усложнения</w:t>
      </w:r>
    </w:p>
    <w:p>
      <w:r>
        <w:t>• Ограничить время до 2 минут.</w:t>
        <w:br/>
        <w:t>• Дать незнакомые слова.</w:t>
        <w:br/>
        <w:t>• Попросить привести два собственных примера той же лексической группы.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