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Игра №14 «Лексический аукцион»</w:t>
      </w:r>
    </w:p>
    <w:p>
      <w:r>
        <w:rPr>
          <w:b/>
          <w:sz w:val="26"/>
        </w:rPr>
        <w:t>Цель</w:t>
      </w:r>
    </w:p>
    <w:p>
      <w:r>
        <w:t>Закрепить знания по всем темам раздела «Лексика», развивать быстроту мышления, умение аргументировать ответы и работать в команде.</w:t>
      </w:r>
    </w:p>
    <w:p>
      <w:r>
        <w:rPr>
          <w:b/>
          <w:sz w:val="26"/>
        </w:rPr>
        <w:t>Оборудование</w:t>
      </w:r>
    </w:p>
    <w:p>
      <w:r>
        <w:t>Карточки с заданиями, игровые фишки или условные деньги, секундомер, таблица для подсчёта баллов.</w:t>
      </w:r>
    </w:p>
    <w:p>
      <w:r>
        <w:rPr>
          <w:b/>
          <w:sz w:val="26"/>
        </w:rPr>
        <w:t>Правила игры</w:t>
      </w:r>
    </w:p>
    <w:p>
      <w:r>
        <w:t>1. Каждая команда получает одинаковое количество игровых монет (например, 100).</w:t>
        <w:br/>
        <w:t>2. Учитель объявляет лот и его начальную стоимость.</w:t>
        <w:br/>
        <w:t>3. Команды делают ставки.</w:t>
        <w:br/>
        <w:t>4. Команда, предложившая самую высокую ставку, отвечает первой.</w:t>
        <w:br/>
        <w:t>5. При правильном ответе ставка возвращается и начисляются баллы. При ошибке ставка сгорает.</w:t>
      </w:r>
    </w:p>
    <w:p>
      <w:r>
        <w:rPr>
          <w:b/>
          <w:sz w:val="26"/>
        </w:rPr>
        <w:t>Лоты для аукциона</w:t>
      </w:r>
    </w:p>
    <w:p>
      <w:r>
        <w:rPr>
          <w:b/>
        </w:rPr>
        <w:t xml:space="preserve">Лот 1 (10 монет): </w:t>
      </w:r>
      <w:r>
        <w:t>Назовите 5 синонимов к слову «говорить».</w:t>
      </w:r>
    </w:p>
    <w:p>
      <w:r>
        <w:rPr>
          <w:b/>
        </w:rPr>
        <w:t xml:space="preserve">Лот 2 (15 монет): </w:t>
      </w:r>
      <w:r>
        <w:t>Подберите 5 антонимов к слову «смелый».</w:t>
      </w:r>
    </w:p>
    <w:p>
      <w:r>
        <w:rPr>
          <w:b/>
        </w:rPr>
        <w:t xml:space="preserve">Лот 3 (20 монет): </w:t>
      </w:r>
      <w:r>
        <w:t>Назовите 3 пары омонимов.</w:t>
      </w:r>
    </w:p>
    <w:p>
      <w:r>
        <w:rPr>
          <w:b/>
        </w:rPr>
        <w:t xml:space="preserve">Лот 4 (20 монет): </w:t>
      </w:r>
      <w:r>
        <w:t>Приведите 5 пар паронимов.</w:t>
      </w:r>
    </w:p>
    <w:p>
      <w:r>
        <w:rPr>
          <w:b/>
        </w:rPr>
        <w:t xml:space="preserve">Лот 5 (25 монет): </w:t>
      </w:r>
      <w:r>
        <w:t>Назовите 5 диалектизмов.</w:t>
      </w:r>
    </w:p>
    <w:p>
      <w:r>
        <w:rPr>
          <w:b/>
        </w:rPr>
        <w:t xml:space="preserve">Лот 6 (25 монет): </w:t>
      </w:r>
      <w:r>
        <w:t>Перечислите 5 профессионализмов врача.</w:t>
      </w:r>
    </w:p>
    <w:p>
      <w:r>
        <w:rPr>
          <w:b/>
        </w:rPr>
        <w:t xml:space="preserve">Лот 7 (30 монет): </w:t>
      </w:r>
      <w:r>
        <w:t>Назовите 5 лингвистических терминов.</w:t>
      </w:r>
    </w:p>
    <w:p>
      <w:r>
        <w:rPr>
          <w:b/>
        </w:rPr>
        <w:t xml:space="preserve">Лот 8 (35 монет): </w:t>
      </w:r>
      <w:r>
        <w:t>Приведите 5 современных неологизмов.</w:t>
      </w:r>
    </w:p>
    <w:p>
      <w:r>
        <w:rPr>
          <w:b/>
        </w:rPr>
        <w:t xml:space="preserve">Лот 9 (40 монет): </w:t>
      </w:r>
      <w:r>
        <w:t>Назовите 5 историзмов и объясните их значение.</w:t>
      </w:r>
    </w:p>
    <w:p>
      <w:r>
        <w:rPr>
          <w:b/>
        </w:rPr>
        <w:t xml:space="preserve">Лот 10 (50 монет): </w:t>
      </w:r>
      <w:r>
        <w:t>Объясните значение пяти фразеологизмов.</w:t>
      </w:r>
    </w:p>
    <w:p>
      <w:r>
        <w:rPr>
          <w:b/>
          <w:sz w:val="26"/>
        </w:rPr>
        <w:t>Примеры ответов</w:t>
      </w:r>
    </w:p>
    <w:p>
      <w:r>
        <w:t>Синонимы: разговаривать, беседовать, произносить, сообщать, рассказывать.</w:t>
        <w:br/>
        <w:t>Антонимы: трусливый, робкий, малодушный, боязливый, несмелый.</w:t>
        <w:br/>
        <w:t>Неологизмы: блогер, стример, подкаст, лайфхак, геймпад.</w:t>
        <w:br/>
        <w:t>Историзмы: кольчуга, боярин, стрельцы, кафтан, пищаль.</w:t>
      </w:r>
    </w:p>
    <w:p>
      <w:r>
        <w:rPr>
          <w:b/>
          <w:sz w:val="26"/>
        </w:rPr>
        <w:t>Варианты усложнения</w:t>
      </w:r>
    </w:p>
    <w:p>
      <w:r>
        <w:t>• Ввести суперлот стоимостью 100 монет.</w:t>
        <w:br/>
        <w:t>• Ограничить время ответа до 20 секунд.</w:t>
        <w:br/>
        <w:t>• После ответа объяснить правило или составить предложение.</w:t>
        <w:br/>
        <w:t>• Добавить задания по анализу текста.</w:t>
      </w:r>
    </w:p>
    <w:p>
      <w:r>
        <w:rPr>
          <w:b/>
          <w:sz w:val="26"/>
        </w:rPr>
        <w:t>Закрепляемые темы</w:t>
      </w:r>
    </w:p>
    <w:p>
      <w:r>
        <w:t>✓ Синонимы</w:t>
        <w:br/>
        <w:t>✓ Антонимы</w:t>
        <w:br/>
        <w:t>✓ Омонимы</w:t>
        <w:br/>
        <w:t>✓ Паронимы</w:t>
        <w:br/>
        <w:t>✓ Диалектизмы</w:t>
        <w:br/>
        <w:t>✓ Профессионализмы</w:t>
        <w:br/>
        <w:t>✓ Термины</w:t>
        <w:br/>
        <w:t>✓ Неологизмы</w:t>
        <w:br/>
        <w:t>✓ Историзмы</w:t>
        <w:br/>
        <w:t>✓ Фразеологизмы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