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№1 «Лексический детектив»</w:t>
      </w:r>
    </w:p>
    <w:p>
      <w:r>
        <w:rPr>
          <w:b/>
          <w:sz w:val="26"/>
        </w:rPr>
        <w:t>Цель</w:t>
      </w:r>
    </w:p>
    <w:p>
      <w:r>
        <w:t>Закрепить знания о лексическом значении слова, научить различать прямое и переносное значение, развивать внимание и умение анализировать контекст.</w:t>
      </w:r>
    </w:p>
    <w:p>
      <w:r>
        <w:rPr>
          <w:b/>
          <w:sz w:val="26"/>
        </w:rPr>
        <w:t>Что понадобится</w:t>
      </w:r>
    </w:p>
    <w:p>
      <w:r>
        <w:t>• Карточки с предложениями.</w:t>
        <w:br/>
        <w:t>• Карточки «Прямое значение» и «Переносное значение».</w:t>
        <w:br/>
        <w:t>• Можно использовать презентацию или интерактивную доску.</w:t>
      </w:r>
    </w:p>
    <w:p>
      <w:r>
        <w:rPr>
          <w:b/>
          <w:sz w:val="26"/>
        </w:rPr>
        <w:t>Правила игры</w:t>
      </w:r>
    </w:p>
    <w:p>
      <w:r>
        <w:t>1. Учитель читает предложение или показывает его на экране.</w:t>
        <w:br/>
        <w:t>2. Ученики определяют значение выделенного слова.</w:t>
        <w:br/>
        <w:t>3. Если слово употреблено в переносном значении, объясняют его смысл.</w:t>
        <w:br/>
        <w:t>4. За правильный ответ команда получает 1 балл.</w:t>
        <w:br/>
        <w:t>5. Побеждает команда, набравшая больше баллов.</w:t>
      </w:r>
    </w:p>
    <w:p>
      <w:r>
        <w:rPr>
          <w:b/>
          <w:sz w:val="26"/>
        </w:rPr>
        <w:t>Примеры заданий</w:t>
      </w:r>
    </w:p>
    <w:p>
      <w:r>
        <w:rPr>
          <w:b/>
        </w:rPr>
        <w:t xml:space="preserve">1. </w:t>
      </w:r>
      <w:r>
        <w:t>У бабушки золотое кольцо.</w:t>
      </w:r>
    </w:p>
    <w:p>
      <w:r>
        <w:t>Ответ: Прямое значение.</w:t>
      </w:r>
    </w:p>
    <w:p>
      <w:r>
        <w:rPr>
          <w:b/>
        </w:rPr>
        <w:t xml:space="preserve">2. </w:t>
      </w:r>
      <w:r>
        <w:t>У нашего учителя золотое сердце.</w:t>
      </w:r>
    </w:p>
    <w:p>
      <w:r>
        <w:t>Ответ: Переносное значение — добрый человек.</w:t>
      </w:r>
    </w:p>
    <w:p>
      <w:r>
        <w:rPr>
          <w:b/>
        </w:rPr>
        <w:t xml:space="preserve">3. </w:t>
      </w:r>
      <w:r>
        <w:t>Каменная стена окружала крепость.</w:t>
      </w:r>
    </w:p>
    <w:p>
      <w:r>
        <w:t>Ответ: Прямое значение.</w:t>
      </w:r>
    </w:p>
    <w:p>
      <w:r>
        <w:rPr>
          <w:b/>
        </w:rPr>
        <w:t xml:space="preserve">4. </w:t>
      </w:r>
      <w:r>
        <w:t>У него каменное сердце.</w:t>
      </w:r>
    </w:p>
    <w:p>
      <w:r>
        <w:t>Ответ: Переносное значение — бессердечный человек.</w:t>
      </w:r>
    </w:p>
    <w:p>
      <w:r>
        <w:rPr>
          <w:b/>
        </w:rPr>
        <w:t xml:space="preserve">5. </w:t>
      </w:r>
      <w:r>
        <w:t>Горячий чай стоял на столе.</w:t>
      </w:r>
    </w:p>
    <w:p>
      <w:r>
        <w:t>Ответ: Прямое значение.</w:t>
      </w:r>
    </w:p>
    <w:p>
      <w:r>
        <w:rPr>
          <w:b/>
        </w:rPr>
        <w:t xml:space="preserve">6. </w:t>
      </w:r>
      <w:r>
        <w:t>Разгорелся горячий спор.</w:t>
      </w:r>
    </w:p>
    <w:p>
      <w:r>
        <w:t>Ответ: Переносное значение.</w:t>
      </w:r>
    </w:p>
    <w:p>
      <w:r>
        <w:rPr>
          <w:b/>
        </w:rPr>
        <w:t xml:space="preserve">7. </w:t>
      </w:r>
      <w:r>
        <w:t>Железная дверь была закрыта.</w:t>
      </w:r>
    </w:p>
    <w:p>
      <w:r>
        <w:t>Ответ: Прямое значение.</w:t>
      </w:r>
    </w:p>
    <w:p>
      <w:r>
        <w:rPr>
          <w:b/>
        </w:rPr>
        <w:t xml:space="preserve">8. </w:t>
      </w:r>
      <w:r>
        <w:t>У спортсмена железная воля.</w:t>
      </w:r>
    </w:p>
    <w:p>
      <w:r>
        <w:t>Ответ: Переносное значение.</w:t>
      </w:r>
    </w:p>
    <w:p>
      <w:r>
        <w:rPr>
          <w:b/>
        </w:rPr>
        <w:t xml:space="preserve">9. </w:t>
      </w:r>
      <w:r>
        <w:t>Светлая комната была просторной.</w:t>
      </w:r>
    </w:p>
    <w:p>
      <w:r>
        <w:t>Ответ: Прямое значение.</w:t>
      </w:r>
    </w:p>
    <w:p>
      <w:r>
        <w:rPr>
          <w:b/>
        </w:rPr>
        <w:t xml:space="preserve">10. </w:t>
      </w:r>
      <w:r>
        <w:t>Все мечтают о светлом будущем.</w:t>
      </w:r>
    </w:p>
    <w:p>
      <w:r>
        <w:t>Ответ: Переносное значение.</w:t>
      </w:r>
    </w:p>
    <w:p>
      <w:r>
        <w:rPr>
          <w:b/>
          <w:sz w:val="26"/>
        </w:rPr>
        <w:t>Варианты усложнения</w:t>
      </w:r>
    </w:p>
    <w:p>
      <w:r>
        <w:t>• Попросить учеников объяснить, почему значение является переносным.</w:t>
        <w:br/>
        <w:t>• Предложить придумать своё предложение с тем же словом сначала в прямом, затем в переносном значении.</w:t>
        <w:br/>
        <w:t>• Провести игру на скорость между командами.</w:t>
      </w:r>
    </w:p>
    <w:p>
      <w:r>
        <w:rPr>
          <w:b/>
          <w:sz w:val="26"/>
        </w:rPr>
        <w:t>Какие темы повторяются</w:t>
      </w:r>
    </w:p>
    <w:p>
      <w:r>
        <w:t>✓ Лексическое значение слова</w:t>
        <w:br/>
        <w:t>✓ Прямое и переносное значение</w:t>
        <w:br/>
        <w:t>✓ Работа с контекстом</w:t>
        <w:br/>
        <w:t>✓ Развитие речи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