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№12. «Лингвистическая дуэль»</w:t>
      </w:r>
    </w:p>
    <w:p>
      <w:r>
        <w:rPr>
          <w:b/>
        </w:rPr>
        <w:t>🎯 Цель</w:t>
      </w:r>
    </w:p>
    <w:p>
      <w:r>
        <w:t>Совершенствовать навыки морфологического анализа, развивать быстроту реакции, умение доказывать свою точку зрения.</w:t>
      </w:r>
    </w:p>
    <w:p>
      <w:r>
        <w:rPr>
          <w:b/>
        </w:rPr>
        <w:t>👥 Участники</w:t>
      </w:r>
    </w:p>
    <w:p>
      <w:r>
        <w:t>Две команды или пары учеников.</w:t>
      </w:r>
    </w:p>
    <w:p>
      <w:r>
        <w:rPr>
          <w:b/>
        </w:rPr>
        <w:t>⏱️ Время</w:t>
      </w:r>
    </w:p>
    <w:p>
      <w:r>
        <w:t>20–30 минут.</w:t>
      </w:r>
    </w:p>
    <w:p>
      <w:r>
        <w:rPr>
          <w:b/>
        </w:rPr>
        <w:t>🧰 Материалы</w:t>
      </w:r>
    </w:p>
    <w:p>
      <w:r>
        <w:t>Только доска, мел и список слов.</w:t>
      </w:r>
    </w:p>
    <w:p>
      <w:r>
        <w:rPr>
          <w:b/>
        </w:rPr>
        <w:t>📖 Правила</w:t>
      </w:r>
    </w:p>
    <w:p>
      <w:r>
        <w:t>На доске учитель записывает слово или предложение. По одному участнику от каждой команды выходят к доске. По сигналу они выполняют задание. Кто первым справился без ошибок, приносит своей команде 2 балла. Если допущена ошибка, соперник может её исправить и заработать дополнительный балл.</w:t>
      </w:r>
    </w:p>
    <w:p>
      <w:r>
        <w:rPr>
          <w:b/>
        </w:rPr>
        <w:t>📋 Раунды дуэли</w:t>
      </w:r>
    </w:p>
    <w:p>
      <w:r>
        <w:t>• 1. Определи часть речи.</w:t>
      </w:r>
    </w:p>
    <w:p>
      <w:r>
        <w:t>• 2. Назови морфологические признаки.</w:t>
      </w:r>
    </w:p>
    <w:p>
      <w:r>
        <w:t>• 3. Выполни полный морфологический разбор.</w:t>
      </w:r>
    </w:p>
    <w:p>
      <w:r>
        <w:t>• 4. Найди и исправь ошибку.</w:t>
      </w:r>
    </w:p>
    <w:p>
      <w:r>
        <w:t>• 5. Составь предложение с данным словом.</w:t>
      </w:r>
    </w:p>
    <w:p>
      <w:r>
        <w:rPr>
          <w:b/>
        </w:rPr>
        <w:t>📝 20 слов для дуэли</w:t>
      </w:r>
    </w:p>
    <w:p>
      <w:r>
        <w:t>1. учитель</w:t>
      </w:r>
    </w:p>
    <w:p>
      <w:r>
        <w:t>2. красивый</w:t>
      </w:r>
    </w:p>
    <w:p>
      <w:r>
        <w:t>3. семеро</w:t>
      </w:r>
    </w:p>
    <w:p>
      <w:r>
        <w:t>4. никто</w:t>
      </w:r>
    </w:p>
    <w:p>
      <w:r>
        <w:t>5. читает</w:t>
      </w:r>
    </w:p>
    <w:p>
      <w:r>
        <w:t>6. прочитав</w:t>
      </w:r>
    </w:p>
    <w:p>
      <w:r>
        <w:t>7. летящий</w:t>
      </w:r>
    </w:p>
    <w:p>
      <w:r>
        <w:t>8. быстро</w:t>
      </w:r>
    </w:p>
    <w:p>
      <w:r>
        <w:t>9. холодно</w:t>
      </w:r>
    </w:p>
    <w:p>
      <w:r>
        <w:t>10. вопреки</w:t>
      </w:r>
    </w:p>
    <w:p>
      <w:r>
        <w:t>11. потому что</w:t>
      </w:r>
    </w:p>
    <w:p>
      <w:r>
        <w:t>12. ах</w:t>
      </w:r>
    </w:p>
    <w:p>
      <w:r>
        <w:t>13. смелый</w:t>
      </w:r>
    </w:p>
    <w:p>
      <w:r>
        <w:t>14. пятый</w:t>
      </w:r>
    </w:p>
    <w:p>
      <w:r>
        <w:t>15. мой</w:t>
      </w:r>
    </w:p>
    <w:p>
      <w:r>
        <w:t>16. улыбаясь</w:t>
      </w:r>
    </w:p>
    <w:p>
      <w:r>
        <w:t>17. нельзя</w:t>
      </w:r>
    </w:p>
    <w:p>
      <w:r>
        <w:t>18. вчера</w:t>
      </w:r>
    </w:p>
    <w:p>
      <w:r>
        <w:t>19. каждый</w:t>
      </w:r>
    </w:p>
    <w:p>
      <w:r>
        <w:t>20. решённый</w:t>
      </w:r>
    </w:p>
    <w:p>
      <w:r>
        <w:rPr>
          <w:b/>
        </w:rPr>
        <w:t>⭐ Финальная дуэль</w:t>
      </w:r>
    </w:p>
    <w:p>
      <w:r>
        <w:t>Учитель записывает предложение с несколькими частями речи. За 2 минуты участники должны подчеркнуть все слова, определить их части речи и выполнить разбор двух слов по выбору.</w:t>
      </w:r>
    </w:p>
    <w:p>
      <w:r>
        <w:rPr>
          <w:b/>
        </w:rPr>
        <w:t>🏆 Победитель</w:t>
      </w:r>
    </w:p>
    <w:p>
      <w:r>
        <w:t>Побеждает команда, набравшая наибольшее количество баллов после всех раундов.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