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№2. «Лови часть речи»</w:t>
      </w:r>
    </w:p>
    <w:p>
      <w:r>
        <w:rPr>
          <w:b/>
        </w:rPr>
        <w:t>🎯 Цель</w:t>
      </w:r>
    </w:p>
    <w:p>
      <w:r>
        <w:t>Закрепить умение быстро определять части речи и объяснять свой выбор.</w:t>
      </w:r>
    </w:p>
    <w:p>
      <w:r>
        <w:rPr>
          <w:b/>
        </w:rPr>
        <w:t>👥 Количество участников</w:t>
      </w:r>
    </w:p>
    <w:p>
      <w:r>
        <w:t>От 5 до 30 человек. Можно играть индивидуально или командами.</w:t>
      </w:r>
    </w:p>
    <w:p>
      <w:r>
        <w:rPr>
          <w:b/>
        </w:rPr>
        <w:t>⏱️ Время</w:t>
      </w:r>
    </w:p>
    <w:p>
      <w:r>
        <w:t>15–20 минут.</w:t>
      </w:r>
    </w:p>
    <w:p>
      <w:r>
        <w:rPr>
          <w:b/>
        </w:rPr>
        <w:t>📚 Подходит для тем</w:t>
      </w:r>
    </w:p>
    <w:p>
      <w:r>
        <w:t>Все темы раздела «Морфология».</w:t>
      </w:r>
    </w:p>
    <w:p>
      <w:r>
        <w:rPr>
          <w:b/>
        </w:rPr>
        <w:t>🧰 Материалы</w:t>
      </w:r>
    </w:p>
    <w:p>
      <w:r>
        <w:t>Карточки с названиями частей речи (или сигнальные карточки), список слов, проектор или доска.</w:t>
      </w:r>
    </w:p>
    <w:p>
      <w:r>
        <w:rPr>
          <w:b/>
        </w:rPr>
        <w:t>📖 Правила игры</w:t>
      </w:r>
    </w:p>
    <w:p>
      <w:r>
        <w:t>Каждый ученик получает карточки с названиями частей речи. Учитель быстро читает слова. По сигналу ученики одновременно поднимают карточку с правильной частью речи. После ответа один ученик объясняет свой выбор. За правильную карточку — 1 балл, за правильное объяснение — ещё 1 балл.</w:t>
      </w:r>
    </w:p>
    <w:p>
      <w:r>
        <w:rPr>
          <w:b/>
        </w:rPr>
        <w:t>⭐ Варианты проведения</w:t>
      </w:r>
    </w:p>
    <w:p>
      <w:r>
        <w:t>1. Индивидуальный зачёт.</w:t>
        <w:br/>
        <w:t>2. Командное соревнование.</w:t>
        <w:br/>
        <w:t>3. Турнир на скорость: на ответ даётся 3 секунды.</w:t>
        <w:br/>
        <w:t>4. Учитель читает не отдельные слова, а предложения — нужно определить часть речи выделенного слова.</w:t>
      </w:r>
    </w:p>
    <w:p>
      <w:r>
        <w:rPr>
          <w:b/>
        </w:rPr>
        <w:t>📝 30 готовых слов</w:t>
      </w:r>
    </w:p>
    <w:p>
      <w:r>
        <w:t>1. река</w:t>
      </w:r>
    </w:p>
    <w:p>
      <w:r>
        <w:t>2. синий</w:t>
      </w:r>
    </w:p>
    <w:p>
      <w:r>
        <w:t>3. три</w:t>
      </w:r>
    </w:p>
    <w:p>
      <w:r>
        <w:t>4. каждый</w:t>
      </w:r>
    </w:p>
    <w:p>
      <w:r>
        <w:t>5. бежать</w:t>
      </w:r>
    </w:p>
    <w:p>
      <w:r>
        <w:t>6. читающий</w:t>
      </w:r>
    </w:p>
    <w:p>
      <w:r>
        <w:t>7. прочитав</w:t>
      </w:r>
    </w:p>
    <w:p>
      <w:r>
        <w:t>8. громко</w:t>
      </w:r>
    </w:p>
    <w:p>
      <w:r>
        <w:t>9. жарко</w:t>
      </w:r>
    </w:p>
    <w:p>
      <w:r>
        <w:t>10. около</w:t>
      </w:r>
    </w:p>
    <w:p>
      <w:r>
        <w:t>11. и</w:t>
      </w:r>
    </w:p>
    <w:p>
      <w:r>
        <w:t>12. ли</w:t>
      </w:r>
    </w:p>
    <w:p>
      <w:r>
        <w:t>13. ой</w:t>
      </w:r>
    </w:p>
    <w:p>
      <w:r>
        <w:t>14. лес</w:t>
      </w:r>
    </w:p>
    <w:p>
      <w:r>
        <w:t>15. умный</w:t>
      </w:r>
    </w:p>
    <w:p>
      <w:r>
        <w:t>16. восемь</w:t>
      </w:r>
    </w:p>
    <w:p>
      <w:r>
        <w:t>17. она</w:t>
      </w:r>
    </w:p>
    <w:p>
      <w:r>
        <w:t>18. рисовать</w:t>
      </w:r>
    </w:p>
    <w:p>
      <w:r>
        <w:t>19. улыбаясь</w:t>
      </w:r>
    </w:p>
    <w:p>
      <w:r>
        <w:t>20. построенный</w:t>
      </w:r>
    </w:p>
    <w:p>
      <w:r>
        <w:t>21. далеко</w:t>
      </w:r>
    </w:p>
    <w:p>
      <w:r>
        <w:t>22. нельзя</w:t>
      </w:r>
    </w:p>
    <w:p>
      <w:r>
        <w:t>23. через</w:t>
      </w:r>
    </w:p>
    <w:p>
      <w:r>
        <w:t>24. потому что</w:t>
      </w:r>
    </w:p>
    <w:p>
      <w:r>
        <w:t>25. пусть</w:t>
      </w:r>
    </w:p>
    <w:p>
      <w:r>
        <w:t>26. эх</w:t>
      </w:r>
    </w:p>
    <w:p>
      <w:r>
        <w:t>27. вчера</w:t>
      </w:r>
    </w:p>
    <w:p>
      <w:r>
        <w:t>28. самый</w:t>
      </w:r>
    </w:p>
    <w:p>
      <w:r>
        <w:t>29. решив</w:t>
      </w:r>
    </w:p>
    <w:p>
      <w:r>
        <w:t>30. никто</w:t>
      </w:r>
    </w:p>
    <w:p>
      <w:r>
        <w:rPr>
          <w:b/>
        </w:rPr>
        <w:t>💡 Примеры заданий</w:t>
      </w:r>
    </w:p>
    <w:p>
      <w:r>
        <w:t>• Она быстро читает книгу. (Определите часть речи слова «быстро».)</w:t>
      </w:r>
    </w:p>
    <w:p>
      <w:r>
        <w:t>• Построенный дом был красивым. (Определите часть речи слова «построенный».)</w:t>
      </w:r>
    </w:p>
    <w:p>
      <w:r>
        <w:t>• Увы, поезд ушёл. (Определите часть речи слова «увы».)</w:t>
      </w:r>
    </w:p>
    <w:p>
      <w:r>
        <w:t>• Мне холодно. (Определите часть речи слова «холодно».)</w:t>
      </w:r>
    </w:p>
    <w:p>
      <w:r>
        <w:t>• Мы пришли, потому что нас пригласили. (Определите часть речи слов «потому что».)</w:t>
      </w:r>
    </w:p>
    <w:p>
      <w:r>
        <w:rPr>
          <w:b/>
        </w:rPr>
        <w:t>🏆 Усложнение</w:t>
      </w:r>
    </w:p>
    <w:p>
      <w:r>
        <w:t>После определения части речи ученик должен назвать два морфологических признака (если они есть), составить предложение с этим словом или выполнить краткий морфологический разбор.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