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🌿 МОРФЕМИКА</w:t>
        <w:br/>
        <w:t>20 РАЗНЫХ ИГР ДЛЯ 8–11 КЛАССОВ</w:t>
      </w:r>
    </w:p>
    <w:p>
      <w:pPr>
        <w:jc w:val="center"/>
      </w:pPr>
      <w:r>
        <w:rPr>
          <w:i/>
        </w:rPr>
        <w:t>Только доска + мел/маркер. Без карточек, распечаток, телефонов и интернета.</w:t>
      </w:r>
    </w:p>
    <w:p>
      <w:r>
        <w:t>Главный принцип: ученик не просто даёт ответ, а объясняет, почему он правильный. Все игры можно адаптировать под сильный или обычный класс.</w:t>
      </w:r>
    </w:p>
    <w:p>
      <w:pPr>
        <w:pStyle w:val="Heading1"/>
      </w:pPr>
      <w:r>
        <w:t>1. 🕵️ Морфемный детектив</w:t>
      </w:r>
    </w:p>
    <w:p>
      <w:r>
        <w:rPr>
          <w:b/>
        </w:rPr>
        <w:t xml:space="preserve">📋 Как играть: </w:t>
      </w:r>
      <w:r>
        <w:t>Учитель пишет на доске неправильный разбор. Ученики должны найти «преступление», исправить разбор и доказать ответ.</w:t>
      </w:r>
    </w:p>
    <w:p>
      <w:r>
        <w:rPr>
          <w:b/>
        </w:rPr>
        <w:t>📝 Примеры:</w:t>
      </w:r>
    </w:p>
    <w:p>
      <w:pPr>
        <w:pStyle w:val="ListBullet"/>
      </w:pPr>
      <w:r>
        <w:t>подводный = под- + водн- + ый → под- + вод- + -н- + -ый</w:t>
      </w:r>
    </w:p>
    <w:p>
      <w:pPr>
        <w:pStyle w:val="ListBullet"/>
      </w:pPr>
      <w:r>
        <w:t>лесник = лес + ник + ик → лес- + -ник- + ∅</w:t>
      </w:r>
    </w:p>
    <w:p>
      <w:pPr>
        <w:pStyle w:val="ListBullet"/>
      </w:pPr>
      <w:r>
        <w:t>безработный = без- + работн- + ый → без- + работ- + -н- + -ый</w:t>
      </w:r>
    </w:p>
    <w:p>
      <w:pPr>
        <w:pStyle w:val="ListBullet"/>
      </w:pPr>
      <w:r>
        <w:t>школьник = школ- + ьн- + ик → школ- + -ьн- + -ик- + ∅</w:t>
      </w:r>
    </w:p>
    <w:p>
      <w:pPr>
        <w:pStyle w:val="ListBullet"/>
      </w:pPr>
      <w:r>
        <w:t>переписать = пере- + перепис- + ать → пере- + -пис- + -а- + -ть</w:t>
      </w:r>
    </w:p>
    <w:p>
      <w:pPr>
        <w:pStyle w:val="ListBullet"/>
      </w:pPr>
      <w:r>
        <w:t>домик = дом- + ик- + а → дом- + -ик- + -а</w:t>
      </w:r>
    </w:p>
    <w:p>
      <w:pPr>
        <w:pStyle w:val="ListBullet"/>
      </w:pPr>
      <w:r>
        <w:t>подземный = под- + земн- + ый → под- + -зем- + -н- + -ый</w:t>
      </w:r>
    </w:p>
    <w:p>
      <w:r>
        <w:rPr>
          <w:b/>
        </w:rPr>
        <w:t xml:space="preserve">⭐ Условия: </w:t>
      </w:r>
      <w:r>
        <w:t>Баллы: 2 за исправление, 1 за объяснение. Учитель может специально делать как простые, так и очень хитрые ошибки.</w:t>
      </w:r>
    </w:p>
    <w:p>
      <w:pPr>
        <w:pStyle w:val="Heading1"/>
      </w:pPr>
      <w:r>
        <w:t>2. ⚔️ Морфемная дуэль</w:t>
      </w:r>
    </w:p>
    <w:p>
      <w:r>
        <w:rPr>
          <w:b/>
        </w:rPr>
        <w:t xml:space="preserve">📋 Как играть: </w:t>
      </w:r>
      <w:r>
        <w:t>Два ученика выходят к доске. Первый выполняет разбор, второй выступает проверяющим и должен найти ошибку или доказать правильность.</w:t>
      </w:r>
    </w:p>
    <w:p>
      <w:r>
        <w:rPr>
          <w:b/>
        </w:rPr>
        <w:t>📝 Примеры:</w:t>
      </w:r>
    </w:p>
    <w:p>
      <w:pPr>
        <w:pStyle w:val="ListBullet"/>
      </w:pPr>
      <w:r>
        <w:t>безответственный</w:t>
      </w:r>
    </w:p>
    <w:p>
      <w:pPr>
        <w:pStyle w:val="ListBullet"/>
      </w:pPr>
      <w:r>
        <w:t>предприниматель</w:t>
      </w:r>
    </w:p>
    <w:p>
      <w:pPr>
        <w:pStyle w:val="ListBullet"/>
      </w:pPr>
      <w:r>
        <w:t>пришкольный</w:t>
      </w:r>
    </w:p>
    <w:p>
      <w:pPr>
        <w:pStyle w:val="ListBullet"/>
      </w:pPr>
      <w:r>
        <w:t>переподготовка</w:t>
      </w:r>
    </w:p>
    <w:p>
      <w:pPr>
        <w:pStyle w:val="ListBullet"/>
      </w:pPr>
      <w:r>
        <w:t>предпоследний</w:t>
      </w:r>
    </w:p>
    <w:p>
      <w:pPr>
        <w:pStyle w:val="ListBullet"/>
      </w:pPr>
      <w:r>
        <w:t>самоуправление</w:t>
      </w:r>
    </w:p>
    <w:p>
      <w:pPr>
        <w:pStyle w:val="ListBullet"/>
      </w:pPr>
      <w:r>
        <w:t>сверхъестественный</w:t>
      </w:r>
    </w:p>
    <w:p>
      <w:r>
        <w:rPr>
          <w:b/>
        </w:rPr>
        <w:t xml:space="preserve">⭐ Условия: </w:t>
      </w:r>
      <w:r>
        <w:t>После первого разбора второй ученик обязательно говорит: «Я согласен, потому что…» или «Я не согласен, потому что…». Побеждает тот, кто смог не только разобрать, но и аргументированно проверить.</w:t>
      </w:r>
    </w:p>
    <w:p>
      <w:pPr>
        <w:pStyle w:val="Heading1"/>
      </w:pPr>
      <w:r>
        <w:t>3. 🔥 Корень на миллион</w:t>
      </w:r>
    </w:p>
    <w:p>
      <w:r>
        <w:rPr>
          <w:b/>
        </w:rPr>
        <w:t xml:space="preserve">📋 Как играть: </w:t>
      </w:r>
      <w:r>
        <w:t>Учитель пишет один корень. Команды по очереди называют однокоренные слова. За слово нужно назвать его морфемный состав.</w:t>
      </w:r>
    </w:p>
    <w:p>
      <w:r>
        <w:rPr>
          <w:b/>
        </w:rPr>
        <w:t>📝 Примеры:</w:t>
      </w:r>
    </w:p>
    <w:p>
      <w:pPr>
        <w:pStyle w:val="ListBullet"/>
      </w:pPr>
      <w:r>
        <w:t>-пис-: писать, записать, переписать, подписать, дописать, выписать, писатель, писательница, запись, расписание</w:t>
      </w:r>
    </w:p>
    <w:p>
      <w:pPr>
        <w:pStyle w:val="ListBullet"/>
      </w:pPr>
      <w:r>
        <w:t>-ход-: ходить, вход, выход, поход, переход, заход, уход, приход, пешеход, переходный</w:t>
      </w:r>
    </w:p>
    <w:p>
      <w:pPr>
        <w:pStyle w:val="ListBullet"/>
      </w:pPr>
      <w:r>
        <w:t>-лес-: лес, лесной, лесник, лесничий, лесничество, перелесок, подлесок</w:t>
      </w:r>
    </w:p>
    <w:p>
      <w:pPr>
        <w:pStyle w:val="ListBullet"/>
      </w:pPr>
      <w:r>
        <w:t>-вод-: вода, водный, водяной, подводный, водолаз, водопровод, водопад</w:t>
      </w:r>
    </w:p>
    <w:p>
      <w:r>
        <w:rPr>
          <w:b/>
        </w:rPr>
        <w:t xml:space="preserve">⭐ Условия: </w:t>
      </w:r>
      <w:r>
        <w:t>Запрещены слова только с внешне похожей частью. Если команда называет «водитель» для корня -вод- в значении «вода», соперники могут оспорить ответ.</w:t>
      </w:r>
    </w:p>
    <w:p>
      <w:pPr>
        <w:pStyle w:val="Heading1"/>
      </w:pPr>
      <w:r>
        <w:t>4. 🎭 Морфема от первого лица</w:t>
      </w:r>
    </w:p>
    <w:p>
      <w:r>
        <w:rPr>
          <w:b/>
        </w:rPr>
        <w:t xml:space="preserve">📋 Как играть: </w:t>
      </w:r>
      <w:r>
        <w:t>Ученик получает роль морфемы и объясняет её признаки, не называя название. Класс угадывает.</w:t>
      </w:r>
    </w:p>
    <w:p>
      <w:r>
        <w:rPr>
          <w:b/>
        </w:rPr>
        <w:t>📝 Примеры:</w:t>
      </w:r>
    </w:p>
    <w:p>
      <w:pPr>
        <w:pStyle w:val="ListBullet"/>
      </w:pPr>
      <w:r>
        <w:t>«Я стою перед корнем и могу менять значение слова» → приставка</w:t>
      </w:r>
    </w:p>
    <w:p>
      <w:pPr>
        <w:pStyle w:val="ListBullet"/>
      </w:pPr>
      <w:r>
        <w:t>«Я общая значимая часть однокоренных слов» → корень</w:t>
      </w:r>
    </w:p>
    <w:p>
      <w:pPr>
        <w:pStyle w:val="ListBullet"/>
      </w:pPr>
      <w:r>
        <w:t>«Я часто стою после корня и могу образовать новое слово» → суффикс</w:t>
      </w:r>
    </w:p>
    <w:p>
      <w:pPr>
        <w:pStyle w:val="ListBullet"/>
      </w:pPr>
      <w:r>
        <w:t>«Я изменяюсь при изменении формы слова» → окончание</w:t>
      </w:r>
    </w:p>
    <w:p>
      <w:pPr>
        <w:pStyle w:val="ListBullet"/>
      </w:pPr>
      <w:r>
        <w:t>«У меня нет звука, но я имею грамматическое значение» → нулевое окончание</w:t>
      </w:r>
    </w:p>
    <w:p>
      <w:pPr>
        <w:pStyle w:val="ListBullet"/>
      </w:pPr>
      <w:r>
        <w:t>«Я могу стоять после глагола: -ся, -сь» → постфикс</w:t>
      </w:r>
    </w:p>
    <w:p>
      <w:pPr>
        <w:pStyle w:val="ListBullet"/>
      </w:pPr>
      <w:r>
        <w:t>«Я соединяю части сложного слова» → интерфикс</w:t>
      </w:r>
    </w:p>
    <w:p>
      <w:r>
        <w:rPr>
          <w:b/>
        </w:rPr>
        <w:t xml:space="preserve">⭐ Условия: </w:t>
      </w:r>
      <w:r>
        <w:t>Для сильного класса запрещите прямые подсказки вроде «я стою после корня» и требуйте минимум два признака.</w:t>
      </w:r>
    </w:p>
    <w:p>
      <w:pPr>
        <w:pStyle w:val="Heading1"/>
      </w:pPr>
      <w:r>
        <w:t>5. 🚨 Стоп! Ошибка!</w:t>
      </w:r>
    </w:p>
    <w:p>
      <w:r>
        <w:rPr>
          <w:b/>
        </w:rPr>
        <w:t xml:space="preserve">📋 Как играть: </w:t>
      </w:r>
      <w:r>
        <w:t>Учитель пишет на доске заведомо ошибочный ответ. Первый заметивший ошибку говорит «Стоп!» и получает право исправить её.</w:t>
      </w:r>
    </w:p>
    <w:p>
      <w:r>
        <w:rPr>
          <w:b/>
        </w:rPr>
        <w:t>📝 Примеры:</w:t>
      </w:r>
    </w:p>
    <w:p>
      <w:pPr>
        <w:pStyle w:val="ListBullet"/>
      </w:pPr>
      <w:r>
        <w:t>лесник = лес + ник + ик</w:t>
      </w:r>
    </w:p>
    <w:p>
      <w:pPr>
        <w:pStyle w:val="ListBullet"/>
      </w:pPr>
      <w:r>
        <w:t>подводный = под + водн + ый</w:t>
      </w:r>
    </w:p>
    <w:p>
      <w:pPr>
        <w:pStyle w:val="ListBullet"/>
      </w:pPr>
      <w:r>
        <w:t>кто-то: -то — окончание</w:t>
      </w:r>
    </w:p>
    <w:p>
      <w:pPr>
        <w:pStyle w:val="ListBullet"/>
      </w:pPr>
      <w:r>
        <w:t>умыться: -ся — окончание</w:t>
      </w:r>
    </w:p>
    <w:p>
      <w:pPr>
        <w:pStyle w:val="ListBullet"/>
      </w:pPr>
      <w:r>
        <w:t>домами: дом + ами, без окончания</w:t>
      </w:r>
    </w:p>
    <w:p>
      <w:pPr>
        <w:pStyle w:val="ListBullet"/>
      </w:pPr>
      <w:r>
        <w:t>предпоследний: одна приставка пред-</w:t>
      </w:r>
    </w:p>
    <w:p>
      <w:pPr>
        <w:pStyle w:val="ListBullet"/>
      </w:pPr>
      <w:r>
        <w:t>вода и водитель — всегда однокоренные</w:t>
      </w:r>
    </w:p>
    <w:p>
      <w:r>
        <w:rPr>
          <w:b/>
        </w:rPr>
        <w:t xml:space="preserve">⭐ Условия: </w:t>
      </w:r>
      <w:r>
        <w:t>После слова «Стоп!» ученик обязан объяснить ошибку. Если он ошибся, право ответа переходит другой команде.</w:t>
      </w:r>
    </w:p>
    <w:p>
      <w:pPr>
        <w:pStyle w:val="Heading1"/>
      </w:pPr>
      <w:r>
        <w:t>6. 🧬 Эволюция слова</w:t>
      </w:r>
    </w:p>
    <w:p>
      <w:r>
        <w:rPr>
          <w:b/>
        </w:rPr>
        <w:t xml:space="preserve">📋 Как играть: </w:t>
      </w:r>
      <w:r>
        <w:t>Ученики строят цепочку образования слов. Каждый следующий участник добавляет или изменяет морфему и объясняет новое значение.</w:t>
      </w:r>
    </w:p>
    <w:p>
      <w:r>
        <w:rPr>
          <w:b/>
        </w:rPr>
        <w:t>📝 Примеры:</w:t>
      </w:r>
    </w:p>
    <w:p>
      <w:pPr>
        <w:pStyle w:val="ListBullet"/>
      </w:pPr>
      <w:r>
        <w:t>лес → лесной → лесник → лесничество</w:t>
      </w:r>
    </w:p>
    <w:p>
      <w:pPr>
        <w:pStyle w:val="ListBullet"/>
      </w:pPr>
      <w:r>
        <w:t>писать → записать → переписать → подписать → дописать</w:t>
      </w:r>
    </w:p>
    <w:p>
      <w:pPr>
        <w:pStyle w:val="ListBullet"/>
      </w:pPr>
      <w:r>
        <w:t>дом → домик → домовой → бездомный → домовладение</w:t>
      </w:r>
    </w:p>
    <w:p>
      <w:pPr>
        <w:pStyle w:val="ListBullet"/>
      </w:pPr>
      <w:r>
        <w:t>ходить → вход → выход → переход → переходный</w:t>
      </w:r>
    </w:p>
    <w:p>
      <w:pPr>
        <w:pStyle w:val="ListBullet"/>
      </w:pPr>
      <w:r>
        <w:t>вода → водный → подводный → водопровод → водопроводный</w:t>
      </w:r>
    </w:p>
    <w:p>
      <w:r>
        <w:rPr>
          <w:b/>
        </w:rPr>
        <w:t xml:space="preserve">⭐ Условия: </w:t>
      </w:r>
      <w:r>
        <w:t>Нельзя просто перечислять слова. После каждого шага ученик отвечает: «Какая морфема изменилась или добавилась и что изменилось в значении?»</w:t>
      </w:r>
    </w:p>
    <w:p>
      <w:pPr>
        <w:pStyle w:val="Heading1"/>
      </w:pPr>
      <w:r>
        <w:t>7. 💣 Морфемная мина</w:t>
      </w:r>
    </w:p>
    <w:p>
      <w:r>
        <w:rPr>
          <w:b/>
        </w:rPr>
        <w:t xml:space="preserve">📋 Как играть: </w:t>
      </w:r>
      <w:r>
        <w:t>В слове учитель заранее выбирает сложное или спорное место. Ученики должны найти «мину» и объяснить её.</w:t>
      </w:r>
    </w:p>
    <w:p>
      <w:r>
        <w:rPr>
          <w:b/>
        </w:rPr>
        <w:t>📝 Примеры:</w:t>
      </w:r>
    </w:p>
    <w:p>
      <w:pPr>
        <w:pStyle w:val="ListBullet"/>
      </w:pPr>
      <w:r>
        <w:t>ПРЕДПОСЛЕДНИЙ — две приставки: пред- и по-</w:t>
      </w:r>
    </w:p>
    <w:p>
      <w:pPr>
        <w:pStyle w:val="ListBullet"/>
      </w:pPr>
      <w:r>
        <w:t>ПЕРЕПОДГОТОВКА — две приставки: пере- и под-</w:t>
      </w:r>
    </w:p>
    <w:p>
      <w:pPr>
        <w:pStyle w:val="ListBullet"/>
      </w:pPr>
      <w:r>
        <w:t>УМЫТЬСЯ — постфикс -ся</w:t>
      </w:r>
    </w:p>
    <w:p>
      <w:pPr>
        <w:pStyle w:val="ListBullet"/>
      </w:pPr>
      <w:r>
        <w:t>КТО-НИБУДЬ — постфикс -нибудь</w:t>
      </w:r>
    </w:p>
    <w:p>
      <w:pPr>
        <w:pStyle w:val="ListBullet"/>
      </w:pPr>
      <w:r>
        <w:t>ВОДОПРОВОД — соединительная гласная -о-</w:t>
      </w:r>
    </w:p>
    <w:p>
      <w:pPr>
        <w:pStyle w:val="ListBullet"/>
      </w:pPr>
      <w:r>
        <w:t>ПЕШЕХОД — соединительная гласная -е-</w:t>
      </w:r>
    </w:p>
    <w:p>
      <w:pPr>
        <w:pStyle w:val="ListBullet"/>
      </w:pPr>
      <w:r>
        <w:t>ЛЕСНИК — нулевое окончание</w:t>
      </w:r>
    </w:p>
    <w:p>
      <w:pPr>
        <w:pStyle w:val="ListBullet"/>
      </w:pPr>
      <w:r>
        <w:t>СТОЛ — нулевое окончание в форме им. п. ед. ч.</w:t>
      </w:r>
    </w:p>
    <w:p>
      <w:r>
        <w:rPr>
          <w:b/>
        </w:rPr>
        <w:t xml:space="preserve">⭐ Условия: </w:t>
      </w:r>
      <w:r>
        <w:t>Сначала ученики находят подозрительный участок, затем выполняют полный разбор. Это превращает обычный анализ в поиск скрытой ошибки.</w:t>
      </w:r>
    </w:p>
    <w:p>
      <w:pPr>
        <w:pStyle w:val="Heading1"/>
      </w:pPr>
      <w:r>
        <w:t>8. 🎲 Морфемный куб</w:t>
      </w:r>
    </w:p>
    <w:p>
      <w:r>
        <w:rPr>
          <w:b/>
        </w:rPr>
        <w:t xml:space="preserve">📋 Как играть: </w:t>
      </w:r>
      <w:r>
        <w:t>Учитель рисует на доске куб или просто шесть пронумерованных заданий. Ученик выбирает номер и получает задание.</w:t>
      </w:r>
    </w:p>
    <w:p>
      <w:r>
        <w:rPr>
          <w:b/>
        </w:rPr>
        <w:t>📝 Примеры:</w:t>
      </w:r>
    </w:p>
    <w:p>
      <w:pPr>
        <w:pStyle w:val="ListBullet"/>
      </w:pPr>
      <w:r>
        <w:t>1 — найти корень в «подводный»</w:t>
      </w:r>
    </w:p>
    <w:p>
      <w:pPr>
        <w:pStyle w:val="ListBullet"/>
      </w:pPr>
      <w:r>
        <w:t>2 — найти приставки в «предпоследний»</w:t>
      </w:r>
    </w:p>
    <w:p>
      <w:pPr>
        <w:pStyle w:val="ListBullet"/>
      </w:pPr>
      <w:r>
        <w:t>3 — найти суффикс в «лесник»</w:t>
      </w:r>
    </w:p>
    <w:p>
      <w:pPr>
        <w:pStyle w:val="ListBullet"/>
      </w:pPr>
      <w:r>
        <w:t>4 — найти окончание в «домами»</w:t>
      </w:r>
    </w:p>
    <w:p>
      <w:pPr>
        <w:pStyle w:val="ListBullet"/>
      </w:pPr>
      <w:r>
        <w:t>5 — назвать однокоренное к «вода»</w:t>
      </w:r>
    </w:p>
    <w:p>
      <w:pPr>
        <w:pStyle w:val="ListBullet"/>
      </w:pPr>
      <w:r>
        <w:t>6 — полностью разобрать «безработный»</w:t>
      </w:r>
    </w:p>
    <w:p>
      <w:pPr>
        <w:pStyle w:val="ListBullet"/>
      </w:pPr>
      <w:r>
        <w:t>Дополнительные: 1 — корень «переписать»; 2 — приставки «переподготовка»; 3 — суффикс «домик»; 4 — окончание «стол»; 5 — однокоренное «лес»; 6 — разбор «самоуправление»</w:t>
      </w:r>
    </w:p>
    <w:p>
      <w:r>
        <w:rPr>
          <w:b/>
        </w:rPr>
        <w:t xml:space="preserve">⭐ Условия: </w:t>
      </w:r>
      <w:r>
        <w:t>Можно сделать второй раунд: если выпало то же число, задание становится сложнее.</w:t>
      </w:r>
    </w:p>
    <w:p>
      <w:pPr>
        <w:pStyle w:val="Heading1"/>
      </w:pPr>
      <w:r>
        <w:t>9. 🏛 Морфемный суд</w:t>
      </w:r>
    </w:p>
    <w:p>
      <w:r>
        <w:rPr>
          <w:b/>
        </w:rPr>
        <w:t xml:space="preserve">📋 Как играть: </w:t>
      </w:r>
      <w:r>
        <w:t>Класс делится на две стороны. Одна защищает утверждение, другая опровергает. Главный судья следит за доказательствами.</w:t>
      </w:r>
    </w:p>
    <w:p>
      <w:r>
        <w:rPr>
          <w:b/>
        </w:rPr>
        <w:t>📝 Примеры:</w:t>
      </w:r>
    </w:p>
    <w:p>
      <w:pPr>
        <w:pStyle w:val="ListBullet"/>
      </w:pPr>
      <w:r>
        <w:t>«Вода и водитель — однокоренные»</w:t>
      </w:r>
    </w:p>
    <w:p>
      <w:pPr>
        <w:pStyle w:val="ListBullet"/>
      </w:pPr>
      <w:r>
        <w:t>«Гора и горе — однокоренные»</w:t>
      </w:r>
    </w:p>
    <w:p>
      <w:pPr>
        <w:pStyle w:val="ListBullet"/>
      </w:pPr>
      <w:r>
        <w:t>«Лес и лестница — однокоренные»</w:t>
      </w:r>
    </w:p>
    <w:p>
      <w:pPr>
        <w:pStyle w:val="ListBullet"/>
      </w:pPr>
      <w:r>
        <w:t>«В слове лесник окончание нулевое»</w:t>
      </w:r>
    </w:p>
    <w:p>
      <w:pPr>
        <w:pStyle w:val="ListBullet"/>
      </w:pPr>
      <w:r>
        <w:t>«-ся в умыться — постфикс»</w:t>
      </w:r>
    </w:p>
    <w:p>
      <w:pPr>
        <w:pStyle w:val="ListBullet"/>
      </w:pPr>
      <w:r>
        <w:t>«В предпоследний две приставки»</w:t>
      </w:r>
    </w:p>
    <w:p>
      <w:r>
        <w:rPr>
          <w:b/>
        </w:rPr>
        <w:t xml:space="preserve">⭐ Условия: </w:t>
      </w:r>
      <w:r>
        <w:t>Каждая сторона должна использовать морфемный и смысловой аргумент. Побеждает не тот, кто громче, а тот, кто дал доказательство.</w:t>
      </w:r>
    </w:p>
    <w:p>
      <w:pPr>
        <w:pStyle w:val="Heading1"/>
      </w:pPr>
      <w:r>
        <w:t>10. 🔐 Морфемный шифр</w:t>
      </w:r>
    </w:p>
    <w:p>
      <w:r>
        <w:rPr>
          <w:b/>
        </w:rPr>
        <w:t xml:space="preserve">📋 Как играть: </w:t>
      </w:r>
      <w:r>
        <w:t>Учитель вводит код: П — приставка, К — корень, С — суффикс, О — окончание, ПФ — постфикс, И — интерфикс. Ученики расшифровывают или сами кодируют слова.</w:t>
      </w:r>
    </w:p>
    <w:p>
      <w:r>
        <w:rPr>
          <w:b/>
        </w:rPr>
        <w:t>📝 Примеры:</w:t>
      </w:r>
    </w:p>
    <w:p>
      <w:pPr>
        <w:pStyle w:val="ListBullet"/>
      </w:pPr>
      <w:r>
        <w:t>П-К-С-О → подводный</w:t>
      </w:r>
    </w:p>
    <w:p>
      <w:pPr>
        <w:pStyle w:val="ListBullet"/>
      </w:pPr>
      <w:r>
        <w:t>П-К-С-О → бездомный</w:t>
      </w:r>
    </w:p>
    <w:p>
      <w:pPr>
        <w:pStyle w:val="ListBullet"/>
      </w:pPr>
      <w:r>
        <w:t>К-С-О → лесной</w:t>
      </w:r>
    </w:p>
    <w:p>
      <w:pPr>
        <w:pStyle w:val="ListBullet"/>
      </w:pPr>
      <w:r>
        <w:t>К-С-ПФ → умыться</w:t>
      </w:r>
    </w:p>
    <w:p>
      <w:pPr>
        <w:pStyle w:val="ListBullet"/>
      </w:pPr>
      <w:r>
        <w:t>К-И-К → водопровод</w:t>
      </w:r>
    </w:p>
    <w:p>
      <w:pPr>
        <w:pStyle w:val="ListBullet"/>
      </w:pPr>
      <w:r>
        <w:t>П-П-К-С-О → предпоследний</w:t>
      </w:r>
    </w:p>
    <w:p>
      <w:pPr>
        <w:pStyle w:val="ListBullet"/>
      </w:pPr>
      <w:r>
        <w:t>П-П-К-С-О → переподготовка</w:t>
      </w:r>
    </w:p>
    <w:p>
      <w:r>
        <w:rPr>
          <w:b/>
        </w:rPr>
        <w:t xml:space="preserve">⭐ Условия: </w:t>
      </w:r>
      <w:r>
        <w:t>Можно играть наоборот: учитель даёт слово, а ученик должен быстро записать его код.</w:t>
      </w:r>
    </w:p>
    <w:p>
      <w:pPr>
        <w:pStyle w:val="Heading1"/>
      </w:pPr>
      <w:r>
        <w:t>11. 🧩 Слово-пазл</w:t>
      </w:r>
    </w:p>
    <w:p>
      <w:r>
        <w:rPr>
          <w:b/>
        </w:rPr>
        <w:t xml:space="preserve">📋 Как играть: </w:t>
      </w:r>
      <w:r>
        <w:t>Учитель пишет морфемы в неправильном порядке. Команды должны собрать из них слово и выполнить разбор.</w:t>
      </w:r>
    </w:p>
    <w:p>
      <w:r>
        <w:rPr>
          <w:b/>
        </w:rPr>
        <w:t>📝 Примеры:</w:t>
      </w:r>
    </w:p>
    <w:p>
      <w:pPr>
        <w:pStyle w:val="ListBullet"/>
      </w:pPr>
      <w:r>
        <w:t>-ник-, под-, -зем-, -ый → подземный</w:t>
      </w:r>
    </w:p>
    <w:p>
      <w:pPr>
        <w:pStyle w:val="ListBullet"/>
      </w:pPr>
      <w:r>
        <w:t>-ость, без-, -ответ-, -н-, -ый → безответственность</w:t>
      </w:r>
    </w:p>
    <w:p>
      <w:pPr>
        <w:pStyle w:val="ListBullet"/>
      </w:pPr>
      <w:r>
        <w:t>-к-, пере-, -пис-, -а → переписка</w:t>
      </w:r>
    </w:p>
    <w:p>
      <w:pPr>
        <w:pStyle w:val="ListBullet"/>
      </w:pPr>
      <w:r>
        <w:t>-ик-, дом-, ∅ → домик</w:t>
      </w:r>
    </w:p>
    <w:p>
      <w:pPr>
        <w:pStyle w:val="ListBullet"/>
      </w:pPr>
      <w:r>
        <w:t>-вод-, под-, -н-, -ый → подводный</w:t>
      </w:r>
    </w:p>
    <w:p>
      <w:pPr>
        <w:pStyle w:val="ListBullet"/>
      </w:pPr>
      <w:r>
        <w:t>-атель-, пис-, -а, -ть → писать / писатель (сравнить структуры)</w:t>
      </w:r>
    </w:p>
    <w:p>
      <w:r>
        <w:rPr>
          <w:b/>
        </w:rPr>
        <w:t xml:space="preserve">⭐ Условия: </w:t>
      </w:r>
      <w:r>
        <w:t>После сборки команда должна объяснить, какие морфемы словообразующие, а какая часть изменяет форму.</w:t>
      </w:r>
    </w:p>
    <w:p>
      <w:pPr>
        <w:pStyle w:val="Heading1"/>
      </w:pPr>
      <w:r>
        <w:t>12. 🏃 Морфемная эстафета</w:t>
      </w:r>
    </w:p>
    <w:p>
      <w:r>
        <w:rPr>
          <w:b/>
        </w:rPr>
        <w:t xml:space="preserve">📋 Как играть: </w:t>
      </w:r>
      <w:r>
        <w:t>Команда разбирает слово по этапам. Каждый участник отвечает только за один шаг.</w:t>
      </w:r>
    </w:p>
    <w:p>
      <w:r>
        <w:rPr>
          <w:b/>
        </w:rPr>
        <w:t>📝 Примеры:</w:t>
      </w:r>
    </w:p>
    <w:p>
      <w:pPr>
        <w:pStyle w:val="ListBullet"/>
      </w:pPr>
      <w:r>
        <w:t>ПОДЗЕМНЫЙ: 1 — приставка, 2 — корень, 3 — суффикс, 4 — окончание</w:t>
      </w:r>
    </w:p>
    <w:p>
      <w:pPr>
        <w:pStyle w:val="ListBullet"/>
      </w:pPr>
      <w:r>
        <w:t>ПРИШКОЛЬНЫЙ: при- / школ- / -ьн- / -ый</w:t>
      </w:r>
    </w:p>
    <w:p>
      <w:pPr>
        <w:pStyle w:val="ListBullet"/>
      </w:pPr>
      <w:r>
        <w:t>БЕЗВКУСНЫЙ: без- / вкус- / -н- / -ый</w:t>
      </w:r>
    </w:p>
    <w:p>
      <w:pPr>
        <w:pStyle w:val="ListBullet"/>
      </w:pPr>
      <w:r>
        <w:t>ЛЕСАМИ: лес- / -а- / -ми / или полный разбор по принятой в школе модели с объяснением окончания</w:t>
      </w:r>
    </w:p>
    <w:p>
      <w:r>
        <w:rPr>
          <w:b/>
        </w:rPr>
        <w:t xml:space="preserve">⭐ Условия: </w:t>
      </w:r>
      <w:r>
        <w:t>Если участник ошибся, следующая команда может «перехватить эстафету» и исправить. Это даёт дополнительный балл.</w:t>
      </w:r>
    </w:p>
    <w:p>
      <w:pPr>
        <w:pStyle w:val="Heading1"/>
      </w:pPr>
      <w:r>
        <w:t>13. 🧠 Что исчезло?</w:t>
      </w:r>
    </w:p>
    <w:p>
      <w:r>
        <w:rPr>
          <w:b/>
        </w:rPr>
        <w:t xml:space="preserve">📋 Как играть: </w:t>
      </w:r>
      <w:r>
        <w:t>Учитель показывает пару слов. Ученики определяют, какая морфема появилась или исчезла и как изменилось значение.</w:t>
      </w:r>
    </w:p>
    <w:p>
      <w:r>
        <w:rPr>
          <w:b/>
        </w:rPr>
        <w:t>📝 Примеры:</w:t>
      </w:r>
    </w:p>
    <w:p>
      <w:pPr>
        <w:pStyle w:val="ListBullet"/>
      </w:pPr>
      <w:r>
        <w:t>лес → лесник — добавился -ник-</w:t>
      </w:r>
    </w:p>
    <w:p>
      <w:pPr>
        <w:pStyle w:val="ListBullet"/>
      </w:pPr>
      <w:r>
        <w:t>дом → домик — добавился -ик-</w:t>
      </w:r>
    </w:p>
    <w:p>
      <w:pPr>
        <w:pStyle w:val="ListBullet"/>
      </w:pPr>
      <w:r>
        <w:t>писать → переписать — добавилась пере-</w:t>
      </w:r>
    </w:p>
    <w:p>
      <w:pPr>
        <w:pStyle w:val="ListBullet"/>
      </w:pPr>
      <w:r>
        <w:t>ходить → переходить — появилась пере-</w:t>
      </w:r>
    </w:p>
    <w:p>
      <w:pPr>
        <w:pStyle w:val="ListBullet"/>
      </w:pPr>
      <w:r>
        <w:t>лесник → лес — исчез -ник-</w:t>
      </w:r>
    </w:p>
    <w:p>
      <w:pPr>
        <w:pStyle w:val="ListBullet"/>
      </w:pPr>
      <w:r>
        <w:t>подводный → водный — исчезла под-</w:t>
      </w:r>
    </w:p>
    <w:p>
      <w:r>
        <w:rPr>
          <w:b/>
        </w:rPr>
        <w:t xml:space="preserve">⭐ Условия: </w:t>
      </w:r>
      <w:r>
        <w:t>Для старших классов добавьте вопрос: «Это изменение формы слова или образование нового слова?»</w:t>
      </w:r>
    </w:p>
    <w:p>
      <w:pPr>
        <w:pStyle w:val="Heading1"/>
      </w:pPr>
      <w:r>
        <w:t>14. 🎯 Четыре угла</w:t>
      </w:r>
    </w:p>
    <w:p>
      <w:r>
        <w:rPr>
          <w:b/>
        </w:rPr>
        <w:t xml:space="preserve">📋 Как играть: </w:t>
      </w:r>
      <w:r>
        <w:t>На доске четыре сектора: ПРИСТАВКА, КОРЕНЬ, СУФФИКС, ОКОНЧАНИЕ. Учитель называет морфему, ученики выбирают сектор. После выбора обязательно дают пример.</w:t>
      </w:r>
    </w:p>
    <w:p>
      <w:r>
        <w:rPr>
          <w:b/>
        </w:rPr>
        <w:t>📝 Примеры:</w:t>
      </w:r>
    </w:p>
    <w:p>
      <w:pPr>
        <w:pStyle w:val="ListBullet"/>
      </w:pPr>
      <w:r>
        <w:t>под- → приставка</w:t>
      </w:r>
    </w:p>
    <w:p>
      <w:pPr>
        <w:pStyle w:val="ListBullet"/>
      </w:pPr>
      <w:r>
        <w:t>-вод- → корень</w:t>
      </w:r>
    </w:p>
    <w:p>
      <w:pPr>
        <w:pStyle w:val="ListBullet"/>
      </w:pPr>
      <w:r>
        <w:t>-ник- → суффикс</w:t>
      </w:r>
    </w:p>
    <w:p>
      <w:pPr>
        <w:pStyle w:val="ListBullet"/>
      </w:pPr>
      <w:r>
        <w:t>-ый → окончание</w:t>
      </w:r>
    </w:p>
    <w:p>
      <w:pPr>
        <w:pStyle w:val="ListBullet"/>
      </w:pPr>
      <w:r>
        <w:t>-ами → окончание</w:t>
      </w:r>
    </w:p>
    <w:p>
      <w:pPr>
        <w:pStyle w:val="ListBullet"/>
      </w:pPr>
      <w:r>
        <w:t>-ость- → суффикс</w:t>
      </w:r>
    </w:p>
    <w:p>
      <w:pPr>
        <w:pStyle w:val="ListBullet"/>
      </w:pPr>
      <w:r>
        <w:t>∅ → нулевое окончание</w:t>
      </w:r>
    </w:p>
    <w:p>
      <w:r>
        <w:rPr>
          <w:b/>
        </w:rPr>
        <w:t xml:space="preserve">⭐ Условия: </w:t>
      </w:r>
      <w:r>
        <w:t>Можно усложнить: учитель называет не морфему, а функцию: «образует название лица» → ученики предлагают суффикс -ник- и слово лесник.</w:t>
      </w:r>
    </w:p>
    <w:p>
      <w:pPr>
        <w:pStyle w:val="Heading1"/>
      </w:pPr>
      <w:r>
        <w:t>15. 🔍 Угадай слово</w:t>
      </w:r>
    </w:p>
    <w:p>
      <w:r>
        <w:rPr>
          <w:b/>
        </w:rPr>
        <w:t xml:space="preserve">📋 Как играть: </w:t>
      </w:r>
      <w:r>
        <w:t>Учитель описывает морфемный состав, но не называет слово. Ученики должны угадать и записать полный разбор.</w:t>
      </w:r>
    </w:p>
    <w:p>
      <w:r>
        <w:rPr>
          <w:b/>
        </w:rPr>
        <w:t>📝 Примеры:</w:t>
      </w:r>
    </w:p>
    <w:p>
      <w:pPr>
        <w:pStyle w:val="ListBullet"/>
      </w:pPr>
      <w:r>
        <w:t>ПЕРЕ- + -ПИС- + -А- + -ТЬ → переписать</w:t>
      </w:r>
    </w:p>
    <w:p>
      <w:pPr>
        <w:pStyle w:val="ListBullet"/>
      </w:pPr>
      <w:r>
        <w:t>ПОД- + -ВОД- + -Н- + -ЫЙ → подводный</w:t>
      </w:r>
    </w:p>
    <w:p>
      <w:pPr>
        <w:pStyle w:val="ListBullet"/>
      </w:pPr>
      <w:r>
        <w:t>ЛЕС- + -НИК- + ∅ → лесник</w:t>
      </w:r>
    </w:p>
    <w:p>
      <w:pPr>
        <w:pStyle w:val="ListBullet"/>
      </w:pPr>
      <w:r>
        <w:t>БЕЗ- + -РАБОТ- + -Н- + -ЫЙ → безработный</w:t>
      </w:r>
    </w:p>
    <w:p>
      <w:pPr>
        <w:pStyle w:val="ListBullet"/>
      </w:pPr>
      <w:r>
        <w:t>ПРЕД- + ПО- + -СЛЕД- + -Н- + -ИЙ → предпоследний</w:t>
      </w:r>
    </w:p>
    <w:p>
      <w:pPr>
        <w:pStyle w:val="ListBullet"/>
      </w:pPr>
      <w:r>
        <w:t>У- + -МЫ- + -ТЬ + -СЯ → умыться</w:t>
      </w:r>
    </w:p>
    <w:p>
      <w:r>
        <w:rPr>
          <w:b/>
        </w:rPr>
        <w:t xml:space="preserve">⭐ Условия: </w:t>
      </w:r>
      <w:r>
        <w:t>Сильный вариант: давать только функцию морфем, например «две приставки + корень + суффикс + окончание».</w:t>
      </w:r>
    </w:p>
    <w:p>
      <w:pPr>
        <w:pStyle w:val="Heading1"/>
      </w:pPr>
      <w:r>
        <w:t>16. 💰 Морфемный аукцион</w:t>
      </w:r>
    </w:p>
    <w:p>
      <w:r>
        <w:rPr>
          <w:b/>
        </w:rPr>
        <w:t xml:space="preserve">📋 Как играть: </w:t>
      </w:r>
      <w:r>
        <w:t>Команды получают условные баллы и «покупают» право отвечать. Чем сложнее слово, тем выше ставка.</w:t>
      </w:r>
    </w:p>
    <w:p>
      <w:r>
        <w:rPr>
          <w:b/>
        </w:rPr>
        <w:t>📝 Примеры:</w:t>
      </w:r>
    </w:p>
    <w:p>
      <w:pPr>
        <w:pStyle w:val="ListBullet"/>
      </w:pPr>
      <w:r>
        <w:t>1 балл — лесник</w:t>
      </w:r>
    </w:p>
    <w:p>
      <w:pPr>
        <w:pStyle w:val="ListBullet"/>
      </w:pPr>
      <w:r>
        <w:t>2 балла — подземный</w:t>
      </w:r>
    </w:p>
    <w:p>
      <w:pPr>
        <w:pStyle w:val="ListBullet"/>
      </w:pPr>
      <w:r>
        <w:t>3 балла — безответственный</w:t>
      </w:r>
    </w:p>
    <w:p>
      <w:pPr>
        <w:pStyle w:val="ListBullet"/>
      </w:pPr>
      <w:r>
        <w:t>4 балла — предпоследний</w:t>
      </w:r>
    </w:p>
    <w:p>
      <w:pPr>
        <w:pStyle w:val="ListBullet"/>
      </w:pPr>
      <w:r>
        <w:t>5 баллов — переподготовка</w:t>
      </w:r>
    </w:p>
    <w:p>
      <w:pPr>
        <w:pStyle w:val="ListBullet"/>
      </w:pPr>
      <w:r>
        <w:t>6 баллов — предпринимательский</w:t>
      </w:r>
    </w:p>
    <w:p>
      <w:r>
        <w:rPr>
          <w:b/>
        </w:rPr>
        <w:t xml:space="preserve">⭐ Условия: </w:t>
      </w:r>
      <w:r>
        <w:t>Команда говорит: «Ставим 4». Если полный разбор верный — получает ставку. Если ошиблась — теряет её. Можно повышать ставку соперника.</w:t>
      </w:r>
    </w:p>
    <w:p>
      <w:pPr>
        <w:pStyle w:val="Heading1"/>
      </w:pPr>
      <w:r>
        <w:t>17. 🔄 Замени одну морфему</w:t>
      </w:r>
    </w:p>
    <w:p>
      <w:r>
        <w:rPr>
          <w:b/>
        </w:rPr>
        <w:t xml:space="preserve">📋 Как играть: </w:t>
      </w:r>
      <w:r>
        <w:t>Ученики получают исходное слово и должны заменить только одну морфему, чтобы получить новое слово. Затем объясняют изменение значения.</w:t>
      </w:r>
    </w:p>
    <w:p>
      <w:r>
        <w:rPr>
          <w:b/>
        </w:rPr>
        <w:t>📝 Примеры:</w:t>
      </w:r>
    </w:p>
    <w:p>
      <w:pPr>
        <w:pStyle w:val="ListBullet"/>
      </w:pPr>
      <w:r>
        <w:t>писать → записать; писать → переписать; писать → подписать; писать → дописать</w:t>
      </w:r>
    </w:p>
    <w:p>
      <w:pPr>
        <w:pStyle w:val="ListBullet"/>
      </w:pPr>
      <w:r>
        <w:t>лес → лесник; лес → лесной; лес → перелесок</w:t>
      </w:r>
    </w:p>
    <w:p>
      <w:pPr>
        <w:pStyle w:val="ListBullet"/>
      </w:pPr>
      <w:r>
        <w:t>дом → домик; дом → бездомный; дом → домовой</w:t>
      </w:r>
    </w:p>
    <w:p>
      <w:pPr>
        <w:pStyle w:val="ListBullet"/>
      </w:pPr>
      <w:r>
        <w:t>ходить → входить; ходить → выходить; ходить → переходить</w:t>
      </w:r>
    </w:p>
    <w:p>
      <w:r>
        <w:rPr>
          <w:b/>
        </w:rPr>
        <w:t xml:space="preserve">⭐ Условия: </w:t>
      </w:r>
      <w:r>
        <w:t>Нельзя менять сразу несколько морфем. Побеждает команда, которая нашла больше корректных вариантов и может доказать каждое изменение.</w:t>
      </w:r>
    </w:p>
    <w:p>
      <w:pPr>
        <w:pStyle w:val="Heading1"/>
      </w:pPr>
      <w:r>
        <w:t>18. 👑 Король однокоренных слов</w:t>
      </w:r>
    </w:p>
    <w:p>
      <w:r>
        <w:rPr>
          <w:b/>
        </w:rPr>
        <w:t xml:space="preserve">📋 Как играть: </w:t>
      </w:r>
      <w:r>
        <w:t>Учитель выбирает корень. Ученики по очереди называют однокоренные слова. Повторяться нельзя, а каждое слово нужно доказать.</w:t>
      </w:r>
    </w:p>
    <w:p>
      <w:r>
        <w:rPr>
          <w:b/>
        </w:rPr>
        <w:t>📝 Примеры:</w:t>
      </w:r>
    </w:p>
    <w:p>
      <w:pPr>
        <w:pStyle w:val="ListBullet"/>
      </w:pPr>
      <w:r>
        <w:t>-лес- → лес, лесной, лесник, лесничий, лесничество, перелесок, подлесок</w:t>
      </w:r>
    </w:p>
    <w:p>
      <w:pPr>
        <w:pStyle w:val="ListBullet"/>
      </w:pPr>
      <w:r>
        <w:t>-пис- → писать, записать, переписать, подписать, дописать, писатель, запись</w:t>
      </w:r>
    </w:p>
    <w:p>
      <w:pPr>
        <w:pStyle w:val="ListBullet"/>
      </w:pPr>
      <w:r>
        <w:t>-ход- → ходить, вход, выход, поход, переход, приход, уход, пешеход</w:t>
      </w:r>
    </w:p>
    <w:p>
      <w:pPr>
        <w:pStyle w:val="ListBullet"/>
      </w:pPr>
      <w:r>
        <w:t>-снег- → снег, снежный, снеговик, снегопад, снежинка</w:t>
      </w:r>
    </w:p>
    <w:p>
      <w:r>
        <w:rPr>
          <w:b/>
        </w:rPr>
        <w:t xml:space="preserve">⭐ Условия: </w:t>
      </w:r>
      <w:r>
        <w:t>Соперники могут оспорить слово. Если слово не однокоренное, команда теряет балл.</w:t>
      </w:r>
    </w:p>
    <w:p>
      <w:pPr>
        <w:pStyle w:val="Heading1"/>
      </w:pPr>
      <w:r>
        <w:t>19. 🧨 Морфемный взрыв</w:t>
      </w:r>
    </w:p>
    <w:p>
      <w:r>
        <w:rPr>
          <w:b/>
        </w:rPr>
        <w:t xml:space="preserve">📋 Как играть: </w:t>
      </w:r>
      <w:r>
        <w:t>Учитель пишет длинное слово. Команды должны быстро «взорвать» его на морфемы, затем объяснить каждую часть.</w:t>
      </w:r>
    </w:p>
    <w:p>
      <w:r>
        <w:rPr>
          <w:b/>
        </w:rPr>
        <w:t>📝 Примеры:</w:t>
      </w:r>
    </w:p>
    <w:p>
      <w:pPr>
        <w:pStyle w:val="ListBullet"/>
      </w:pPr>
      <w:r>
        <w:t>безответственность</w:t>
      </w:r>
    </w:p>
    <w:p>
      <w:pPr>
        <w:pStyle w:val="ListBullet"/>
      </w:pPr>
      <w:r>
        <w:t>предпринимательский</w:t>
      </w:r>
    </w:p>
    <w:p>
      <w:pPr>
        <w:pStyle w:val="ListBullet"/>
      </w:pPr>
      <w:r>
        <w:t>самоуправление</w:t>
      </w:r>
    </w:p>
    <w:p>
      <w:pPr>
        <w:pStyle w:val="ListBullet"/>
      </w:pPr>
      <w:r>
        <w:t>противопоставление</w:t>
      </w:r>
    </w:p>
    <w:p>
      <w:pPr>
        <w:pStyle w:val="ListBullet"/>
      </w:pPr>
      <w:r>
        <w:t>сверхъестественный</w:t>
      </w:r>
    </w:p>
    <w:p>
      <w:pPr>
        <w:pStyle w:val="ListBullet"/>
      </w:pPr>
      <w:r>
        <w:t>переподготовка</w:t>
      </w:r>
    </w:p>
    <w:p>
      <w:pPr>
        <w:pStyle w:val="ListBullet"/>
      </w:pPr>
      <w:r>
        <w:t>водопроводный</w:t>
      </w:r>
    </w:p>
    <w:p>
      <w:r>
        <w:rPr>
          <w:b/>
        </w:rPr>
        <w:t xml:space="preserve">⭐ Условия: </w:t>
      </w:r>
      <w:r>
        <w:t>После первого разбора учитель задаёт второй уровень: найти нулевое окончание, постфикс, интерфикс или объяснить значение суффикса.</w:t>
      </w:r>
    </w:p>
    <w:p>
      <w:pPr>
        <w:pStyle w:val="Heading1"/>
      </w:pPr>
      <w:r>
        <w:t>20. 🏆 Морфемный квест</w:t>
      </w:r>
    </w:p>
    <w:p>
      <w:r>
        <w:rPr>
          <w:b/>
        </w:rPr>
        <w:t xml:space="preserve">📋 Как играть: </w:t>
      </w:r>
      <w:r>
        <w:t>Финальная игра из нескольких уровней. Все задания пишутся на одной доске. Команды проходят уровни последовательно.</w:t>
      </w:r>
    </w:p>
    <w:p>
      <w:r>
        <w:rPr>
          <w:b/>
        </w:rPr>
        <w:t>📝 Примеры:</w:t>
      </w:r>
    </w:p>
    <w:p>
      <w:pPr>
        <w:pStyle w:val="ListBullet"/>
      </w:pPr>
      <w:r>
        <w:t>Уровень 1: найти корень в «безработный»</w:t>
      </w:r>
    </w:p>
    <w:p>
      <w:pPr>
        <w:pStyle w:val="ListBullet"/>
      </w:pPr>
      <w:r>
        <w:t>Уровень 2: найти все приставки в «предпоследний»</w:t>
      </w:r>
    </w:p>
    <w:p>
      <w:pPr>
        <w:pStyle w:val="ListBullet"/>
      </w:pPr>
      <w:r>
        <w:t>Уровень 3: найти суффикс и его значение в «лесник»</w:t>
      </w:r>
    </w:p>
    <w:p>
      <w:pPr>
        <w:pStyle w:val="ListBullet"/>
      </w:pPr>
      <w:r>
        <w:t>Уровень 4: определить окончание в «домами»</w:t>
      </w:r>
    </w:p>
    <w:p>
      <w:pPr>
        <w:pStyle w:val="ListBullet"/>
      </w:pPr>
      <w:r>
        <w:t>Уровень 5: найти однокоренное к «вода»</w:t>
      </w:r>
    </w:p>
    <w:p>
      <w:pPr>
        <w:pStyle w:val="ListBullet"/>
      </w:pPr>
      <w:r>
        <w:t>Уровень 6: полностью разобрать «переподготовка»</w:t>
      </w:r>
    </w:p>
    <w:p>
      <w:pPr>
        <w:pStyle w:val="ListBullet"/>
      </w:pPr>
      <w:r>
        <w:t>Уровень 7: найти интерфикс в «водопровод»</w:t>
      </w:r>
    </w:p>
    <w:p>
      <w:pPr>
        <w:pStyle w:val="ListBullet"/>
      </w:pPr>
      <w:r>
        <w:t>Уровень 8: найти постфикс в «кто-нибудь»</w:t>
      </w:r>
    </w:p>
    <w:p>
      <w:r>
        <w:rPr>
          <w:b/>
        </w:rPr>
        <w:t xml:space="preserve">⭐ Условия: </w:t>
      </w:r>
      <w:r>
        <w:t>На каждом уровне команда получает балл. За полный разбор — бонус. Можно добавлять «секретный уровень» с особо сложным словом.</w:t>
      </w:r>
    </w:p>
    <w:p>
      <w:r>
        <w:br w:type="page"/>
      </w:r>
    </w:p>
    <w:p>
      <w:pPr>
        <w:pStyle w:val="Heading1"/>
      </w:pPr>
      <w:r>
        <w:t>📌 Быстрая шпаргалка для учителя</w:t>
      </w:r>
    </w:p>
    <w:p>
      <w:r>
        <w:t>Если нет времени на подготовку, просто откройте любую игру, выберите 5–10 слов из примеров и напишите их на доске. Все 20 игр рассчитаны на работу непосредственно на уроке.</w:t>
      </w:r>
    </w:p>
    <w:p>
      <w:r>
        <w:t>Игры подходят для повторения тем: корень, основа и окончание, приставка, суффикс, постфикс, интерфикс, нулевое окончание, однокоренные слова и значение морфем.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