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№4. «Морфологическая эстафета» (без карточек)</w:t>
      </w:r>
    </w:p>
    <w:p>
      <w:r>
        <w:rPr>
          <w:b/>
        </w:rPr>
        <w:t>🎯 Цель</w:t>
      </w:r>
    </w:p>
    <w:p>
      <w:r>
        <w:t>Повторить все части речи, развивать быстроту мышления и умение выполнять морфологический анализ.</w:t>
      </w:r>
    </w:p>
    <w:p>
      <w:r>
        <w:rPr>
          <w:b/>
        </w:rPr>
        <w:t>👥 Участники</w:t>
      </w:r>
    </w:p>
    <w:p>
      <w:r>
        <w:t>2 команды по 4–15 человек.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Только доска, мел и секундомер.</w:t>
      </w:r>
    </w:p>
    <w:p>
      <w:r>
        <w:rPr>
          <w:b/>
        </w:rPr>
        <w:t>📖 Правила</w:t>
      </w:r>
    </w:p>
    <w:p>
      <w:r>
        <w:t>Учитель чертит на доске таблицу. По одному ученику от каждой команды подходят к доске. Учитель диктует слово. Кто первым правильно запишет слово в нужный столбец, получает 1 балл. После ответа ученик возвращается, выходит следующий участник.</w:t>
      </w:r>
    </w:p>
    <w:p>
      <w:r>
        <w:rPr>
          <w:b/>
        </w:rPr>
        <w:t>📋 Таблица на доске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Сущ.</w:t>
            </w:r>
          </w:p>
        </w:tc>
        <w:tc>
          <w:tcPr>
            <w:tcW w:type="dxa" w:w="864"/>
          </w:tcPr>
          <w:p>
            <w:r>
              <w:t>Прил.</w:t>
            </w:r>
          </w:p>
        </w:tc>
        <w:tc>
          <w:tcPr>
            <w:tcW w:type="dxa" w:w="864"/>
          </w:tcPr>
          <w:p>
            <w:r>
              <w:t>Числ.</w:t>
            </w:r>
          </w:p>
        </w:tc>
        <w:tc>
          <w:tcPr>
            <w:tcW w:type="dxa" w:w="864"/>
          </w:tcPr>
          <w:p>
            <w:r>
              <w:t>Мест.</w:t>
            </w:r>
          </w:p>
        </w:tc>
        <w:tc>
          <w:tcPr>
            <w:tcW w:type="dxa" w:w="864"/>
          </w:tcPr>
          <w:p>
            <w:r>
              <w:t>Глаг.</w:t>
            </w:r>
          </w:p>
        </w:tc>
        <w:tc>
          <w:tcPr>
            <w:tcW w:type="dxa" w:w="864"/>
          </w:tcPr>
          <w:p>
            <w:r>
              <w:t>Прич.</w:t>
            </w:r>
          </w:p>
        </w:tc>
        <w:tc>
          <w:tcPr>
            <w:tcW w:type="dxa" w:w="864"/>
          </w:tcPr>
          <w:p>
            <w:r>
              <w:t>Деепр.</w:t>
            </w:r>
          </w:p>
        </w:tc>
        <w:tc>
          <w:tcPr>
            <w:tcW w:type="dxa" w:w="864"/>
          </w:tcPr>
          <w:p>
            <w:r>
              <w:t>Нар.</w:t>
            </w:r>
          </w:p>
        </w:tc>
        <w:tc>
          <w:tcPr>
            <w:tcW w:type="dxa" w:w="864"/>
          </w:tcPr>
          <w:p>
            <w:r>
              <w:t>Кат. сост.</w:t>
            </w:r>
          </w:p>
        </w:tc>
        <w:tc>
          <w:tcPr>
            <w:tcW w:type="dxa" w:w="864"/>
          </w:tcPr>
          <w:p>
            <w:r>
              <w:t>Служ.</w:t>
            </w:r>
          </w:p>
        </w:tc>
      </w:tr>
      <w:tr>
        <w:tc>
          <w:tcPr>
            <w:tcW w:type="dxa" w:w="864"/>
          </w:tcPr>
          <w:p>
            <w:r>
              <w:t>Записывают слова</w:t>
            </w:r>
          </w:p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</w:tbl>
    <w:p>
      <w:r>
        <w:rPr>
          <w:b/>
        </w:rPr>
        <w:t>📝 30 слов для диктанта</w:t>
      </w:r>
    </w:p>
    <w:p>
      <w:r>
        <w:t>1. дом</w:t>
      </w:r>
    </w:p>
    <w:p>
      <w:r>
        <w:t>2. зелёный</w:t>
      </w:r>
    </w:p>
    <w:p>
      <w:r>
        <w:t>3. семеро</w:t>
      </w:r>
    </w:p>
    <w:p>
      <w:r>
        <w:t>4. мы</w:t>
      </w:r>
    </w:p>
    <w:p>
      <w:r>
        <w:t>5. читать</w:t>
      </w:r>
    </w:p>
    <w:p>
      <w:r>
        <w:t>6. решивший</w:t>
      </w:r>
    </w:p>
    <w:p>
      <w:r>
        <w:t>7. улыбаясь</w:t>
      </w:r>
    </w:p>
    <w:p>
      <w:r>
        <w:t>8. быстро</w:t>
      </w:r>
    </w:p>
    <w:p>
      <w:r>
        <w:t>9. холодно</w:t>
      </w:r>
    </w:p>
    <w:p>
      <w:r>
        <w:t>10. около</w:t>
      </w:r>
    </w:p>
    <w:p>
      <w:r>
        <w:t>11. лес</w:t>
      </w:r>
    </w:p>
    <w:p>
      <w:r>
        <w:t>12. добрый</w:t>
      </w:r>
    </w:p>
    <w:p>
      <w:r>
        <w:t>13. три</w:t>
      </w:r>
    </w:p>
    <w:p>
      <w:r>
        <w:t>14. никто</w:t>
      </w:r>
    </w:p>
    <w:p>
      <w:r>
        <w:t>15. бежать</w:t>
      </w:r>
    </w:p>
    <w:p>
      <w:r>
        <w:t>16. написанный</w:t>
      </w:r>
    </w:p>
    <w:p>
      <w:r>
        <w:t>17. прочитав</w:t>
      </w:r>
    </w:p>
    <w:p>
      <w:r>
        <w:t>18. громко</w:t>
      </w:r>
    </w:p>
    <w:p>
      <w:r>
        <w:t>19. нельзя</w:t>
      </w:r>
    </w:p>
    <w:p>
      <w:r>
        <w:t>20. потому что</w:t>
      </w:r>
    </w:p>
    <w:p>
      <w:r>
        <w:t>21. река</w:t>
      </w:r>
    </w:p>
    <w:p>
      <w:r>
        <w:t>22. интересный</w:t>
      </w:r>
    </w:p>
    <w:p>
      <w:r>
        <w:t>23. первый</w:t>
      </w:r>
    </w:p>
    <w:p>
      <w:r>
        <w:t>24. мой</w:t>
      </w:r>
    </w:p>
    <w:p>
      <w:r>
        <w:t>25. играть</w:t>
      </w:r>
    </w:p>
    <w:p>
      <w:r>
        <w:t>26. летящий</w:t>
      </w:r>
    </w:p>
    <w:p>
      <w:r>
        <w:t>27. смеясь</w:t>
      </w:r>
    </w:p>
    <w:p>
      <w:r>
        <w:t>28. далеко</w:t>
      </w:r>
    </w:p>
    <w:p>
      <w:r>
        <w:t>29. жарко</w:t>
      </w:r>
    </w:p>
    <w:p>
      <w:r>
        <w:t>30. ах</w:t>
      </w:r>
    </w:p>
    <w:p>
      <w:r>
        <w:rPr>
          <w:b/>
        </w:rPr>
        <w:t>⭐ Усложнение</w:t>
      </w:r>
    </w:p>
    <w:p>
      <w:r>
        <w:t>После записи слова учитель задаёт дополнительный вопрос: «Назови постоянный признак», «Определи вид», «Назови разряд», «Составь предложение», «Выполни краткий морфологический разбор». За правильный ответ — дополнительный балл.</w:t>
      </w:r>
    </w:p>
    <w:p>
      <w:r>
        <w:rPr>
          <w:b/>
        </w:rPr>
        <w:t>🏆 Финал</w:t>
      </w:r>
    </w:p>
    <w:p>
      <w:r>
        <w:t>В конце каждая команда выбирает одно слово из своей таблицы и выполняет полный морфологический разбор у доски.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