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№19. «Морфологическая эстафета знаний»</w:t>
      </w:r>
    </w:p>
    <w:p>
      <w:r>
        <w:rPr>
          <w:b/>
        </w:rPr>
        <w:t>🎯 Цель</w:t>
      </w:r>
    </w:p>
    <w:p>
      <w:r>
        <w:t>Повторить все разделы морфологии, развивать скорость мышления, командную работу и умение применять правила на практике.</w:t>
      </w:r>
    </w:p>
    <w:p>
      <w:r>
        <w:rPr>
          <w:b/>
        </w:rPr>
        <w:t>👥 Участники</w:t>
      </w:r>
    </w:p>
    <w:p>
      <w:r>
        <w:t>2–4 команды.</w:t>
      </w:r>
    </w:p>
    <w:p>
      <w:r>
        <w:rPr>
          <w:b/>
        </w:rPr>
        <w:t>⏱️ Время</w:t>
      </w:r>
    </w:p>
    <w:p>
      <w:r>
        <w:t>25–35 минут.</w:t>
      </w:r>
    </w:p>
    <w:p>
      <w:r>
        <w:rPr>
          <w:b/>
        </w:rPr>
        <w:t>🧰 Материалы</w:t>
      </w:r>
    </w:p>
    <w:p>
      <w:r>
        <w:t>Доска, мел, секундомер.</w:t>
      </w:r>
    </w:p>
    <w:p>
      <w:r>
        <w:rPr>
          <w:b/>
        </w:rPr>
        <w:t>📖 Правила</w:t>
      </w:r>
    </w:p>
    <w:p>
      <w:r>
        <w:t>Учитель рисует на доске таблицу с пятью этапами эстафеты. Каждый участник команды выполняет только один этап, затем передаёт ход следующему. Если задание выполнено неверно, команда теряет право перехода к следующему этапу до исправления ошибки.</w:t>
      </w:r>
    </w:p>
    <w:p>
      <w:r>
        <w:rPr>
          <w:b/>
        </w:rPr>
        <w:t>📋 Таблица на доске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Этап</w:t>
            </w:r>
          </w:p>
        </w:tc>
        <w:tc>
          <w:tcPr>
            <w:tcW w:type="dxa" w:w="4320"/>
          </w:tcPr>
          <w:p>
            <w:r>
              <w:t>Задание</w:t>
            </w:r>
          </w:p>
        </w:tc>
      </w:tr>
      <w:tr>
        <w:tc>
          <w:tcPr>
            <w:tcW w:type="dxa" w:w="4320"/>
          </w:tcPr>
          <w:p>
            <w:r>
              <w:t>1</w:t>
            </w:r>
          </w:p>
        </w:tc>
        <w:tc>
          <w:tcPr>
            <w:tcW w:type="dxa" w:w="4320"/>
          </w:tcPr>
          <w:p>
            <w:r>
              <w:t>Определи часть речи</w:t>
            </w:r>
          </w:p>
        </w:tc>
      </w:tr>
      <w:tr>
        <w:tc>
          <w:tcPr>
            <w:tcW w:type="dxa" w:w="4320"/>
          </w:tcPr>
          <w:p>
            <w:r>
              <w:t>2</w:t>
            </w:r>
          </w:p>
        </w:tc>
        <w:tc>
          <w:tcPr>
            <w:tcW w:type="dxa" w:w="4320"/>
          </w:tcPr>
          <w:p>
            <w:r>
              <w:t>Назови грамматические признаки</w:t>
            </w:r>
          </w:p>
        </w:tc>
      </w:tr>
      <w:tr>
        <w:tc>
          <w:tcPr>
            <w:tcW w:type="dxa" w:w="4320"/>
          </w:tcPr>
          <w:p>
            <w:r>
              <w:t>3</w:t>
            </w:r>
          </w:p>
        </w:tc>
        <w:tc>
          <w:tcPr>
            <w:tcW w:type="dxa" w:w="4320"/>
          </w:tcPr>
          <w:p>
            <w:r>
              <w:t>Выполни морфологический разбор</w:t>
            </w:r>
          </w:p>
        </w:tc>
      </w:tr>
      <w:tr>
        <w:tc>
          <w:tcPr>
            <w:tcW w:type="dxa" w:w="4320"/>
          </w:tcPr>
          <w:p>
            <w:r>
              <w:t>4</w:t>
            </w:r>
          </w:p>
        </w:tc>
        <w:tc>
          <w:tcPr>
            <w:tcW w:type="dxa" w:w="4320"/>
          </w:tcPr>
          <w:p>
            <w:r>
              <w:t>Составь предложение</w:t>
            </w:r>
          </w:p>
        </w:tc>
      </w:tr>
      <w:tr>
        <w:tc>
          <w:tcPr>
            <w:tcW w:type="dxa" w:w="4320"/>
          </w:tcPr>
          <w:p>
            <w:r>
              <w:t>5</w:t>
            </w:r>
          </w:p>
        </w:tc>
        <w:tc>
          <w:tcPr>
            <w:tcW w:type="dxa" w:w="4320"/>
          </w:tcPr>
          <w:p>
            <w:r>
              <w:t>Исправь ошибку</w:t>
            </w:r>
          </w:p>
        </w:tc>
      </w:tr>
    </w:tbl>
    <w:p>
      <w:r>
        <w:rPr>
          <w:b/>
        </w:rPr>
        <w:t>📝 20 слов для эстафеты</w:t>
      </w:r>
    </w:p>
    <w:p>
      <w:r>
        <w:t>1. учитель</w:t>
      </w:r>
    </w:p>
    <w:p>
      <w:r>
        <w:t>2. лес</w:t>
      </w:r>
    </w:p>
    <w:p>
      <w:r>
        <w:t>3. смелый</w:t>
      </w:r>
    </w:p>
    <w:p>
      <w:r>
        <w:t>4. седьмой</w:t>
      </w:r>
    </w:p>
    <w:p>
      <w:r>
        <w:t>5. никто</w:t>
      </w:r>
    </w:p>
    <w:p>
      <w:r>
        <w:t>6. читать</w:t>
      </w:r>
    </w:p>
    <w:p>
      <w:r>
        <w:t>7. прочитав</w:t>
      </w:r>
    </w:p>
    <w:p>
      <w:r>
        <w:t>8. летящий</w:t>
      </w:r>
    </w:p>
    <w:p>
      <w:r>
        <w:t>9. быстро</w:t>
      </w:r>
    </w:p>
    <w:p>
      <w:r>
        <w:t>10. холодно</w:t>
      </w:r>
    </w:p>
    <w:p>
      <w:r>
        <w:t>11. можно</w:t>
      </w:r>
    </w:p>
    <w:p>
      <w:r>
        <w:t>12. около</w:t>
      </w:r>
    </w:p>
    <w:p>
      <w:r>
        <w:t>13. через</w:t>
      </w:r>
    </w:p>
    <w:p>
      <w:r>
        <w:t>14. потому что</w:t>
      </w:r>
    </w:p>
    <w:p>
      <w:r>
        <w:t>15. бы</w:t>
      </w:r>
    </w:p>
    <w:p>
      <w:r>
        <w:t>16. ах</w:t>
      </w:r>
    </w:p>
    <w:p>
      <w:r>
        <w:t>17. вчера</w:t>
      </w:r>
    </w:p>
    <w:p>
      <w:r>
        <w:t>18. каждый</w:t>
      </w:r>
    </w:p>
    <w:p>
      <w:r>
        <w:t>19. решённый</w:t>
      </w:r>
    </w:p>
    <w:p>
      <w:r>
        <w:t>20. улыбаясь</w:t>
      </w:r>
    </w:p>
    <w:p>
      <w:r>
        <w:rPr>
          <w:b/>
        </w:rPr>
        <w:t>⭐ Финальный этап</w:t>
      </w:r>
    </w:p>
    <w:p>
      <w:r>
        <w:t>Вся команда получает одно предложение. За 3 минуты необходимо определить части речи всех слов, выполнить полный морфологический разбор двух слов и найти возможные грамматические ошибки.</w:t>
      </w:r>
    </w:p>
    <w:p>
      <w:r>
        <w:rPr>
          <w:b/>
        </w:rPr>
        <w:t>🏆 Подведение итогов</w:t>
      </w:r>
    </w:p>
    <w:p>
      <w:r>
        <w:t>За каждый успешно пройденный этап команда получает 2 балла. Финальный этап оценивается в 10 баллов. Побеждает команда с наибольшим количеством баллов.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