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№8. «Морфологический аукцион»</w:t>
      </w:r>
    </w:p>
    <w:p>
      <w:r>
        <w:rPr>
          <w:b/>
        </w:rPr>
        <w:t>🎯 Цель</w:t>
      </w:r>
    </w:p>
    <w:p>
      <w:r>
        <w:t>Закрепить знания по морфологии, развивать речь, быстроту мышления и умение доказывать свой ответ.</w:t>
      </w:r>
    </w:p>
    <w:p>
      <w:r>
        <w:rPr>
          <w:b/>
        </w:rPr>
        <w:t>👥 Количество участников</w:t>
      </w:r>
    </w:p>
    <w:p>
      <w:r>
        <w:t>Весь класс. Игра проводится командами или индивидуально.</w:t>
      </w:r>
    </w:p>
    <w:p>
      <w:r>
        <w:rPr>
          <w:b/>
        </w:rPr>
        <w:t>⏱️ Время</w:t>
      </w:r>
    </w:p>
    <w:p>
      <w:r>
        <w:t>20–30 минут.</w:t>
      </w:r>
    </w:p>
    <w:p>
      <w:r>
        <w:rPr>
          <w:b/>
        </w:rPr>
        <w:t>🧰 Материалы</w:t>
      </w:r>
    </w:p>
    <w:p>
      <w:r>
        <w:t>Только доска, мел и секундомер.</w:t>
      </w:r>
    </w:p>
    <w:p>
      <w:r>
        <w:rPr>
          <w:b/>
        </w:rPr>
        <w:t>📖 Правила игры</w:t>
      </w:r>
    </w:p>
    <w:p>
      <w:r>
        <w:t>Учитель пишет на доске тему аукциона. Команды по очереди 'делают ставки' — называют как можно больше слов или примеров по заданию. Если команда не может продолжить в течение 5 секунд, ход переходит соперникам. Побеждает команда, назвавшая больше правильных ответов.</w:t>
      </w:r>
    </w:p>
    <w:p>
      <w:r>
        <w:rPr>
          <w:b/>
        </w:rPr>
        <w:t>📋 Темы аукциона</w:t>
      </w:r>
    </w:p>
    <w:p>
      <w:r>
        <w:t>• 1. Назовите существительные женского рода.</w:t>
      </w:r>
    </w:p>
    <w:p>
      <w:r>
        <w:t>• 2. Назовите качественные прилагательные.</w:t>
      </w:r>
    </w:p>
    <w:p>
      <w:r>
        <w:t>• 3. Назовите количественные числительные.</w:t>
      </w:r>
    </w:p>
    <w:p>
      <w:r>
        <w:t>• 4. Назовите личные местоимения.</w:t>
      </w:r>
    </w:p>
    <w:p>
      <w:r>
        <w:t>• 5. Назовите глаголы совершенного вида.</w:t>
      </w:r>
    </w:p>
    <w:p>
      <w:r>
        <w:t>• 6. Назовите действительные причастия.</w:t>
      </w:r>
    </w:p>
    <w:p>
      <w:r>
        <w:t>• 7. Назовите деепричастия.</w:t>
      </w:r>
    </w:p>
    <w:p>
      <w:r>
        <w:t>• 8. Назовите наречия времени.</w:t>
      </w:r>
    </w:p>
    <w:p>
      <w:r>
        <w:t>• 9. Назовите слова категории состояния.</w:t>
      </w:r>
    </w:p>
    <w:p>
      <w:r>
        <w:t>• 10. Назовите производные предлоги.</w:t>
      </w:r>
    </w:p>
    <w:p>
      <w:r>
        <w:rPr>
          <w:b/>
        </w:rPr>
        <w:t>📝 Дополнительные задания</w:t>
      </w:r>
    </w:p>
    <w:p>
      <w:r>
        <w:t>• Назовите 10 наречий места.</w:t>
      </w:r>
    </w:p>
    <w:p>
      <w:r>
        <w:t>• Назовите 8 междометий.</w:t>
      </w:r>
    </w:p>
    <w:p>
      <w:r>
        <w:t>• Назовите 10 служебных частей речи.</w:t>
      </w:r>
    </w:p>
    <w:p>
      <w:r>
        <w:t>• Назовите слова, которые относятся только к одной части речи.</w:t>
      </w:r>
    </w:p>
    <w:p>
      <w:r>
        <w:t>• Назовите по три примера каждой самостоятельной части речи.</w:t>
      </w:r>
    </w:p>
    <w:p>
      <w:r>
        <w:t>• Составьте предложение с причастием.</w:t>
      </w:r>
    </w:p>
    <w:p>
      <w:r>
        <w:t>• Составьте предложение с деепричастием.</w:t>
      </w:r>
    </w:p>
    <w:p>
      <w:r>
        <w:t>• Назовите пять возвратных глаголов.</w:t>
      </w:r>
    </w:p>
    <w:p>
      <w:r>
        <w:t>• Назовите пять местоимений разных разрядов.</w:t>
      </w:r>
    </w:p>
    <w:p>
      <w:r>
        <w:t>• Назовите пять слов категории состояния.</w:t>
      </w:r>
    </w:p>
    <w:p>
      <w:r>
        <w:rPr>
          <w:b/>
        </w:rPr>
        <w:t>⭐ Блиц-аукцион</w:t>
      </w:r>
    </w:p>
    <w:p>
      <w:r>
        <w:t>Учитель задаёт категорию. За одну минуту команды должны записать как можно больше слов на доске. Каждое правильное слово приносит 1 балл.</w:t>
      </w:r>
    </w:p>
    <w:p>
      <w:r>
        <w:rPr>
          <w:b/>
        </w:rPr>
        <w:t>🏆 Победитель</w:t>
      </w:r>
    </w:p>
    <w:p>
      <w:r>
        <w:t>Побеждает команда, набравшая больше всего баллов за все раунды аукциона.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