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№3 «Найди пару»</w:t>
      </w:r>
    </w:p>
    <w:p>
      <w:r>
        <w:rPr>
          <w:b/>
          <w:sz w:val="26"/>
        </w:rPr>
        <w:t>Цель</w:t>
      </w:r>
    </w:p>
    <w:p>
      <w:r>
        <w:t>Закрепить знания о синонимах, антонимах, омонимах, паронимах, диалектизмах, профессионализмах, терминах, жаргонизмах, неологизмах, историзмах, архаизмах и фразеологизмах.</w:t>
      </w:r>
    </w:p>
    <w:p>
      <w:r>
        <w:rPr>
          <w:b/>
          <w:sz w:val="26"/>
        </w:rPr>
        <w:t>Оборудование</w:t>
      </w:r>
    </w:p>
    <w:p>
      <w:r>
        <w:t>Карточки со словами и карточки с соответствующими парами. Игру можно проводить индивидуально, в парах или командами.</w:t>
      </w:r>
    </w:p>
    <w:p>
      <w:r>
        <w:rPr>
          <w:b/>
          <w:sz w:val="26"/>
        </w:rPr>
        <w:t>Правила игры</w:t>
      </w:r>
    </w:p>
    <w:p>
      <w:r>
        <w:t>1. Учитель раздаёт или показывает карточки.</w:t>
        <w:br/>
        <w:t>2. Ученики должны как можно быстрее найти правильную пару.</w:t>
        <w:br/>
        <w:t>3. После соединения необходимо объяснить, почему слова образуют пару.</w:t>
        <w:br/>
        <w:t>4. За каждую правильно найденную пару — 1 балл, за объяснение — ещё 1 балл.</w:t>
      </w:r>
    </w:p>
    <w:p>
      <w:r>
        <w:rPr>
          <w:b/>
          <w:sz w:val="26"/>
        </w:rPr>
        <w:t>Карточки для игры</w:t>
      </w:r>
    </w:p>
    <w:p>
      <w:r>
        <w:t>1. смелый — ____________________</w:t>
      </w:r>
    </w:p>
    <w:p>
      <w:r>
        <w:t>Ответ: смелый — храбрый (синонимы).</w:t>
      </w:r>
    </w:p>
    <w:p>
      <w:r>
        <w:t>2. день — ____________________</w:t>
      </w:r>
    </w:p>
    <w:p>
      <w:r>
        <w:t>Ответ: день — ночь (антонимы).</w:t>
      </w:r>
    </w:p>
    <w:p>
      <w:r>
        <w:t>3. лук (оружие) — ____________________</w:t>
      </w:r>
    </w:p>
    <w:p>
      <w:r>
        <w:t>Ответ: лук (оружие) — лук (овощ) (омонимы).</w:t>
      </w:r>
    </w:p>
    <w:p>
      <w:r>
        <w:t>4. надеть — ____________________</w:t>
      </w:r>
    </w:p>
    <w:p>
      <w:r>
        <w:t>Ответ: надеть — одеть (паронимы).</w:t>
      </w:r>
    </w:p>
    <w:p>
      <w:r>
        <w:t>5. кочет — ____________________</w:t>
      </w:r>
    </w:p>
    <w:p>
      <w:r>
        <w:t>Ответ: кочет — петух (диалектизм).</w:t>
      </w:r>
    </w:p>
    <w:p>
      <w:r>
        <w:t>6. скальпель — ____________________</w:t>
      </w:r>
    </w:p>
    <w:p>
      <w:r>
        <w:t>Ответ: скальпель — хирург (профессиональная лексика).</w:t>
      </w:r>
    </w:p>
    <w:p>
      <w:r>
        <w:t>7. суффикс — ____________________</w:t>
      </w:r>
    </w:p>
    <w:p>
      <w:r>
        <w:t>Ответ: суффикс — морфема (термины).</w:t>
      </w:r>
    </w:p>
    <w:p>
      <w:r>
        <w:t>8. краш — ____________________</w:t>
      </w:r>
    </w:p>
    <w:p>
      <w:r>
        <w:t>Ответ: краш — симпатия (жаргонизм).</w:t>
      </w:r>
    </w:p>
    <w:p>
      <w:r>
        <w:t>9. блогер — ____________________</w:t>
      </w:r>
    </w:p>
    <w:p>
      <w:r>
        <w:t>Ответ: блогер — контент-мейкер (неологизмы).</w:t>
      </w:r>
    </w:p>
    <w:p>
      <w:r>
        <w:t>10. кольчуга — ____________________</w:t>
      </w:r>
    </w:p>
    <w:p>
      <w:r>
        <w:t>Ответ: кольчуга — рыцарь (историзм).</w:t>
      </w:r>
    </w:p>
    <w:p>
      <w:r>
        <w:t>11. перст — ____________________</w:t>
      </w:r>
    </w:p>
    <w:p>
      <w:r>
        <w:t>Ответ: перст — палец (архаизм).</w:t>
      </w:r>
    </w:p>
    <w:p>
      <w:r>
        <w:t>12. бить баклуши — ____________________</w:t>
      </w:r>
    </w:p>
    <w:p>
      <w:r>
        <w:t>Ответ: бить баклуши — бездельничать (фразеологизм).</w:t>
      </w:r>
    </w:p>
    <w:p>
      <w:r>
        <w:rPr>
          <w:b/>
          <w:sz w:val="26"/>
        </w:rPr>
        <w:t>Варианты усложнения</w:t>
      </w:r>
    </w:p>
    <w:p>
      <w:r>
        <w:t>• Добавить лишние карточки.</w:t>
        <w:br/>
        <w:t>• Ограничить время до 1 минуты.</w:t>
        <w:br/>
        <w:t>• Предложить ученикам самим составить новые пары.</w:t>
        <w:br/>
        <w:t>• Использовать игру как командную эстафету.</w:t>
      </w:r>
    </w:p>
    <w:p>
      <w:r>
        <w:rPr>
          <w:b/>
          <w:sz w:val="26"/>
        </w:rPr>
        <w:t>Какие темы закрепляются</w:t>
      </w:r>
    </w:p>
    <w:p>
      <w:r>
        <w:t>✓ Синонимы</w:t>
        <w:br/>
        <w:t>✓ Антонимы</w:t>
        <w:br/>
        <w:t>✓ Омонимы</w:t>
        <w:br/>
        <w:t>✓ Паронимы</w:t>
        <w:br/>
        <w:t>✓ Диалектизмы</w:t>
        <w:br/>
        <w:t>✓ Профессионализмы</w:t>
        <w:br/>
        <w:t>✓ Термины</w:t>
        <w:br/>
        <w:t>✓ Жаргонизмы</w:t>
        <w:br/>
        <w:t>✓ Неологизмы</w:t>
        <w:br/>
        <w:t>✓ Историзмы</w:t>
        <w:br/>
        <w:t>✓ Архаизмы</w:t>
        <w:br/>
        <w:t>✓ Фразеологизмы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