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№9. «Поле чудес. Морфология»</w:t>
      </w:r>
    </w:p>
    <w:p>
      <w:r>
        <w:rPr>
          <w:b/>
        </w:rPr>
        <w:t>🎯 Цель</w:t>
      </w:r>
    </w:p>
    <w:p>
      <w:r>
        <w:t>Повторить темы по морфологии, развивать орфографическую зоркость, логическое мышление и устную речь.</w:t>
      </w:r>
    </w:p>
    <w:p>
      <w:r>
        <w:rPr>
          <w:b/>
        </w:rPr>
        <w:t>👥 Участники</w:t>
      </w:r>
    </w:p>
    <w:p>
      <w:r>
        <w:t>Весь класс. Можно играть индивидуально или тремя командами.</w:t>
      </w:r>
    </w:p>
    <w:p>
      <w:r>
        <w:rPr>
          <w:b/>
        </w:rPr>
        <w:t>⏱️ Время</w:t>
      </w:r>
    </w:p>
    <w:p>
      <w:r>
        <w:t>25–35 минут.</w:t>
      </w:r>
    </w:p>
    <w:p>
      <w:r>
        <w:rPr>
          <w:b/>
        </w:rPr>
        <w:t>🧰 Материалы</w:t>
      </w:r>
    </w:p>
    <w:p>
      <w:r>
        <w:t>Доска, мел и список слов. Карточки не нужны.</w:t>
      </w:r>
    </w:p>
    <w:p>
      <w:r>
        <w:rPr>
          <w:b/>
        </w:rPr>
        <w:t>📖 Правила</w:t>
      </w:r>
    </w:p>
    <w:p>
      <w:r>
        <w:t>Учитель загадывает слово или термин по морфологии и рисует на доске количество клеток по числу букв. Участники по очереди называют буквы. Если буква есть в слове, учитель вписывает её. После открытия нескольких букв игрок может назвать всё слово и объяснить его значение.</w:t>
      </w:r>
    </w:p>
    <w:p>
      <w:r>
        <w:rPr>
          <w:b/>
        </w:rPr>
        <w:t>📋 Пример оформления на доске</w:t>
      </w:r>
    </w:p>
    <w:p>
      <w:r>
        <w:t>□ □ □ □ □ □ □ □</w:t>
      </w:r>
    </w:p>
    <w:p>
      <w:r>
        <w:rPr>
          <w:b/>
        </w:rPr>
        <w:t>📝 20 слов для игры</w:t>
      </w:r>
    </w:p>
    <w:p>
      <w:r>
        <w:t>1. существительное</w:t>
      </w:r>
    </w:p>
    <w:p>
      <w:r>
        <w:t>2. прилагательное</w:t>
      </w:r>
    </w:p>
    <w:p>
      <w:r>
        <w:t>3. местоимение</w:t>
      </w:r>
    </w:p>
    <w:p>
      <w:r>
        <w:t>4. числительное</w:t>
      </w:r>
    </w:p>
    <w:p>
      <w:r>
        <w:t>5. деепричастие</w:t>
      </w:r>
    </w:p>
    <w:p>
      <w:r>
        <w:t>6. причастие</w:t>
      </w:r>
    </w:p>
    <w:p>
      <w:r>
        <w:t>7. наречие</w:t>
      </w:r>
    </w:p>
    <w:p>
      <w:r>
        <w:t>8. междометие</w:t>
      </w:r>
    </w:p>
    <w:p>
      <w:r>
        <w:t>9. предлог</w:t>
      </w:r>
    </w:p>
    <w:p>
      <w:r>
        <w:t>10. союз</w:t>
      </w:r>
    </w:p>
    <w:p>
      <w:r>
        <w:t>11. частица</w:t>
      </w:r>
    </w:p>
    <w:p>
      <w:r>
        <w:t>12. категория</w:t>
      </w:r>
    </w:p>
    <w:p>
      <w:r>
        <w:t>13. возвратность</w:t>
      </w:r>
    </w:p>
    <w:p>
      <w:r>
        <w:t>14. спряжение</w:t>
      </w:r>
    </w:p>
    <w:p>
      <w:r>
        <w:t>15. склонение</w:t>
      </w:r>
    </w:p>
    <w:p>
      <w:r>
        <w:t>16. падеж</w:t>
      </w:r>
    </w:p>
    <w:p>
      <w:r>
        <w:t>17. разряд</w:t>
      </w:r>
    </w:p>
    <w:p>
      <w:r>
        <w:t>18. вид</w:t>
      </w:r>
    </w:p>
    <w:p>
      <w:r>
        <w:t>19. наклонение</w:t>
      </w:r>
    </w:p>
    <w:p>
      <w:r>
        <w:t>20. одушевлённость</w:t>
      </w:r>
    </w:p>
    <w:p>
      <w:r>
        <w:rPr>
          <w:b/>
        </w:rPr>
        <w:t>⭐ Финальный раунд</w:t>
      </w:r>
    </w:p>
    <w:p>
      <w:r>
        <w:t>Учитель загадывает сложное слово. После того как участник назовёт его, он должен дать определение, назвать основные признаки и привести пример.</w:t>
      </w:r>
    </w:p>
    <w:p>
      <w:r>
        <w:rPr>
          <w:b/>
        </w:rPr>
        <w:t>🏆 Подведение итогов</w:t>
      </w:r>
    </w:p>
    <w:p>
      <w:r>
        <w:t>За каждое угаданное слово — 2 балла. За правильное объяснение — ещё 2 балла. Побеждает команда, набравшая больше всего баллов.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