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Игра №9 «Продолжи фразеологизм»</w:t>
      </w:r>
    </w:p>
    <w:p>
      <w:r>
        <w:rPr>
          <w:b/>
          <w:sz w:val="26"/>
        </w:rPr>
        <w:t>Цель</w:t>
      </w:r>
    </w:p>
    <w:p>
      <w:r>
        <w:t>Закрепить знания о фразеологизмах, их значении и употреблении в речи, развивать память, внимание и быстроту мышления.</w:t>
      </w:r>
    </w:p>
    <w:p>
      <w:r>
        <w:rPr>
          <w:b/>
          <w:sz w:val="26"/>
        </w:rPr>
        <w:t>Оборудование</w:t>
      </w:r>
    </w:p>
    <w:p>
      <w:r>
        <w:t>Карточки с началом фразеологизмов, презентация или интерактивная доска, секундомер.</w:t>
      </w:r>
    </w:p>
    <w:p>
      <w:r>
        <w:rPr>
          <w:b/>
          <w:sz w:val="26"/>
        </w:rPr>
        <w:t>Правила игры</w:t>
      </w:r>
    </w:p>
    <w:p>
      <w:r>
        <w:t>1. Учитель читает начало фразеологизма.</w:t>
        <w:br/>
        <w:t>2. Ученик или команда должны закончить выражение.</w:t>
        <w:br/>
        <w:t>3. Затем объяснить его значение.</w:t>
        <w:br/>
        <w:t>4. При желании составить предложение с этим фразеологизмом.</w:t>
        <w:br/>
        <w:t>5. За продолжение — 1 балл, за объяснение — ещё 1 балл.</w:t>
      </w:r>
    </w:p>
    <w:p>
      <w:r>
        <w:rPr>
          <w:b/>
          <w:sz w:val="26"/>
        </w:rPr>
        <w:t>Карточки для игры</w:t>
      </w:r>
    </w:p>
    <w:p>
      <w:r>
        <w:t>1. Ни пуха... __________________</w:t>
      </w:r>
    </w:p>
    <w:p>
      <w:r>
        <w:t>Ответ: ...ни пера</w:t>
      </w:r>
    </w:p>
    <w:p>
      <w:r>
        <w:t>Значение: Пожелание удачи.</w:t>
      </w:r>
    </w:p>
    <w:p>
      <w:r>
        <w:t>2. Бить... __________________</w:t>
      </w:r>
    </w:p>
    <w:p>
      <w:r>
        <w:t>Ответ: ...баклуши</w:t>
      </w:r>
    </w:p>
    <w:p>
      <w:r>
        <w:t>Значение: Бездельничать.</w:t>
      </w:r>
    </w:p>
    <w:p>
      <w:r>
        <w:t>3. Держать язык... __________________</w:t>
      </w:r>
    </w:p>
    <w:p>
      <w:r>
        <w:t>Ответ: ...за зубами</w:t>
      </w:r>
    </w:p>
    <w:p>
      <w:r>
        <w:t>Значение: Молчать.</w:t>
      </w:r>
    </w:p>
    <w:p>
      <w:r>
        <w:t>4. Водить... __________________</w:t>
      </w:r>
    </w:p>
    <w:p>
      <w:r>
        <w:t>Ответ: ...за нос</w:t>
      </w:r>
    </w:p>
    <w:p>
      <w:r>
        <w:t>Значение: Обманывать.</w:t>
      </w:r>
    </w:p>
    <w:p>
      <w:r>
        <w:t>5. Зарубить... __________________</w:t>
      </w:r>
    </w:p>
    <w:p>
      <w:r>
        <w:t>Ответ: ...на носу</w:t>
      </w:r>
    </w:p>
    <w:p>
      <w:r>
        <w:t>Значение: Хорошо запомнить.</w:t>
      </w:r>
    </w:p>
    <w:p>
      <w:r>
        <w:t>6. Сидеть... __________________</w:t>
      </w:r>
    </w:p>
    <w:p>
      <w:r>
        <w:t>Ответ: ...сложа руки</w:t>
      </w:r>
    </w:p>
    <w:p>
      <w:r>
        <w:t>Значение: Ничего не делать.</w:t>
      </w:r>
    </w:p>
    <w:p>
      <w:r>
        <w:t>7. Повесить... __________________</w:t>
      </w:r>
    </w:p>
    <w:p>
      <w:r>
        <w:t>Ответ: ...нос</w:t>
      </w:r>
    </w:p>
    <w:p>
      <w:r>
        <w:t>Значение: Унывать.</w:t>
      </w:r>
    </w:p>
    <w:p>
      <w:r>
        <w:t>8. Ломать... __________________</w:t>
      </w:r>
    </w:p>
    <w:p>
      <w:r>
        <w:t>Ответ: ...голову</w:t>
      </w:r>
    </w:p>
    <w:p>
      <w:r>
        <w:t>Значение: Напряжённо думать.</w:t>
      </w:r>
    </w:p>
    <w:p>
      <w:r>
        <w:t>9. Работать... __________________</w:t>
      </w:r>
    </w:p>
    <w:p>
      <w:r>
        <w:t>Ответ: ...спустя рукава</w:t>
      </w:r>
    </w:p>
    <w:p>
      <w:r>
        <w:t>Значение: Работать небрежно.</w:t>
      </w:r>
    </w:p>
    <w:p>
      <w:r>
        <w:t>10. Как две капли... __________________</w:t>
      </w:r>
    </w:p>
    <w:p>
      <w:r>
        <w:t>Ответ: ...воды</w:t>
      </w:r>
    </w:p>
    <w:p>
      <w:r>
        <w:t>Значение: Очень похожи.</w:t>
      </w:r>
    </w:p>
    <w:p>
      <w:r>
        <w:t>11. Яблоку... __________________</w:t>
      </w:r>
    </w:p>
    <w:p>
      <w:r>
        <w:t>Ответ: ...негде упасть</w:t>
      </w:r>
    </w:p>
    <w:p>
      <w:r>
        <w:t>Значение: Очень тесно.</w:t>
      </w:r>
    </w:p>
    <w:p>
      <w:r>
        <w:t>12. Витать... __________________</w:t>
      </w:r>
    </w:p>
    <w:p>
      <w:r>
        <w:t>Ответ: ...в облаках</w:t>
      </w:r>
    </w:p>
    <w:p>
      <w:r>
        <w:t>Значение: Мечтать.</w:t>
      </w:r>
    </w:p>
    <w:p>
      <w:r>
        <w:rPr>
          <w:b/>
          <w:sz w:val="26"/>
        </w:rPr>
        <w:t>Варианты усложнения</w:t>
      </w:r>
    </w:p>
    <w:p>
      <w:r>
        <w:t>• Объяснить происхождение фразеологизма.</w:t>
        <w:br/>
        <w:t>• Подобрать синонимичное выражение.</w:t>
        <w:br/>
        <w:t>• Составить небольшую историю, используя 2–3 фразеологизма.</w:t>
        <w:br/>
        <w:t>• Ограничить время ответа до 10 секунд.</w:t>
      </w:r>
    </w:p>
    <w:p>
      <w:r>
        <w:rPr>
          <w:b/>
          <w:sz w:val="26"/>
        </w:rPr>
        <w:t>Закрепляемые темы</w:t>
      </w:r>
    </w:p>
    <w:p>
      <w:r>
        <w:t>✓ Фразеологизмы</w:t>
        <w:br/>
        <w:t>✓ Лексическое значение слова</w:t>
        <w:br/>
        <w:t>✓ Прямое и переносное значение</w:t>
        <w:br/>
        <w:t>✓ Развитие речи</w:t>
        <w:br/>
        <w:t>✓ Работа с устойчивыми выражениями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