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Игра №2 «Четвёртый лишний»</w:t>
      </w:r>
    </w:p>
    <w:p>
      <w:r>
        <w:rPr>
          <w:b/>
          <w:sz w:val="26"/>
        </w:rPr>
        <w:t>Цель</w:t>
      </w:r>
    </w:p>
    <w:p>
      <w:r>
        <w:t>Закрепить знания о синонимах, антонимах, омонимах, паронимах, диалектизмах, профессионализмах, терминах, жаргонизмах, неологизмах, историзмах, архаизмах.</w:t>
      </w:r>
    </w:p>
    <w:p>
      <w:r>
        <w:rPr>
          <w:b/>
          <w:sz w:val="26"/>
        </w:rPr>
        <w:t>Правила игры</w:t>
      </w:r>
    </w:p>
    <w:p>
      <w:r>
        <w:t>Учитель показывает четыре слова. Три слова объединены одним признаком, одно — лишнее. Ученики должны найти лишнее слово и объяснить свой выбор. За правильный ответ — 1 балл, за правильное объяснение — дополнительный балл.</w:t>
      </w:r>
    </w:p>
    <w:p>
      <w:r>
        <w:rPr>
          <w:b/>
          <w:sz w:val="26"/>
        </w:rPr>
        <w:t>Примеры заданий</w:t>
      </w:r>
    </w:p>
    <w:p>
      <w:r>
        <w:t>1. смелый, храбрый, отважный, трусливый</w:t>
      </w:r>
    </w:p>
    <w:p>
      <w:r>
        <w:t>Ответ: трусливый. Объяснение: антоним к остальным.</w:t>
      </w:r>
    </w:p>
    <w:p>
      <w:r>
        <w:t>2. красивый, прекрасный, чудесный, уродливый</w:t>
      </w:r>
    </w:p>
    <w:p>
      <w:r>
        <w:t>Ответ: уродливый. Объяснение: антоним.</w:t>
      </w:r>
    </w:p>
    <w:p>
      <w:r>
        <w:t>3. лук (оружие), лук (овощ), ключ, коса (причёска/инструмент)</w:t>
      </w:r>
    </w:p>
    <w:p>
      <w:r>
        <w:t>Ответ: ключ. Объяснение: не омоним в данном ряду.</w:t>
      </w:r>
    </w:p>
    <w:p>
      <w:r>
        <w:t>4. надеть, одеть, адресат, адресант</w:t>
      </w:r>
    </w:p>
    <w:p>
      <w:r>
        <w:t>Ответ: адресат. Объяснение: первые два — паронимы.</w:t>
      </w:r>
    </w:p>
    <w:p>
      <w:r>
        <w:t>5. айфон, блогер, стример, кольчуга</w:t>
      </w:r>
    </w:p>
    <w:p>
      <w:r>
        <w:t>Ответ: кольчуга. Объяснение: историческая реалия.</w:t>
      </w:r>
    </w:p>
    <w:p>
      <w:r>
        <w:t>6. диалект, термин, интеграл, формула</w:t>
      </w:r>
    </w:p>
    <w:p>
      <w:r>
        <w:t>Ответ: диалект. Объяснение: остальные — термины.</w:t>
      </w:r>
    </w:p>
    <w:p>
      <w:r>
        <w:t>7. скальпель, шприц, операция, прикольный</w:t>
      </w:r>
    </w:p>
    <w:p>
      <w:r>
        <w:t>Ответ: прикольный. Объяснение: жаргонизм, остальные — профессиональная лексика.</w:t>
      </w:r>
    </w:p>
    <w:p>
      <w:r>
        <w:t>8. очи, ланиты, чело, компьютер</w:t>
      </w:r>
    </w:p>
    <w:p>
      <w:r>
        <w:t>Ответ: компьютер. Объяснение: не архаизм.</w:t>
      </w:r>
    </w:p>
    <w:p>
      <w:r>
        <w:t>9. кольчуга, боярин, стрельцы, ноутбук</w:t>
      </w:r>
    </w:p>
    <w:p>
      <w:r>
        <w:t>Ответ: ноутбук. Объяснение: не историзм.</w:t>
      </w:r>
    </w:p>
    <w:p>
      <w:r>
        <w:t>10. лайкнуть, репост, сторис, телега</w:t>
      </w:r>
    </w:p>
    <w:p>
      <w:r>
        <w:t>Ответ: телега. Объяснение: неологизмы против общеупотребительного слова.</w:t>
      </w:r>
    </w:p>
    <w:p>
      <w:r>
        <w:rPr>
          <w:b/>
          <w:sz w:val="26"/>
        </w:rPr>
        <w:t>Варианты усложнения</w:t>
      </w:r>
    </w:p>
    <w:p>
      <w:r>
        <w:t>• Не только назвать лишнее слово, но и определить группу остальных.</w:t>
        <w:br/>
        <w:t>• Составить своё задание для другой команды.</w:t>
        <w:br/>
        <w:t>• Играть на время.</w:t>
      </w:r>
    </w:p>
    <w:p>
      <w:r>
        <w:rPr>
          <w:b/>
          <w:sz w:val="26"/>
        </w:rPr>
        <w:t>Закрепляемые темы</w:t>
      </w:r>
    </w:p>
    <w:p>
      <w:r>
        <w:t>✓ Синонимы</w:t>
        <w:br/>
        <w:t>✓ Антонимы</w:t>
        <w:br/>
        <w:t>✓ Омонимы</w:t>
        <w:br/>
        <w:t>✓ Паронимы</w:t>
        <w:br/>
        <w:t>✓ Диалектизмы</w:t>
        <w:br/>
        <w:t>✓ Профессионализмы</w:t>
        <w:br/>
        <w:t>✓ Термины</w:t>
        <w:br/>
        <w:t>✓ Жаргонизмы</w:t>
        <w:br/>
        <w:t>✓ Неологизмы</w:t>
        <w:br/>
        <w:t>✓ Историзмы</w:t>
        <w:br/>
        <w:t>✓ Архаизмы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