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1. ЗНАКИ ПРЕПИНАНИЯ ПРИ ОДНОРОДНЫХ ЧЛЕНАХ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В каком предложении между однородными членами нужна запятая?</w:t>
      </w:r>
    </w:p>
    <w:p>
      <w:r>
        <w:t>А) На столе лежали книги и тетради.</w:t>
      </w:r>
    </w:p>
    <w:p>
      <w:r>
        <w:t>Б) На столе лежали книги, тетради, журналы.</w:t>
      </w:r>
    </w:p>
    <w:p>
      <w:r>
        <w:t>В) На столе лежала новая книга.</w:t>
      </w:r>
    </w:p>
    <w:p>
      <w:r>
        <w:t>Г) На столе лежали книги или журналы.</w:t>
      </w:r>
    </w:p>
    <w:p>
      <w:r>
        <w:rPr>
          <w:b/>
        </w:rPr>
        <w:t>2. В каком предложении запятая перед одиночным союзом и не ставится?</w:t>
      </w:r>
    </w:p>
    <w:p>
      <w:r>
        <w:t>А) Солнце светило, и птицы пели.</w:t>
      </w:r>
    </w:p>
    <w:p>
      <w:r>
        <w:t>Б) Я купил яблоки и груши.</w:t>
      </w:r>
    </w:p>
    <w:p>
      <w:r>
        <w:t>В) И дождь, и ветер мешали прогулке.</w:t>
      </w:r>
    </w:p>
    <w:p>
      <w:r>
        <w:t>Г) Он читал, и делал заметки.</w:t>
      </w:r>
    </w:p>
    <w:p>
      <w:r>
        <w:rPr>
          <w:b/>
        </w:rPr>
        <w:t>3. В каком предложении есть однородные определения?</w:t>
      </w:r>
    </w:p>
    <w:p>
      <w:r>
        <w:t>А) Наступил тёплый солнечный день.</w:t>
      </w:r>
    </w:p>
    <w:p>
      <w:r>
        <w:t>Б) Наступил день.</w:t>
      </w:r>
    </w:p>
    <w:p>
      <w:r>
        <w:t>В) День быстро закончился.</w:t>
      </w:r>
    </w:p>
    <w:p>
      <w:r>
        <w:t>Г) Дети пришли домой.</w:t>
      </w:r>
    </w:p>
    <w:p>
      <w:r>
        <w:rPr>
          <w:b/>
        </w:rPr>
        <w:t>4. Какой знак нужен: «В саду росли яблони ___ груши ___ сливы»?</w:t>
      </w:r>
    </w:p>
    <w:p>
      <w:r>
        <w:t>А) , ,</w:t>
      </w:r>
    </w:p>
    <w:p>
      <w:r>
        <w:t>Б) и ,</w:t>
      </w:r>
    </w:p>
    <w:p>
      <w:r>
        <w:t>В) , и</w:t>
      </w:r>
    </w:p>
    <w:p>
      <w:r>
        <w:t>Г) — и</w:t>
      </w:r>
    </w:p>
    <w:p>
      <w:r>
        <w:rPr>
          <w:b/>
        </w:rPr>
        <w:t>5. В каком предложении правильно расставлены знаки?</w:t>
      </w:r>
    </w:p>
    <w:p>
      <w:r>
        <w:t>А) Мы купили хлеб молоко и сыр.</w:t>
      </w:r>
    </w:p>
    <w:p>
      <w:r>
        <w:t>Б) Мы купили хлеб, молоко и сыр.</w:t>
      </w:r>
    </w:p>
    <w:p>
      <w:r>
        <w:t>В) Мы купили хлеб, молоко, и сыр.</w:t>
      </w:r>
    </w:p>
    <w:p>
      <w:r>
        <w:t>Г) Мы купили хлеб и, молоко и сыр.</w:t>
      </w:r>
    </w:p>
    <w:p>
      <w:r>
        <w:rPr>
          <w:b/>
        </w:rPr>
        <w:t>6. В каком предложении используется повторяющийся союз?</w:t>
      </w:r>
    </w:p>
    <w:p>
      <w:r>
        <w:t>А) Дети читали и рисовали.</w:t>
      </w:r>
    </w:p>
    <w:p>
      <w:r>
        <w:t>Б) И дождь, и ветер не прекращались.</w:t>
      </w:r>
    </w:p>
    <w:p>
      <w:r>
        <w:t>В) Дети читали или рисовали.</w:t>
      </w:r>
    </w:p>
    <w:p>
      <w:r>
        <w:t>Г) Дети читали, но устали.</w:t>
      </w:r>
    </w:p>
    <w:p>
      <w:r>
        <w:rPr>
          <w:b/>
        </w:rPr>
        <w:t>7. В каком предложении запятая перед а обязательна?</w:t>
      </w:r>
    </w:p>
    <w:p>
      <w:r>
        <w:t>А) Он выбрал не красный а синий цвет.</w:t>
      </w:r>
    </w:p>
    <w:p>
      <w:r>
        <w:t>Б) Он выбрал красный и синий цвет.</w:t>
      </w:r>
    </w:p>
    <w:p>
      <w:r>
        <w:t>В) Он выбрал либо красный либо синий цвет.</w:t>
      </w:r>
    </w:p>
    <w:p>
      <w:r>
        <w:t>Г) Он выбрал красный или синий цвет.</w:t>
      </w:r>
    </w:p>
    <w:p>
      <w:r>
        <w:rPr>
          <w:b/>
        </w:rPr>
        <w:t>8. Какие слова являются однородными обстоятельствами в предложении «Ребята быстро, дружно и весело работали»?</w:t>
      </w:r>
    </w:p>
    <w:p>
      <w:r>
        <w:t>А) ребята</w:t>
      </w:r>
    </w:p>
    <w:p>
      <w:r>
        <w:t>Б) работали</w:t>
      </w:r>
    </w:p>
    <w:p>
      <w:r>
        <w:t>В) быстро, дружно и весело</w:t>
      </w:r>
    </w:p>
    <w:p>
      <w:r>
        <w:t>Г) работали весело</w:t>
      </w:r>
    </w:p>
    <w:p>
      <w:r>
        <w:rPr>
          <w:b/>
        </w:rPr>
        <w:t>9. В каком предложении однородные члены соединены одиночным союзом или?</w:t>
      </w:r>
    </w:p>
    <w:p>
      <w:r>
        <w:t>А) Мы пойдём в парк или останемся дома.</w:t>
      </w:r>
    </w:p>
    <w:p>
      <w:r>
        <w:t>Б) Мы пойдём в парк, или останемся дома.</w:t>
      </w:r>
    </w:p>
    <w:p>
      <w:r>
        <w:t>В) И парк, и дом были рядом.</w:t>
      </w:r>
    </w:p>
    <w:p>
      <w:r>
        <w:t>Г) Мы пойдём в парк, но ненадолго.</w:t>
      </w:r>
    </w:p>
    <w:p>
      <w:r>
        <w:rPr>
          <w:b/>
        </w:rPr>
        <w:t>10. В каком предложении нужна запятая между однородными членами без союза?</w:t>
      </w:r>
    </w:p>
    <w:p>
      <w:r>
        <w:t>А) Он купил хлеб и молоко.</w:t>
      </w:r>
    </w:p>
    <w:p>
      <w:r>
        <w:t>Б) Он купил хлеб, молоко, сыр.</w:t>
      </w:r>
    </w:p>
    <w:p>
      <w:r>
        <w:t>В) Он купил хлеб или молоко.</w:t>
      </w:r>
    </w:p>
    <w:p>
      <w:r>
        <w:t>Г) Он купил хлеб, но не сыр.</w:t>
      </w:r>
    </w:p>
    <w:p>
      <w:r>
        <w:rPr>
          <w:b/>
        </w:rPr>
        <w:t>11. Найдите предложение с правильной постановкой запятых при повторяющихся союзах.</w:t>
      </w:r>
    </w:p>
    <w:p>
      <w:r>
        <w:t>А) И солнце и ветер радовали нас.</w:t>
      </w:r>
    </w:p>
    <w:p>
      <w:r>
        <w:t>Б) И солнце, и ветер радовали нас.</w:t>
      </w:r>
    </w:p>
    <w:p>
      <w:r>
        <w:t>В) И солнце и ветер, радовали нас.</w:t>
      </w:r>
    </w:p>
    <w:p>
      <w:r>
        <w:t>Г) И, солнце, и ветер радовали нас.</w:t>
      </w:r>
    </w:p>
    <w:p>
      <w:r>
        <w:rPr>
          <w:b/>
        </w:rPr>
        <w:t>12. В каком предложении есть однородные сказуемые?</w:t>
      </w:r>
    </w:p>
    <w:p>
      <w:r>
        <w:t>А) Девочка читала и записывала.</w:t>
      </w:r>
    </w:p>
    <w:p>
      <w:r>
        <w:t>Б) Девочка читала книгу.</w:t>
      </w:r>
    </w:p>
    <w:p>
      <w:r>
        <w:t>В) Девочка была внимательной.</w:t>
      </w:r>
    </w:p>
    <w:p>
      <w:r>
        <w:t>Г) Девочка в библиотеке.</w:t>
      </w:r>
    </w:p>
    <w:p>
      <w:r>
        <w:rPr>
          <w:b/>
        </w:rPr>
        <w:t>13. Какой вариант правильный: «Не громко ___ а тихо говорил ученик»?</w:t>
      </w:r>
    </w:p>
    <w:p>
      <w:r>
        <w:t>А) не громко а тихо</w:t>
      </w:r>
    </w:p>
    <w:p>
      <w:r>
        <w:t>Б) не громко, а тихо</w:t>
      </w:r>
    </w:p>
    <w:p>
      <w:r>
        <w:t>В) не, громко а тихо</w:t>
      </w:r>
    </w:p>
    <w:p>
      <w:r>
        <w:t>Г) не громко а, тихо</w:t>
      </w:r>
    </w:p>
    <w:p>
      <w:r>
        <w:rPr>
          <w:b/>
        </w:rPr>
        <w:t>14. В каком предложении нет однородных членов?</w:t>
      </w:r>
    </w:p>
    <w:p>
      <w:r>
        <w:t>А) Осенью листья желтеют и опадают.</w:t>
      </w:r>
    </w:p>
    <w:p>
      <w:r>
        <w:t>Б) На полке стоят книги, журналы и словари.</w:t>
      </w:r>
    </w:p>
    <w:p>
      <w:r>
        <w:t>В) Ученик внимательно слушал учителя.</w:t>
      </w:r>
    </w:p>
    <w:p>
      <w:r>
        <w:t>Г) И дождь, и снег шли весь день.</w:t>
      </w:r>
    </w:p>
    <w:p>
      <w:r>
        <w:rPr>
          <w:b/>
        </w:rPr>
        <w:t>15. Выберите правильный вариант.</w:t>
      </w:r>
    </w:p>
    <w:p>
      <w:r>
        <w:t>А) Маленький, уютный дом стоял у реки.</w:t>
      </w:r>
    </w:p>
    <w:p>
      <w:r>
        <w:t>Б) Маленький уютный, дом стоял у реки.</w:t>
      </w:r>
    </w:p>
    <w:p>
      <w:r>
        <w:t>В) Маленький уютный дом стоял у реки.</w:t>
      </w:r>
    </w:p>
    <w:p>
      <w:r>
        <w:t>Г) Маленький, уютный, дом стоял у реки.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