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ПУНКТУАЦИЯ</w:t>
        <w:br/>
        <w:t>ТЕМА 2. ОБРАЩЕНИЯ, ВВОДНЫЕ СЛОВА И КОНСТРУКЦИИ</w:t>
      </w:r>
    </w:p>
    <w:p>
      <w:r>
        <w:rPr>
          <w:b/>
        </w:rPr>
        <w:t xml:space="preserve">Фамилия, имя: </w:t>
      </w:r>
      <w:r>
        <w:t xml:space="preserve">__________________________________    </w:t>
      </w:r>
      <w:r>
        <w:rPr>
          <w:b/>
        </w:rPr>
        <w:t xml:space="preserve">Класс: </w:t>
      </w:r>
      <w:r>
        <w:t>__________</w:t>
      </w:r>
    </w:p>
    <w:p>
      <w:r>
        <w:t>Выберите один правильный ответ. В каждом вопросе только один вариант ответа.</w:t>
      </w:r>
    </w:p>
    <w:p>
      <w:r>
        <w:rPr>
          <w:b/>
        </w:rPr>
        <w:t>1. В каком предложении правильно выделено обращение?</w:t>
      </w:r>
    </w:p>
    <w:p>
      <w:r>
        <w:t>А) Мама я пришёл.</w:t>
      </w:r>
    </w:p>
    <w:p>
      <w:r>
        <w:t>Б) Мама, я пришёл.</w:t>
      </w:r>
    </w:p>
    <w:p>
      <w:r>
        <w:t>В) Мама я, пришёл.</w:t>
      </w:r>
    </w:p>
    <w:p>
      <w:r>
        <w:t>Г) Мама, я, пришёл.</w:t>
      </w:r>
    </w:p>
    <w:p>
      <w:r>
        <w:rPr>
          <w:b/>
        </w:rPr>
        <w:t>2. Где обращение стоит в конце предложения?</w:t>
      </w:r>
    </w:p>
    <w:p>
      <w:r>
        <w:t>А) Друзья, давайте начнём.</w:t>
      </w:r>
    </w:p>
    <w:p>
      <w:r>
        <w:t>Б) Давайте, друзья, начнём.</w:t>
      </w:r>
    </w:p>
    <w:p>
      <w:r>
        <w:t>В) Давайте начнём, друзья.</w:t>
      </w:r>
    </w:p>
    <w:p>
      <w:r>
        <w:t>Г) Друзья давайте начнём.</w:t>
      </w:r>
    </w:p>
    <w:p>
      <w:r>
        <w:rPr>
          <w:b/>
        </w:rPr>
        <w:t>3. В каком предложении есть вводное слово?</w:t>
      </w:r>
    </w:p>
    <w:p>
      <w:r>
        <w:t>А) Он действительно пришёл.</w:t>
      </w:r>
    </w:p>
    <w:p>
      <w:r>
        <w:t>Б) Он, кажется, пришёл.</w:t>
      </w:r>
    </w:p>
    <w:p>
      <w:r>
        <w:t>В) Он пришёл домой.</w:t>
      </w:r>
    </w:p>
    <w:p>
      <w:r>
        <w:t>Г) Он быстро пришёл.</w:t>
      </w:r>
    </w:p>
    <w:p>
      <w:r>
        <w:rPr>
          <w:b/>
        </w:rPr>
        <w:t>4. Какое сочетание является вводным в предложении «К счастью, дождь закончился»?</w:t>
      </w:r>
    </w:p>
    <w:p>
      <w:r>
        <w:t>А) дождь</w:t>
      </w:r>
    </w:p>
    <w:p>
      <w:r>
        <w:t>Б) закончился</w:t>
      </w:r>
    </w:p>
    <w:p>
      <w:r>
        <w:t>В) к счастью</w:t>
      </w:r>
    </w:p>
    <w:p>
      <w:r>
        <w:t>Г) к</w:t>
      </w:r>
    </w:p>
    <w:p>
      <w:r>
        <w:rPr>
          <w:b/>
        </w:rPr>
        <w:t>5. В каком предложении правильно расставлены знаки при вводном слове?</w:t>
      </w:r>
    </w:p>
    <w:p>
      <w:r>
        <w:t>А) Конечно я помогу.</w:t>
      </w:r>
    </w:p>
    <w:p>
      <w:r>
        <w:t>Б) Конечно, я помогу.</w:t>
      </w:r>
    </w:p>
    <w:p>
      <w:r>
        <w:t>В) Конечно я, помогу.</w:t>
      </w:r>
    </w:p>
    <w:p>
      <w:r>
        <w:t>Г) Конечно, я, помогу.</w:t>
      </w:r>
    </w:p>
    <w:p>
      <w:r>
        <w:rPr>
          <w:b/>
        </w:rPr>
        <w:t>6. Какое слово не является вводным в предложении «Он действительно хорошо подготовился»?</w:t>
      </w:r>
    </w:p>
    <w:p>
      <w:r>
        <w:t>А) он</w:t>
      </w:r>
    </w:p>
    <w:p>
      <w:r>
        <w:t>Б) действительно</w:t>
      </w:r>
    </w:p>
    <w:p>
      <w:r>
        <w:t>В) хорошо</w:t>
      </w:r>
    </w:p>
    <w:p>
      <w:r>
        <w:t>Г) подготовился</w:t>
      </w:r>
    </w:p>
    <w:p>
      <w:r>
        <w:rPr>
          <w:b/>
        </w:rPr>
        <w:t>7. В каком предложении вводное слово стоит в середине?</w:t>
      </w:r>
    </w:p>
    <w:p>
      <w:r>
        <w:t>А) Наверное, он придёт.</w:t>
      </w:r>
    </w:p>
    <w:p>
      <w:r>
        <w:t>Б) Он, наверное, придёт.</w:t>
      </w:r>
    </w:p>
    <w:p>
      <w:r>
        <w:t>В) Он придёт, наверное.</w:t>
      </w:r>
    </w:p>
    <w:p>
      <w:r>
        <w:t>Г) Наверное он придёт.</w:t>
      </w:r>
    </w:p>
    <w:p>
      <w:r>
        <w:rPr>
          <w:b/>
        </w:rPr>
        <w:t>8. Какое предложение содержит обращение и вводное слово?</w:t>
      </w:r>
    </w:p>
    <w:p>
      <w:r>
        <w:t>А) Друзья, конечно, мы справимся.</w:t>
      </w:r>
    </w:p>
    <w:p>
      <w:r>
        <w:t>Б) Друзья справятся.</w:t>
      </w:r>
    </w:p>
    <w:p>
      <w:r>
        <w:t>В) Конечно друзья справятся.</w:t>
      </w:r>
    </w:p>
    <w:p>
      <w:r>
        <w:t>Г) Мы справимся друзья.</w:t>
      </w:r>
    </w:p>
    <w:p>
      <w:r>
        <w:rPr>
          <w:b/>
        </w:rPr>
        <w:t>9. В каком предложении правильно выделено обращение?</w:t>
      </w:r>
    </w:p>
    <w:p>
      <w:r>
        <w:t>А) Спасибо учитель за помощь.</w:t>
      </w:r>
    </w:p>
    <w:p>
      <w:r>
        <w:t>Б) Спасибо, учитель, за помощь.</w:t>
      </w:r>
    </w:p>
    <w:p>
      <w:r>
        <w:t>В) Спасибо учитель, за помощь.</w:t>
      </w:r>
    </w:p>
    <w:p>
      <w:r>
        <w:t>Г) Спасибо, учитель за помощь.</w:t>
      </w:r>
    </w:p>
    <w:p>
      <w:r>
        <w:rPr>
          <w:b/>
        </w:rPr>
        <w:t>10. Какое вводное слово выражает неуверенность?</w:t>
      </w:r>
    </w:p>
    <w:p>
      <w:r>
        <w:t>А) конечно</w:t>
      </w:r>
    </w:p>
    <w:p>
      <w:r>
        <w:t>Б) действительно</w:t>
      </w:r>
    </w:p>
    <w:p>
      <w:r>
        <w:t>В) наверное</w:t>
      </w:r>
    </w:p>
    <w:p>
      <w:r>
        <w:t>Г) именно</w:t>
      </w:r>
    </w:p>
    <w:p>
      <w:r>
        <w:rPr>
          <w:b/>
        </w:rPr>
        <w:t>11. Какое вводное сочетание указывает на источник сообщения?</w:t>
      </w:r>
    </w:p>
    <w:p>
      <w:r>
        <w:t>А) по-моему</w:t>
      </w:r>
    </w:p>
    <w:p>
      <w:r>
        <w:t>Б) по словам учителя</w:t>
      </w:r>
    </w:p>
    <w:p>
      <w:r>
        <w:t>В) к счастью</w:t>
      </w:r>
    </w:p>
    <w:p>
      <w:r>
        <w:t>Г) конечно</w:t>
      </w:r>
    </w:p>
    <w:p>
      <w:r>
        <w:rPr>
          <w:b/>
        </w:rPr>
        <w:t>12. В каком предложении правильно расставлены знаки?</w:t>
      </w:r>
    </w:p>
    <w:p>
      <w:r>
        <w:t>А) К сожалению поезд ушёл.</w:t>
      </w:r>
    </w:p>
    <w:p>
      <w:r>
        <w:t>Б) К сожалению, поезд ушёл.</w:t>
      </w:r>
    </w:p>
    <w:p>
      <w:r>
        <w:t>В) К сожалению поезд, ушёл.</w:t>
      </w:r>
    </w:p>
    <w:p>
      <w:r>
        <w:t>Г) К, сожалению поезд ушёл.</w:t>
      </w:r>
    </w:p>
    <w:p>
      <w:r>
        <w:rPr>
          <w:b/>
        </w:rPr>
        <w:t>13. Какое предложение содержит вводное слово, выражающее порядок мыслей?</w:t>
      </w:r>
    </w:p>
    <w:p>
      <w:r>
        <w:t>А) Во-первых, повторим правило.</w:t>
      </w:r>
    </w:p>
    <w:p>
      <w:r>
        <w:t>Б) Во-первых повторим правило.</w:t>
      </w:r>
    </w:p>
    <w:p>
      <w:r>
        <w:t>В) Повторим во-первых правило.</w:t>
      </w:r>
    </w:p>
    <w:p>
      <w:r>
        <w:t>Г) Повторим правило во-первых.</w:t>
      </w:r>
    </w:p>
    <w:p>
      <w:r>
        <w:rPr>
          <w:b/>
        </w:rPr>
        <w:t>14. В каком предложении обращение выделено с двух сторон?</w:t>
      </w:r>
    </w:p>
    <w:p>
      <w:r>
        <w:t>А) Ученики давайте начнём.</w:t>
      </w:r>
    </w:p>
    <w:p>
      <w:r>
        <w:t>Б) Ученики, давайте начнём.</w:t>
      </w:r>
    </w:p>
    <w:p>
      <w:r>
        <w:t>В) Давайте, ученики, начнём.</w:t>
      </w:r>
    </w:p>
    <w:p>
      <w:r>
        <w:t>Г) Давайте ученики, начнём.</w:t>
      </w:r>
    </w:p>
    <w:p>
      <w:r>
        <w:rPr>
          <w:b/>
        </w:rPr>
        <w:t>15. Выберите правильный вариант.</w:t>
      </w:r>
    </w:p>
    <w:p>
      <w:r>
        <w:t>А) По-моему, это правильный ответ.</w:t>
      </w:r>
    </w:p>
    <w:p>
      <w:r>
        <w:t>Б) По моему это правильный ответ.</w:t>
      </w:r>
    </w:p>
    <w:p>
      <w:r>
        <w:t>В) По-моему это, правильный ответ.</w:t>
      </w:r>
    </w:p>
    <w:p>
      <w:r>
        <w:t>Г) По моему, это правильный ответ.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