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ПУНКТУАЦИЯ</w:t>
        <w:br/>
        <w:t>ТЕМА 3. ОБОСОБЛЕННЫЕ ОПРЕДЕЛЕНИЯ</w:t>
      </w:r>
    </w:p>
    <w:p>
      <w:r>
        <w:rPr>
          <w:b/>
        </w:rPr>
        <w:t xml:space="preserve">Фамилия, имя: </w:t>
      </w:r>
      <w:r>
        <w:t xml:space="preserve">__________________________________    </w:t>
      </w:r>
      <w:r>
        <w:rPr>
          <w:b/>
        </w:rPr>
        <w:t xml:space="preserve">Класс: </w:t>
      </w:r>
      <w:r>
        <w:t>__________</w:t>
      </w:r>
    </w:p>
    <w:p>
      <w:r>
        <w:t>Выберите один правильный ответ. В каждом вопросе только один вариант ответа.</w:t>
      </w:r>
    </w:p>
    <w:p>
      <w:r>
        <w:rPr>
          <w:b/>
        </w:rPr>
        <w:t>1. Что такое обособленное определение?</w:t>
      </w:r>
    </w:p>
    <w:p>
      <w:r>
        <w:t>А) Главный член предложения.</w:t>
      </w:r>
    </w:p>
    <w:p>
      <w:r>
        <w:t>Б) Определение, выделенное знаками препинания.</w:t>
      </w:r>
    </w:p>
    <w:p>
      <w:r>
        <w:t>В) Обстоятельство места.</w:t>
      </w:r>
    </w:p>
    <w:p>
      <w:r>
        <w:t>Г) Вводное слово.</w:t>
      </w:r>
    </w:p>
    <w:p>
      <w:r>
        <w:rPr>
          <w:b/>
        </w:rPr>
        <w:t>2. В каком предложении определение обособлено?</w:t>
      </w:r>
    </w:p>
    <w:p>
      <w:r>
        <w:t>А) Покрытые снегом деревья стояли вдоль дороги.</w:t>
      </w:r>
    </w:p>
    <w:p>
      <w:r>
        <w:t>Б) Деревья, покрытые снегом, стояли вдоль дороги.</w:t>
      </w:r>
    </w:p>
    <w:p>
      <w:r>
        <w:t>В) Деревья стояли вдоль дороги.</w:t>
      </w:r>
    </w:p>
    <w:p>
      <w:r>
        <w:t>Г) Снег покрыл деревья.</w:t>
      </w:r>
    </w:p>
    <w:p>
      <w:r>
        <w:rPr>
          <w:b/>
        </w:rPr>
        <w:t>3. Какой знак чаще всего используется для обособления распространённого согласованного определения после определяемого слова?</w:t>
      </w:r>
    </w:p>
    <w:p>
      <w:r>
        <w:t>А) Запятая</w:t>
      </w:r>
    </w:p>
    <w:p>
      <w:r>
        <w:t>Б) Двоеточие</w:t>
      </w:r>
    </w:p>
    <w:p>
      <w:r>
        <w:t>В) Точка</w:t>
      </w:r>
    </w:p>
    <w:p>
      <w:r>
        <w:t>Г) Вопросительный знак</w:t>
      </w:r>
    </w:p>
    <w:p>
      <w:r>
        <w:rPr>
          <w:b/>
        </w:rPr>
        <w:t>4. В каком предложении определение нужно обособить?</w:t>
      </w:r>
    </w:p>
    <w:p>
      <w:r>
        <w:t>А) Утомлённые долгой дорогой путники остановились.</w:t>
      </w:r>
    </w:p>
    <w:p>
      <w:r>
        <w:t>Б) Путники, утомлённые долгой дорогой, остановились.</w:t>
      </w:r>
    </w:p>
    <w:p>
      <w:r>
        <w:t>В) Путники остановились.</w:t>
      </w:r>
    </w:p>
    <w:p>
      <w:r>
        <w:t>Г) Долгая дорога закончилась.</w:t>
      </w:r>
    </w:p>
    <w:p>
      <w:r>
        <w:rPr>
          <w:b/>
        </w:rPr>
        <w:t>5. Где правильно расставлены знаки?</w:t>
      </w:r>
    </w:p>
    <w:p>
      <w:r>
        <w:t>А) Дом построенный недавно очень красив.</w:t>
      </w:r>
    </w:p>
    <w:p>
      <w:r>
        <w:t>Б) Дом, построенный недавно, очень красив.</w:t>
      </w:r>
    </w:p>
    <w:p>
      <w:r>
        <w:t>В) Дом построенный, недавно очень красив.</w:t>
      </w:r>
    </w:p>
    <w:p>
      <w:r>
        <w:t>Г) Дом, построенный недавно очень, красив.</w:t>
      </w:r>
    </w:p>
    <w:p>
      <w:r>
        <w:rPr>
          <w:b/>
        </w:rPr>
        <w:t>6. Какое определение является распространённым?</w:t>
      </w:r>
    </w:p>
    <w:p>
      <w:r>
        <w:t>А) красивый</w:t>
      </w:r>
    </w:p>
    <w:p>
      <w:r>
        <w:t>Б) очень красивый</w:t>
      </w:r>
    </w:p>
    <w:p>
      <w:r>
        <w:t>В) построенный недавно</w:t>
      </w:r>
    </w:p>
    <w:p>
      <w:r>
        <w:t>Г) новый</w:t>
      </w:r>
    </w:p>
    <w:p>
      <w:r>
        <w:rPr>
          <w:b/>
        </w:rPr>
        <w:t>7. В каком предложении определение стоит после определяемого слова?</w:t>
      </w:r>
    </w:p>
    <w:p>
      <w:r>
        <w:t>А) Покрытые снегом горы сияли.</w:t>
      </w:r>
    </w:p>
    <w:p>
      <w:r>
        <w:t>Б) Горы, покрытые снегом, сияли.</w:t>
      </w:r>
    </w:p>
    <w:p>
      <w:r>
        <w:t>В) Снежные горы сияли.</w:t>
      </w:r>
    </w:p>
    <w:p>
      <w:r>
        <w:t>Г) Высокие горы сияли.</w:t>
      </w:r>
    </w:p>
    <w:p>
      <w:r>
        <w:rPr>
          <w:b/>
        </w:rPr>
        <w:t>8. Нужно ли обособлять определение в предложении «Уставшие после дороги туристы отдыхали»?</w:t>
      </w:r>
    </w:p>
    <w:p>
      <w:r>
        <w:t>А) Да, всегда.</w:t>
      </w:r>
    </w:p>
    <w:p>
      <w:r>
        <w:t>Б) Нет, в данном случае оно стоит перед определяемым словом и тесно связано с ним.</w:t>
      </w:r>
    </w:p>
    <w:p>
      <w:r>
        <w:t>В) Да, потому что оно распространённое.</w:t>
      </w:r>
    </w:p>
    <w:p>
      <w:r>
        <w:t>Г) Нет, потому что определения не обособляются.</w:t>
      </w:r>
    </w:p>
    <w:p>
      <w:r>
        <w:rPr>
          <w:b/>
        </w:rPr>
        <w:t>9. В каком предложении есть обособленное определение?</w:t>
      </w:r>
    </w:p>
    <w:p>
      <w:r>
        <w:t>А) Дом, старый и заброшенный, стоял на окраине.</w:t>
      </w:r>
    </w:p>
    <w:p>
      <w:r>
        <w:t>Б) Старый дом стоял на окраине.</w:t>
      </w:r>
    </w:p>
    <w:p>
      <w:r>
        <w:t>В) Дом стоял на окраине.</w:t>
      </w:r>
    </w:p>
    <w:p>
      <w:r>
        <w:t>Г) Заброшенный дом стоял там.</w:t>
      </w:r>
    </w:p>
    <w:p>
      <w:r>
        <w:rPr>
          <w:b/>
        </w:rPr>
        <w:t>10. Какое предложение оформлено правильно?</w:t>
      </w:r>
    </w:p>
    <w:p>
      <w:r>
        <w:t>А) Листья сорванные ветром лежали на земле.</w:t>
      </w:r>
    </w:p>
    <w:p>
      <w:r>
        <w:t>Б) Листья, сорванные ветром, лежали на земле.</w:t>
      </w:r>
    </w:p>
    <w:p>
      <w:r>
        <w:t>В) Листья сорванные, ветром лежали на земле.</w:t>
      </w:r>
    </w:p>
    <w:p>
      <w:r>
        <w:t>Г) Листья, сорванные ветром лежали на земле.</w:t>
      </w:r>
    </w:p>
    <w:p>
      <w:r>
        <w:rPr>
          <w:b/>
        </w:rPr>
        <w:t>11. В каком случае определение может иметь добавочное обстоятельственное значение?</w:t>
      </w:r>
    </w:p>
    <w:p>
      <w:r>
        <w:t>А) Когда оно связано с причиной, уступкой, временем или условием.</w:t>
      </w:r>
    </w:p>
    <w:p>
      <w:r>
        <w:t>Б) Только когда оно является одиночным.</w:t>
      </w:r>
    </w:p>
    <w:p>
      <w:r>
        <w:t>В) Только в начале предложения.</w:t>
      </w:r>
    </w:p>
    <w:p>
      <w:r>
        <w:t>Г) Никогда.</w:t>
      </w:r>
    </w:p>
    <w:p>
      <w:r>
        <w:rPr>
          <w:b/>
        </w:rPr>
        <w:t>12. Найдите обособленное определение.</w:t>
      </w:r>
    </w:p>
    <w:p>
      <w:r>
        <w:t>А) Дорога была длинной.</w:t>
      </w:r>
    </w:p>
    <w:p>
      <w:r>
        <w:t>Б) Дорога, ведущая к лесу, была узкой.</w:t>
      </w:r>
    </w:p>
    <w:p>
      <w:r>
        <w:t>В) Узкая дорога вела к лесу.</w:t>
      </w:r>
    </w:p>
    <w:p>
      <w:r>
        <w:t>Г) Мы шли по дороге.</w:t>
      </w:r>
    </w:p>
    <w:p>
      <w:r>
        <w:rPr>
          <w:b/>
        </w:rPr>
        <w:t>13. В каком предложении запятые поставлены неправильно?</w:t>
      </w:r>
    </w:p>
    <w:p>
      <w:r>
        <w:t>А) Книга, прочитанная мной, оказалась интересной.</w:t>
      </w:r>
    </w:p>
    <w:p>
      <w:r>
        <w:t>Б) Птицы, испуганные шумом, улетели.</w:t>
      </w:r>
    </w:p>
    <w:p>
      <w:r>
        <w:t>В) Покрытые снегом, деревья стояли в саду.</w:t>
      </w:r>
    </w:p>
    <w:p>
      <w:r>
        <w:t>Г) Дети, уставшие после игры, вернулись домой.</w:t>
      </w:r>
    </w:p>
    <w:p>
      <w:r>
        <w:rPr>
          <w:b/>
        </w:rPr>
        <w:t>14. Какой вопрос задаётся к определению?</w:t>
      </w:r>
    </w:p>
    <w:p>
      <w:r>
        <w:t>А) где? когда?</w:t>
      </w:r>
    </w:p>
    <w:p>
      <w:r>
        <w:t>Б) какой? чей?</w:t>
      </w:r>
    </w:p>
    <w:p>
      <w:r>
        <w:t>В) почему? зачем?</w:t>
      </w:r>
    </w:p>
    <w:p>
      <w:r>
        <w:t>Г) что делать?</w:t>
      </w:r>
    </w:p>
    <w:p>
      <w:r>
        <w:rPr>
          <w:b/>
        </w:rPr>
        <w:t>15. Выберите правильный вариант.</w:t>
      </w:r>
    </w:p>
    <w:p>
      <w:r>
        <w:t>А) Река окружённая лесом была спокойной.</w:t>
      </w:r>
    </w:p>
    <w:p>
      <w:r>
        <w:t>Б) Река, окружённая лесом, была спокойной.</w:t>
      </w:r>
    </w:p>
    <w:p>
      <w:r>
        <w:t>В) Река окружённая, лесом была спокойной.</w:t>
      </w:r>
    </w:p>
    <w:p>
      <w:r>
        <w:t>Г) Река, окружённая лесом была, спокойной.</w:t>
      </w:r>
    </w:p>
    <w:sectPr w:rsidR="00FC693F" w:rsidRPr="0006063C" w:rsidSect="00034616"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