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ПУНКТУАЦИЯ</w:t>
        <w:br/>
        <w:t>ТЕМА 4. ОБОСОБЛЕННЫЕ ОБСТОЯТЕЛЬСТВА</w:t>
      </w:r>
    </w:p>
    <w:p>
      <w:r>
        <w:rPr>
          <w:b/>
        </w:rPr>
        <w:t xml:space="preserve">Фамилия, имя: </w:t>
      </w:r>
      <w:r>
        <w:t xml:space="preserve">__________________________________    </w:t>
      </w:r>
      <w:r>
        <w:rPr>
          <w:b/>
        </w:rPr>
        <w:t xml:space="preserve">Класс: </w:t>
      </w:r>
      <w:r>
        <w:t>__________</w:t>
      </w:r>
    </w:p>
    <w:p>
      <w:r>
        <w:t>Выберите один правильный ответ. В каждом вопросе только один вариант ответа.</w:t>
      </w:r>
    </w:p>
    <w:p>
      <w:r>
        <w:rPr>
          <w:b/>
        </w:rPr>
        <w:t>1. Что чаще всего является обособленным обстоятельством?</w:t>
      </w:r>
    </w:p>
    <w:p>
      <w:r>
        <w:t>А) Деепричастный оборот.</w:t>
      </w:r>
    </w:p>
    <w:p>
      <w:r>
        <w:t>Б) Подлежащее.</w:t>
      </w:r>
    </w:p>
    <w:p>
      <w:r>
        <w:t>В) Сказуемое.</w:t>
      </w:r>
    </w:p>
    <w:p>
      <w:r>
        <w:t>Г) Обращение.</w:t>
      </w:r>
    </w:p>
    <w:p>
      <w:r>
        <w:rPr>
          <w:b/>
        </w:rPr>
        <w:t>2. В каком предложении есть деепричастный оборот?</w:t>
      </w:r>
    </w:p>
    <w:p>
      <w:r>
        <w:t>А) Ученик внимательно читал.</w:t>
      </w:r>
    </w:p>
    <w:p>
      <w:r>
        <w:t>Б) Ученик читал, внимательно следя за текстом.</w:t>
      </w:r>
    </w:p>
    <w:p>
      <w:r>
        <w:t>В) Ученик читал книгу.</w:t>
      </w:r>
    </w:p>
    <w:p>
      <w:r>
        <w:t>Г) Внимательный ученик читал.</w:t>
      </w:r>
    </w:p>
    <w:p>
      <w:r>
        <w:rPr>
          <w:b/>
        </w:rPr>
        <w:t>3. Как правильно расставить знаки?</w:t>
      </w:r>
    </w:p>
    <w:p>
      <w:r>
        <w:t>А) Улыбаясь девочка вошла в класс.</w:t>
      </w:r>
    </w:p>
    <w:p>
      <w:r>
        <w:t>Б) Улыбаясь, девочка вошла в класс.</w:t>
      </w:r>
    </w:p>
    <w:p>
      <w:r>
        <w:t>В) Улыбаясь девочка, вошла в класс.</w:t>
      </w:r>
    </w:p>
    <w:p>
      <w:r>
        <w:t>Г) Улыбаясь, девочка, вошла в класс.</w:t>
      </w:r>
    </w:p>
    <w:p>
      <w:r>
        <w:rPr>
          <w:b/>
        </w:rPr>
        <w:t>4. Какой вопрос может задаваться к обстоятельству?</w:t>
      </w:r>
    </w:p>
    <w:p>
      <w:r>
        <w:t>А) какой?</w:t>
      </w:r>
    </w:p>
    <w:p>
      <w:r>
        <w:t>Б) кто?</w:t>
      </w:r>
    </w:p>
    <w:p>
      <w:r>
        <w:t>В) где? когда? как? почему?</w:t>
      </w:r>
    </w:p>
    <w:p>
      <w:r>
        <w:t>Г) чей?</w:t>
      </w:r>
    </w:p>
    <w:p>
      <w:r>
        <w:rPr>
          <w:b/>
        </w:rPr>
        <w:t>5. В каком предложении деепричастный оборот обособлен правильно?</w:t>
      </w:r>
    </w:p>
    <w:p>
      <w:r>
        <w:t>А) Он шёл по дороге, напевая песню.</w:t>
      </w:r>
    </w:p>
    <w:p>
      <w:r>
        <w:t>Б) Он шёл по дороге напевая песню.</w:t>
      </w:r>
    </w:p>
    <w:p>
      <w:r>
        <w:t>В) Он, шёл по дороге напевая песню.</w:t>
      </w:r>
    </w:p>
    <w:p>
      <w:r>
        <w:t>Г) Он шёл, по дороге напевая песню.</w:t>
      </w:r>
    </w:p>
    <w:p>
      <w:r>
        <w:rPr>
          <w:b/>
        </w:rPr>
        <w:t>6. Найдите обособленное обстоятельство.</w:t>
      </w:r>
    </w:p>
    <w:p>
      <w:r>
        <w:t>А) Мы вернулись домой.</w:t>
      </w:r>
    </w:p>
    <w:p>
      <w:r>
        <w:t>Б) Закончив работу, ученики ушли.</w:t>
      </w:r>
    </w:p>
    <w:p>
      <w:r>
        <w:t>В) Ученики закончили работу.</w:t>
      </w:r>
    </w:p>
    <w:p>
      <w:r>
        <w:t>Г) Закончив работу ученики ушли.</w:t>
      </w:r>
    </w:p>
    <w:p>
      <w:r>
        <w:rPr>
          <w:b/>
        </w:rPr>
        <w:t>7. Какой вариант правильный?</w:t>
      </w:r>
    </w:p>
    <w:p>
      <w:r>
        <w:t>А) Прочитав книгу ученик написал отзыв.</w:t>
      </w:r>
    </w:p>
    <w:p>
      <w:r>
        <w:t>Б) Прочитав книгу, ученик написал отзыв.</w:t>
      </w:r>
    </w:p>
    <w:p>
      <w:r>
        <w:t>В) Прочитав, книгу ученик написал отзыв.</w:t>
      </w:r>
    </w:p>
    <w:p>
      <w:r>
        <w:t>Г) Прочитав книгу ученик, написал отзыв.</w:t>
      </w:r>
    </w:p>
    <w:p>
      <w:r>
        <w:rPr>
          <w:b/>
        </w:rPr>
        <w:t>8. Что обозначает деепричастный оборот?</w:t>
      </w:r>
    </w:p>
    <w:p>
      <w:r>
        <w:t>А) Дополнительное действие.</w:t>
      </w:r>
    </w:p>
    <w:p>
      <w:r>
        <w:t>Б) Предмет.</w:t>
      </w:r>
    </w:p>
    <w:p>
      <w:r>
        <w:t>В) Признак предмета.</w:t>
      </w:r>
    </w:p>
    <w:p>
      <w:r>
        <w:t>Г) Главное действие только.</w:t>
      </w:r>
    </w:p>
    <w:p>
      <w:r>
        <w:rPr>
          <w:b/>
        </w:rPr>
        <w:t>9. В каком предложении правильно обособлен одиночный деепричастный оборот?</w:t>
      </w:r>
    </w:p>
    <w:p>
      <w:r>
        <w:t>А) Он сидел склонив голову.</w:t>
      </w:r>
    </w:p>
    <w:p>
      <w:r>
        <w:t>Б) Он сидел, склонив голову.</w:t>
      </w:r>
    </w:p>
    <w:p>
      <w:r>
        <w:t>В) Он, сидел склонив голову.</w:t>
      </w:r>
    </w:p>
    <w:p>
      <w:r>
        <w:t>Г) Он сидел склонив, голову.</w:t>
      </w:r>
    </w:p>
    <w:p>
      <w:r>
        <w:rPr>
          <w:b/>
        </w:rPr>
        <w:t>10. Найдите предложение с двумя однородными обособленными обстоятельствами.</w:t>
      </w:r>
    </w:p>
    <w:p>
      <w:r>
        <w:t>А) Улыбаясь и напевая, девочка шла домой.</w:t>
      </w:r>
    </w:p>
    <w:p>
      <w:r>
        <w:t>Б) Девочка шла домой.</w:t>
      </w:r>
    </w:p>
    <w:p>
      <w:r>
        <w:t>В) Девочка быстро шла домой.</w:t>
      </w:r>
    </w:p>
    <w:p>
      <w:r>
        <w:t>Г) Улыбчивая девочка шла домой.</w:t>
      </w:r>
    </w:p>
    <w:p>
      <w:r>
        <w:rPr>
          <w:b/>
        </w:rPr>
        <w:t>11. В каком предложении нарушено правило употребления деепричастного оборота?</w:t>
      </w:r>
    </w:p>
    <w:p>
      <w:r>
        <w:t>А) Читая книгу, ученик делал заметки.</w:t>
      </w:r>
    </w:p>
    <w:p>
      <w:r>
        <w:t>Б) Возвращаясь домой, я встретил друга.</w:t>
      </w:r>
    </w:p>
    <w:p>
      <w:r>
        <w:t>В) Идя по улице, мне стало холодно.</w:t>
      </w:r>
    </w:p>
    <w:p>
      <w:r>
        <w:t>Г) Работая в саду, отец слушал радио.</w:t>
      </w:r>
    </w:p>
    <w:p>
      <w:r>
        <w:rPr>
          <w:b/>
        </w:rPr>
        <w:t>12. В каком предложении правильно обособлен деепричастный оборот?</w:t>
      </w:r>
    </w:p>
    <w:p>
      <w:r>
        <w:t>А) Он шёл не оглядываясь.</w:t>
      </w:r>
    </w:p>
    <w:p>
      <w:r>
        <w:t>Б) Он шёл, не оглядываясь.</w:t>
      </w:r>
    </w:p>
    <w:p>
      <w:r>
        <w:t>В) Он, шёл не оглядываясь.</w:t>
      </w:r>
    </w:p>
    <w:p>
      <w:r>
        <w:t>Г) Он шёл не, оглядываясь.</w:t>
      </w:r>
    </w:p>
    <w:p>
      <w:r>
        <w:rPr>
          <w:b/>
        </w:rPr>
        <w:t>13. Найдите деепричастие.</w:t>
      </w:r>
    </w:p>
    <w:p>
      <w:r>
        <w:t>А) прочитав</w:t>
      </w:r>
    </w:p>
    <w:p>
      <w:r>
        <w:t>Б) прочитанный</w:t>
      </w:r>
    </w:p>
    <w:p>
      <w:r>
        <w:t>В) читать</w:t>
      </w:r>
    </w:p>
    <w:p>
      <w:r>
        <w:t>Г) читавший</w:t>
      </w:r>
    </w:p>
    <w:p>
      <w:r>
        <w:rPr>
          <w:b/>
        </w:rPr>
        <w:t>14. В каком предложении обстоятельство выражено деепричастным оборотом?</w:t>
      </w:r>
    </w:p>
    <w:p>
      <w:r>
        <w:t>А) Несмотря на дождь, мы пошли гулять.</w:t>
      </w:r>
    </w:p>
    <w:p>
      <w:r>
        <w:t>Б) Мы пошли гулять вечером.</w:t>
      </w:r>
    </w:p>
    <w:p>
      <w:r>
        <w:t>В) Мы пошли гулять.</w:t>
      </w:r>
    </w:p>
    <w:p>
      <w:r>
        <w:t>Г) Вечер был дождливым.</w:t>
      </w:r>
    </w:p>
    <w:p>
      <w:r>
        <w:rPr>
          <w:b/>
        </w:rPr>
        <w:t>15. Выберите правильный вариант.</w:t>
      </w:r>
    </w:p>
    <w:p>
      <w:r>
        <w:t>А) Закончив урок ученики вышли.</w:t>
      </w:r>
    </w:p>
    <w:p>
      <w:r>
        <w:t>Б) Закончив урок, ученики вышли.</w:t>
      </w:r>
    </w:p>
    <w:p>
      <w:r>
        <w:t>В) Закончив, урок ученики вышли.</w:t>
      </w:r>
    </w:p>
    <w:p>
      <w:r>
        <w:t>Г) Закончив урок ученики, вышли.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