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5. ПРЯМАЯ РЕЧЬ И ДИАЛОГ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Как оформляется прямая речь после слов автора?</w:t>
      </w:r>
    </w:p>
    <w:p>
      <w:r>
        <w:t>А) А: «П».</w:t>
      </w:r>
    </w:p>
    <w:p>
      <w:r>
        <w:t>Б) А, «П».</w:t>
      </w:r>
    </w:p>
    <w:p>
      <w:r>
        <w:t>В) А — «П».</w:t>
      </w:r>
    </w:p>
    <w:p>
      <w:r>
        <w:t>Г) «П», — а.</w:t>
      </w:r>
    </w:p>
    <w:p>
      <w:r>
        <w:rPr>
          <w:b/>
        </w:rPr>
        <w:t>2. Выберите правильный вариант.</w:t>
      </w:r>
    </w:p>
    <w:p>
      <w:r>
        <w:t>А) Учитель сказал: «Откройте тетради».</w:t>
      </w:r>
    </w:p>
    <w:p>
      <w:r>
        <w:t>Б) Учитель сказал, «Откройте тетради».</w:t>
      </w:r>
    </w:p>
    <w:p>
      <w:r>
        <w:t>В) Учитель сказал — «Откройте тетради».</w:t>
      </w:r>
    </w:p>
    <w:p>
      <w:r>
        <w:t>Г) Учитель сказал «Откройте тетради».</w:t>
      </w:r>
    </w:p>
    <w:p>
      <w:r>
        <w:rPr>
          <w:b/>
        </w:rPr>
        <w:t>3. Как оформляется прямая речь перед словами автора?</w:t>
      </w:r>
    </w:p>
    <w:p>
      <w:r>
        <w:t>А) «П», — а.</w:t>
      </w:r>
    </w:p>
    <w:p>
      <w:r>
        <w:t>Б) «П»: а.</w:t>
      </w:r>
    </w:p>
    <w:p>
      <w:r>
        <w:t>В) «П» —: а.</w:t>
      </w:r>
    </w:p>
    <w:p>
      <w:r>
        <w:t>Г) А: «П».</w:t>
      </w:r>
    </w:p>
    <w:p>
      <w:r>
        <w:rPr>
          <w:b/>
        </w:rPr>
        <w:t>4. Как правильно оформить вопросительную прямую речь?</w:t>
      </w:r>
    </w:p>
    <w:p>
      <w:r>
        <w:t>А) «Ты готов?» — спросил учитель.</w:t>
      </w:r>
    </w:p>
    <w:p>
      <w:r>
        <w:t>Б) «Ты готов?», — спросил учитель.</w:t>
      </w:r>
    </w:p>
    <w:p>
      <w:r>
        <w:t>В) «Ты готов», — спросил учитель?</w:t>
      </w:r>
    </w:p>
    <w:p>
      <w:r>
        <w:t>Г) «Ты готов?» спросил учитель.</w:t>
      </w:r>
    </w:p>
    <w:p>
      <w:r>
        <w:rPr>
          <w:b/>
        </w:rPr>
        <w:t>5. Как правильно оформить восклицательную прямую речь?</w:t>
      </w:r>
    </w:p>
    <w:p>
      <w:r>
        <w:t>А) «Как красиво!» — воскликнула девочка.</w:t>
      </w:r>
    </w:p>
    <w:p>
      <w:r>
        <w:t>Б) «Как красиво!», — воскликнула девочка.</w:t>
      </w:r>
    </w:p>
    <w:p>
      <w:r>
        <w:t>В) «Как красиво», — воскликнула девочка!</w:t>
      </w:r>
    </w:p>
    <w:p>
      <w:r>
        <w:t>Г) «Как красиво!» воскликнула девочка.</w:t>
      </w:r>
    </w:p>
    <w:p>
      <w:r>
        <w:rPr>
          <w:b/>
        </w:rPr>
        <w:t>6. Как оформляется каждая реплика диалога?</w:t>
      </w:r>
    </w:p>
    <w:p>
      <w:r>
        <w:t>А) С новой строки с тире.</w:t>
      </w:r>
    </w:p>
    <w:p>
      <w:r>
        <w:t>Б) В кавычках в одной строке.</w:t>
      </w:r>
    </w:p>
    <w:p>
      <w:r>
        <w:t>В) Только через двоеточие.</w:t>
      </w:r>
    </w:p>
    <w:p>
      <w:r>
        <w:t>Г) Только через запятую.</w:t>
      </w:r>
    </w:p>
    <w:p>
      <w:r>
        <w:rPr>
          <w:b/>
        </w:rPr>
        <w:t>7. Выберите правильное оформление диалога.</w:t>
      </w:r>
    </w:p>
    <w:p>
      <w:r>
        <w:t>А) — Ты готов? — Да, готов.</w:t>
      </w:r>
    </w:p>
    <w:p>
      <w:r>
        <w:t>Б) «Ты готов?» «Да, готов».</w:t>
      </w:r>
    </w:p>
    <w:p>
      <w:r>
        <w:t>В) Ты готов: — Да, готов.</w:t>
      </w:r>
    </w:p>
    <w:p>
      <w:r>
        <w:t>Г) Ты готов, — Да, готов.</w:t>
      </w:r>
    </w:p>
    <w:p>
      <w:r>
        <w:rPr>
          <w:b/>
        </w:rPr>
        <w:t>8. В каком предложении правильно оформлены слова автора после прямой речи?</w:t>
      </w:r>
    </w:p>
    <w:p>
      <w:r>
        <w:t>А) «Я приду завтра», — сказал брат.</w:t>
      </w:r>
    </w:p>
    <w:p>
      <w:r>
        <w:t>Б) «Я приду завтра» — сказал брат.</w:t>
      </w:r>
    </w:p>
    <w:p>
      <w:r>
        <w:t>В) «Я приду завтра:» — сказал брат.</w:t>
      </w:r>
    </w:p>
    <w:p>
      <w:r>
        <w:t>Г) «Я приду завтра», сказал брат.</w:t>
      </w:r>
    </w:p>
    <w:p>
      <w:r>
        <w:rPr>
          <w:b/>
        </w:rPr>
        <w:t>9. Что происходит с точкой в конце прямой речи перед словами автора?</w:t>
      </w:r>
    </w:p>
    <w:p>
      <w:r>
        <w:t>А) Точка заменяется запятой, если по правилу нужны слова автора.</w:t>
      </w:r>
    </w:p>
    <w:p>
      <w:r>
        <w:t>Б) Она всегда сохраняется.</w:t>
      </w:r>
    </w:p>
    <w:p>
      <w:r>
        <w:t>В) Она превращается в двоеточие.</w:t>
      </w:r>
    </w:p>
    <w:p>
      <w:r>
        <w:t>Г) Она заменяется вопросительным знаком.</w:t>
      </w:r>
    </w:p>
    <w:p>
      <w:r>
        <w:rPr>
          <w:b/>
        </w:rPr>
        <w:t>10. В каком варианте слова автора стоят перед прямой речью?</w:t>
      </w:r>
    </w:p>
    <w:p>
      <w:r>
        <w:t>А) «Я вернусь», — сказал он.</w:t>
      </w:r>
    </w:p>
    <w:p>
      <w:r>
        <w:t>Б) Он сказал: «Я вернусь».</w:t>
      </w:r>
    </w:p>
    <w:p>
      <w:r>
        <w:t>В) «Ты вернёшься?» — спросил он.</w:t>
      </w:r>
    </w:p>
    <w:p>
      <w:r>
        <w:t>Г) — Я вернусь.</w:t>
      </w:r>
    </w:p>
    <w:p>
      <w:r>
        <w:rPr>
          <w:b/>
        </w:rPr>
        <w:t>11. Как правильно записать предложение «Учитель спросил Ты выполнил задание?»?</w:t>
      </w:r>
    </w:p>
    <w:p>
      <w:r>
        <w:t>А) Учитель спросил: «Ты выполнил задание?»</w:t>
      </w:r>
    </w:p>
    <w:p>
      <w:r>
        <w:t>Б) Учитель спросил, «Ты выполнил задание?»</w:t>
      </w:r>
    </w:p>
    <w:p>
      <w:r>
        <w:t>В) Учитель спросил — «Ты выполнил задание?»</w:t>
      </w:r>
    </w:p>
    <w:p>
      <w:r>
        <w:t>Г) Учитель спросил «Ты выполнил задание?»</w:t>
      </w:r>
    </w:p>
    <w:p>
      <w:r>
        <w:rPr>
          <w:b/>
        </w:rPr>
        <w:t>12. Как оформляется реплика диалога?</w:t>
      </w:r>
    </w:p>
    <w:p>
      <w:r>
        <w:t>А) — Я согласен.</w:t>
      </w:r>
    </w:p>
    <w:p>
      <w:r>
        <w:t>Б) «Я согласен».</w:t>
      </w:r>
    </w:p>
    <w:p>
      <w:r>
        <w:t>В) А: «Я согласен».</w:t>
      </w:r>
    </w:p>
    <w:p>
      <w:r>
        <w:t>Г) Я, — согласен.</w:t>
      </w:r>
    </w:p>
    <w:p>
      <w:r>
        <w:rPr>
          <w:b/>
        </w:rPr>
        <w:t>13. В каком предложении прямая речь стоит перед словами автора?</w:t>
      </w:r>
    </w:p>
    <w:p>
      <w:r>
        <w:t>А) Мама сказала: «Пора домой».</w:t>
      </w:r>
    </w:p>
    <w:p>
      <w:r>
        <w:t>Б) «Пора домой», — сказала мама.</w:t>
      </w:r>
    </w:p>
    <w:p>
      <w:r>
        <w:t>В) Мама спросила: «Ты готов?»</w:t>
      </w:r>
    </w:p>
    <w:p>
      <w:r>
        <w:t>Г) Учитель сказал: «Начинаем».</w:t>
      </w:r>
    </w:p>
    <w:p>
      <w:r>
        <w:rPr>
          <w:b/>
        </w:rPr>
        <w:t>14. Выберите правильный вариант.</w:t>
      </w:r>
    </w:p>
    <w:p>
      <w:r>
        <w:t>А) «Я всё понял», — ответил ученик.</w:t>
      </w:r>
    </w:p>
    <w:p>
      <w:r>
        <w:t>Б) «Я всё понял» — ответил ученик.</w:t>
      </w:r>
    </w:p>
    <w:p>
      <w:r>
        <w:t>В) «Я всё понял», ответил ученик.</w:t>
      </w:r>
    </w:p>
    <w:p>
      <w:r>
        <w:t>Г) «Я всё понял:» — ответил ученик.</w:t>
      </w:r>
    </w:p>
    <w:p>
      <w:r>
        <w:rPr>
          <w:b/>
        </w:rPr>
        <w:t>15. Какой знак используется в начале каждой реплики диалога?</w:t>
      </w:r>
    </w:p>
    <w:p>
      <w:r>
        <w:t>А) Тире</w:t>
      </w:r>
    </w:p>
    <w:p>
      <w:r>
        <w:t>Б) Двоеточие</w:t>
      </w:r>
    </w:p>
    <w:p>
      <w:r>
        <w:t>В) Точка с запятой</w:t>
      </w:r>
    </w:p>
    <w:p>
      <w:r>
        <w:t>Г) Кавычки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