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6. ЗНАКИ ПРЕПИНАНИЯ В ССП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такое ССП?</w:t>
      </w:r>
    </w:p>
    <w:p>
      <w:r>
        <w:t>А) Сложное предложение с равноправными частями, соединёнными сочинительной связью.</w:t>
      </w:r>
    </w:p>
    <w:p>
      <w:r>
        <w:t>Б) Предложение с одной грамматической основой.</w:t>
      </w:r>
    </w:p>
    <w:p>
      <w:r>
        <w:t>В) Сложное предложение только с придаточной частью.</w:t>
      </w:r>
    </w:p>
    <w:p>
      <w:r>
        <w:t>Г) Предложение без союзов.</w:t>
      </w:r>
    </w:p>
    <w:p>
      <w:r>
        <w:rPr>
          <w:b/>
        </w:rPr>
        <w:t>2. Какой союз является сочинительным?</w:t>
      </w:r>
    </w:p>
    <w:p>
      <w:r>
        <w:t>А) когда</w:t>
      </w:r>
    </w:p>
    <w:p>
      <w:r>
        <w:t>Б) потому что</w:t>
      </w:r>
    </w:p>
    <w:p>
      <w:r>
        <w:t>В) и</w:t>
      </w:r>
    </w:p>
    <w:p>
      <w:r>
        <w:t>Г) если</w:t>
      </w:r>
    </w:p>
    <w:p>
      <w:r>
        <w:rPr>
          <w:b/>
        </w:rPr>
        <w:t>3. В каком предложении есть ССП?</w:t>
      </w:r>
    </w:p>
    <w:p>
      <w:r>
        <w:t>А) Когда стемнело, мы ушли.</w:t>
      </w:r>
    </w:p>
    <w:p>
      <w:r>
        <w:t>Б) Солнце взошло, и птицы запели.</w:t>
      </w:r>
    </w:p>
    <w:p>
      <w:r>
        <w:t>В) Я знаю, что ты придёшь.</w:t>
      </w:r>
    </w:p>
    <w:p>
      <w:r>
        <w:t>Г) Наступил вечер.</w:t>
      </w:r>
    </w:p>
    <w:p>
      <w:r>
        <w:rPr>
          <w:b/>
        </w:rPr>
        <w:t>4. Какой знак обычно ставится между частями ССП?</w:t>
      </w:r>
    </w:p>
    <w:p>
      <w:r>
        <w:t>А) Запятая</w:t>
      </w:r>
    </w:p>
    <w:p>
      <w:r>
        <w:t>Б) Двоеточие</w:t>
      </w:r>
    </w:p>
    <w:p>
      <w:r>
        <w:t>В) Кавычки</w:t>
      </w:r>
    </w:p>
    <w:p>
      <w:r>
        <w:t>Г) Скобки</w:t>
      </w:r>
    </w:p>
    <w:p>
      <w:r>
        <w:rPr>
          <w:b/>
        </w:rPr>
        <w:t>5. В каком предложении запятая перед и разделяет части ССП?</w:t>
      </w:r>
    </w:p>
    <w:p>
      <w:r>
        <w:t>А) Я купил хлеб и молоко.</w:t>
      </w:r>
    </w:p>
    <w:p>
      <w:r>
        <w:t>Б) Солнце взошло, и птицы запели.</w:t>
      </w:r>
    </w:p>
    <w:p>
      <w:r>
        <w:t>В) Мальчик читал и записывал.</w:t>
      </w:r>
    </w:p>
    <w:p>
      <w:r>
        <w:t>Г) Мы взяли книги и тетради.</w:t>
      </w:r>
    </w:p>
    <w:p>
      <w:r>
        <w:rPr>
          <w:b/>
        </w:rPr>
        <w:t>6. Какой союз относится к противительным?</w:t>
      </w:r>
    </w:p>
    <w:p>
      <w:r>
        <w:t>А) и</w:t>
      </w:r>
    </w:p>
    <w:p>
      <w:r>
        <w:t>Б) или</w:t>
      </w:r>
    </w:p>
    <w:p>
      <w:r>
        <w:t>В) но</w:t>
      </w:r>
    </w:p>
    <w:p>
      <w:r>
        <w:t>Г) либо</w:t>
      </w:r>
    </w:p>
    <w:p>
      <w:r>
        <w:rPr>
          <w:b/>
        </w:rPr>
        <w:t>7. Выберите правильный вариант.</w:t>
      </w:r>
    </w:p>
    <w:p>
      <w:r>
        <w:t>А) Дождь закончился, и выглянуло солнце.</w:t>
      </w:r>
    </w:p>
    <w:p>
      <w:r>
        <w:t>Б) Дождь закончился и, выглянуло солнце.</w:t>
      </w:r>
    </w:p>
    <w:p>
      <w:r>
        <w:t>В) Дождь закончился и выглянуло солнце.</w:t>
      </w:r>
    </w:p>
    <w:p>
      <w:r>
        <w:t>Г) Дождь, закончился и выглянуло солнце.</w:t>
      </w:r>
    </w:p>
    <w:p>
      <w:r>
        <w:rPr>
          <w:b/>
        </w:rPr>
        <w:t>8. Когда между частями ССП может не ставиться запятая перед одиночным и?</w:t>
      </w:r>
    </w:p>
    <w:p>
      <w:r>
        <w:t>А) Если у частей есть общий второстепенный член или общее обстоятельство.</w:t>
      </w:r>
    </w:p>
    <w:p>
      <w:r>
        <w:t>Б) Никогда.</w:t>
      </w:r>
    </w:p>
    <w:p>
      <w:r>
        <w:t>В) Только в вопросительном предложении.</w:t>
      </w:r>
    </w:p>
    <w:p>
      <w:r>
        <w:t>Г) Только перед но.</w:t>
      </w:r>
    </w:p>
    <w:p>
      <w:r>
        <w:rPr>
          <w:b/>
        </w:rPr>
        <w:t>9. В каком предложении есть общий второстепенный член?</w:t>
      </w:r>
    </w:p>
    <w:p>
      <w:r>
        <w:t>А) Утром солнце взошло и птицы запели.</w:t>
      </w:r>
    </w:p>
    <w:p>
      <w:r>
        <w:t>Б) Солнце взошло, и птицы запели.</w:t>
      </w:r>
    </w:p>
    <w:p>
      <w:r>
        <w:t>В) Птицы запели, но ветер усилился.</w:t>
      </w:r>
    </w:p>
    <w:p>
      <w:r>
        <w:t>Г) Дождь закончился, и солнце выглянуло.</w:t>
      </w:r>
    </w:p>
    <w:p>
      <w:r>
        <w:rPr>
          <w:b/>
        </w:rPr>
        <w:t>10. Какой знак может разделять распространённые части ССП, если запятая недостаточно ясно разделяет их?</w:t>
      </w:r>
    </w:p>
    <w:p>
      <w:r>
        <w:t>А) Точка с запятой</w:t>
      </w:r>
    </w:p>
    <w:p>
      <w:r>
        <w:t>Б) Вопросительный знак</w:t>
      </w:r>
    </w:p>
    <w:p>
      <w:r>
        <w:t>В) Кавычки</w:t>
      </w:r>
    </w:p>
    <w:p>
      <w:r>
        <w:t>Г) Дефис</w:t>
      </w:r>
    </w:p>
    <w:p>
      <w:r>
        <w:rPr>
          <w:b/>
        </w:rPr>
        <w:t>11. В каком предложении используется противительный союз?</w:t>
      </w:r>
    </w:p>
    <w:p>
      <w:r>
        <w:t>А) Наступила весна, и птицы вернулись.</w:t>
      </w:r>
    </w:p>
    <w:p>
      <w:r>
        <w:t>Б) Я хотел гулять, но пошёл дождь.</w:t>
      </w:r>
    </w:p>
    <w:p>
      <w:r>
        <w:t>В) Ты останешься дома или пойдёшь со мной?</w:t>
      </w:r>
    </w:p>
    <w:p>
      <w:r>
        <w:t>Г) Он пришёл, потому что его ждали.</w:t>
      </w:r>
    </w:p>
    <w:p>
      <w:r>
        <w:rPr>
          <w:b/>
        </w:rPr>
        <w:t>12. Какой союз выражает разделительные отношения?</w:t>
      </w:r>
    </w:p>
    <w:p>
      <w:r>
        <w:t>А) но</w:t>
      </w:r>
    </w:p>
    <w:p>
      <w:r>
        <w:t>Б) и</w:t>
      </w:r>
    </w:p>
    <w:p>
      <w:r>
        <w:t>В) или</w:t>
      </w:r>
    </w:p>
    <w:p>
      <w:r>
        <w:t>Г) зато</w:t>
      </w:r>
    </w:p>
    <w:p>
      <w:r>
        <w:rPr>
          <w:b/>
        </w:rPr>
        <w:t>13. В каком предложении две грамматические основы соединены союзом и?</w:t>
      </w:r>
    </w:p>
    <w:p>
      <w:r>
        <w:t>А) Дети играли и смеялись.</w:t>
      </w:r>
    </w:p>
    <w:p>
      <w:r>
        <w:t>Б) Дети играли, и родители наблюдали.</w:t>
      </w:r>
    </w:p>
    <w:p>
      <w:r>
        <w:t>В) Дети играли во дворе.</w:t>
      </w:r>
    </w:p>
    <w:p>
      <w:r>
        <w:t>Г) Дети и родители играли.</w:t>
      </w:r>
    </w:p>
    <w:p>
      <w:r>
        <w:rPr>
          <w:b/>
        </w:rPr>
        <w:t>14. Какой вариант соответствует схеме [ ], но [ ]?</w:t>
      </w:r>
    </w:p>
    <w:p>
      <w:r>
        <w:t>А) Я хотел гулять, но начался дождь.</w:t>
      </w:r>
    </w:p>
    <w:p>
      <w:r>
        <w:t>Б) Я хотел гулять, потому что начался дождь.</w:t>
      </w:r>
    </w:p>
    <w:p>
      <w:r>
        <w:t>В) Когда я хотел гулять, начался дождь.</w:t>
      </w:r>
    </w:p>
    <w:p>
      <w:r>
        <w:t>Г) Я хотел гулять — начался дождь.</w:t>
      </w:r>
    </w:p>
    <w:p>
      <w:r>
        <w:rPr>
          <w:b/>
        </w:rPr>
        <w:t>15. Выберите правильное оформление ССП.</w:t>
      </w:r>
    </w:p>
    <w:p>
      <w:r>
        <w:t>А) Наступила осень, и птицы улетели.</w:t>
      </w:r>
    </w:p>
    <w:p>
      <w:r>
        <w:t>Б) Наступила осень и птицы улетели.</w:t>
      </w:r>
    </w:p>
    <w:p>
      <w:r>
        <w:t>В) Наступила осень: и птицы улетели.</w:t>
      </w:r>
    </w:p>
    <w:p>
      <w:r>
        <w:t>Г) Наступила осень — и птицы улетели.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