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7. ЗНАКИ ПРЕПИНАНИЯ В СПП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Что такое СПП?</w:t>
      </w:r>
    </w:p>
    <w:p>
      <w:r>
        <w:t>А) Сложное предложение, в котором одна часть подчиняется другой.</w:t>
      </w:r>
    </w:p>
    <w:p>
      <w:r>
        <w:t>Б) Сложное предложение с равноправными частями.</w:t>
      </w:r>
    </w:p>
    <w:p>
      <w:r>
        <w:t>В) Предложение без союзов.</w:t>
      </w:r>
    </w:p>
    <w:p>
      <w:r>
        <w:t>Г) Простое предложение с однородными членами.</w:t>
      </w:r>
    </w:p>
    <w:p>
      <w:r>
        <w:rPr>
          <w:b/>
        </w:rPr>
        <w:t>2. Какой знак обычно отделяет придаточную часть от главной?</w:t>
      </w:r>
    </w:p>
    <w:p>
      <w:r>
        <w:t>А) Запятая</w:t>
      </w:r>
    </w:p>
    <w:p>
      <w:r>
        <w:t>Б) Тире</w:t>
      </w:r>
    </w:p>
    <w:p>
      <w:r>
        <w:t>В) Кавычки</w:t>
      </w:r>
    </w:p>
    <w:p>
      <w:r>
        <w:t>Г) Дефис</w:t>
      </w:r>
    </w:p>
    <w:p>
      <w:r>
        <w:rPr>
          <w:b/>
        </w:rPr>
        <w:t>3. Какой союз является подчинительным?</w:t>
      </w:r>
    </w:p>
    <w:p>
      <w:r>
        <w:t>А) и</w:t>
      </w:r>
    </w:p>
    <w:p>
      <w:r>
        <w:t>Б) но</w:t>
      </w:r>
    </w:p>
    <w:p>
      <w:r>
        <w:t>В) потому что</w:t>
      </w:r>
    </w:p>
    <w:p>
      <w:r>
        <w:t>Г) или</w:t>
      </w:r>
    </w:p>
    <w:p>
      <w:r>
        <w:rPr>
          <w:b/>
        </w:rPr>
        <w:t>4. В каком предложении есть СПП?</w:t>
      </w:r>
    </w:p>
    <w:p>
      <w:r>
        <w:t>А) Солнце взошло, и птицы запели.</w:t>
      </w:r>
    </w:p>
    <w:p>
      <w:r>
        <w:t>Б) Я знаю, что ты придёшь.</w:t>
      </w:r>
    </w:p>
    <w:p>
      <w:r>
        <w:t>В) Наступила ночь — город затих.</w:t>
      </w:r>
    </w:p>
    <w:p>
      <w:r>
        <w:t>Г) Дети играли во дворе.</w:t>
      </w:r>
    </w:p>
    <w:p>
      <w:r>
        <w:rPr>
          <w:b/>
        </w:rPr>
        <w:t>5. Какой вид придаточного отвечает на вопрос «какой?»?</w:t>
      </w:r>
    </w:p>
    <w:p>
      <w:r>
        <w:t>А) Изъяснительное</w:t>
      </w:r>
    </w:p>
    <w:p>
      <w:r>
        <w:t>Б) Определительное</w:t>
      </w:r>
    </w:p>
    <w:p>
      <w:r>
        <w:t>В) Причины</w:t>
      </w:r>
    </w:p>
    <w:p>
      <w:r>
        <w:t>Г) Цели</w:t>
      </w:r>
    </w:p>
    <w:p>
      <w:r>
        <w:rPr>
          <w:b/>
        </w:rPr>
        <w:t>6. Какой вид придаточного отвечает на вопрос «почему?»?</w:t>
      </w:r>
    </w:p>
    <w:p>
      <w:r>
        <w:t>А) Причины</w:t>
      </w:r>
    </w:p>
    <w:p>
      <w:r>
        <w:t>Б) Условия</w:t>
      </w:r>
    </w:p>
    <w:p>
      <w:r>
        <w:t>В) Времени</w:t>
      </w:r>
    </w:p>
    <w:p>
      <w:r>
        <w:t>Г) Определительное</w:t>
      </w:r>
    </w:p>
    <w:p>
      <w:r>
        <w:rPr>
          <w:b/>
        </w:rPr>
        <w:t>7. Какой вид придаточного отвечает на вопрос «зачем?»?</w:t>
      </w:r>
    </w:p>
    <w:p>
      <w:r>
        <w:t>А) Цели</w:t>
      </w:r>
    </w:p>
    <w:p>
      <w:r>
        <w:t>Б) Причины</w:t>
      </w:r>
    </w:p>
    <w:p>
      <w:r>
        <w:t>В) Изъяснительное</w:t>
      </w:r>
    </w:p>
    <w:p>
      <w:r>
        <w:t>Г) Определительное</w:t>
      </w:r>
    </w:p>
    <w:p>
      <w:r>
        <w:rPr>
          <w:b/>
        </w:rPr>
        <w:t>8. Определите вид придаточного: «Мы ушли, когда закончился урок».</w:t>
      </w:r>
    </w:p>
    <w:p>
      <w:r>
        <w:t>А) Времени</w:t>
      </w:r>
    </w:p>
    <w:p>
      <w:r>
        <w:t>Б) Причины</w:t>
      </w:r>
    </w:p>
    <w:p>
      <w:r>
        <w:t>В) Цели</w:t>
      </w:r>
    </w:p>
    <w:p>
      <w:r>
        <w:t>Г) Условия</w:t>
      </w:r>
    </w:p>
    <w:p>
      <w:r>
        <w:rPr>
          <w:b/>
        </w:rPr>
        <w:t>9. Определите вид придаточного: «Если будет хорошая погода, мы поедем за город».</w:t>
      </w:r>
    </w:p>
    <w:p>
      <w:r>
        <w:t>А) Условия</w:t>
      </w:r>
    </w:p>
    <w:p>
      <w:r>
        <w:t>Б) Причины</w:t>
      </w:r>
    </w:p>
    <w:p>
      <w:r>
        <w:t>В) Времени</w:t>
      </w:r>
    </w:p>
    <w:p>
      <w:r>
        <w:t>Г) Определительное</w:t>
      </w:r>
    </w:p>
    <w:p>
      <w:r>
        <w:rPr>
          <w:b/>
        </w:rPr>
        <w:t>10. В каком предложении придаточное определительное?</w:t>
      </w:r>
    </w:p>
    <w:p>
      <w:r>
        <w:t>А) Я знаю, что ты придёшь.</w:t>
      </w:r>
    </w:p>
    <w:p>
      <w:r>
        <w:t>Б) Дом, который построили недавно, красив.</w:t>
      </w:r>
    </w:p>
    <w:p>
      <w:r>
        <w:t>В) Мы ушли, потому что стало поздно.</w:t>
      </w:r>
    </w:p>
    <w:p>
      <w:r>
        <w:t>Г) Когда стемнело, мы вернулись.</w:t>
      </w:r>
    </w:p>
    <w:p>
      <w:r>
        <w:rPr>
          <w:b/>
        </w:rPr>
        <w:t>11. В каком предложении придаточное изъяснительное?</w:t>
      </w:r>
    </w:p>
    <w:p>
      <w:r>
        <w:t>А) Я думаю, что он прав.</w:t>
      </w:r>
    </w:p>
    <w:p>
      <w:r>
        <w:t>Б) Дом, который стоит у реки, старый.</w:t>
      </w:r>
    </w:p>
    <w:p>
      <w:r>
        <w:t>В) Мы пришли, когда начался урок.</w:t>
      </w:r>
    </w:p>
    <w:p>
      <w:r>
        <w:t>Г) Я ушёл, потому что устал.</w:t>
      </w:r>
    </w:p>
    <w:p>
      <w:r>
        <w:rPr>
          <w:b/>
        </w:rPr>
        <w:t>12. Какой вариант правильно оформлен?</w:t>
      </w:r>
    </w:p>
    <w:p>
      <w:r>
        <w:t>А) Я знаю что ты придёшь.</w:t>
      </w:r>
    </w:p>
    <w:p>
      <w:r>
        <w:t>Б) Я знаю, что ты придёшь.</w:t>
      </w:r>
    </w:p>
    <w:p>
      <w:r>
        <w:t>В) Я знаю: что ты придёшь.</w:t>
      </w:r>
    </w:p>
    <w:p>
      <w:r>
        <w:t>Г) Я знаю — что ты придёшь.</w:t>
      </w:r>
    </w:p>
    <w:p>
      <w:r>
        <w:rPr>
          <w:b/>
        </w:rPr>
        <w:t>13. В каком предложении придаточная часть стоит перед главной?</w:t>
      </w:r>
    </w:p>
    <w:p>
      <w:r>
        <w:t>А) Я ушёл, когда стемнело.</w:t>
      </w:r>
    </w:p>
    <w:p>
      <w:r>
        <w:t>Б) Когда стемнело, я ушёл.</w:t>
      </w:r>
    </w:p>
    <w:p>
      <w:r>
        <w:t>В) Я знаю, что он придёт.</w:t>
      </w:r>
    </w:p>
    <w:p>
      <w:r>
        <w:t>Г) Мы остались, потому что шёл дождь.</w:t>
      </w:r>
    </w:p>
    <w:p>
      <w:r>
        <w:rPr>
          <w:b/>
        </w:rPr>
        <w:t>14. Какой союз выражает причину?</w:t>
      </w:r>
    </w:p>
    <w:p>
      <w:r>
        <w:t>А) если</w:t>
      </w:r>
    </w:p>
    <w:p>
      <w:r>
        <w:t>Б) чтобы</w:t>
      </w:r>
    </w:p>
    <w:p>
      <w:r>
        <w:t>В) потому что</w:t>
      </w:r>
    </w:p>
    <w:p>
      <w:r>
        <w:t>Г) когда</w:t>
      </w:r>
    </w:p>
    <w:p>
      <w:r>
        <w:rPr>
          <w:b/>
        </w:rPr>
        <w:t>15. Выберите схему для предложения «Когда закончился урок, ученики вышли».</w:t>
      </w:r>
    </w:p>
    <w:p>
      <w:r>
        <w:t>А) (Когда...), [ ].</w:t>
      </w:r>
    </w:p>
    <w:p>
      <w:r>
        <w:t>Б) [ ], (когда...).</w:t>
      </w:r>
    </w:p>
    <w:p>
      <w:r>
        <w:t>В) [ ] и [ ].</w:t>
      </w:r>
    </w:p>
    <w:p>
      <w:r>
        <w:t>Г) [ ] — [ ].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