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8. ЗНАКИ ПРЕПИНАНИЯ В БСП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Что такое БСП?</w:t>
      </w:r>
    </w:p>
    <w:p>
      <w:r>
        <w:t>А) Сложное предложение, части которого связаны без союзов.</w:t>
      </w:r>
    </w:p>
    <w:p>
      <w:r>
        <w:t>Б) Сложное предложение с подчинительным союзом.</w:t>
      </w:r>
    </w:p>
    <w:p>
      <w:r>
        <w:t>В) Простое предложение.</w:t>
      </w:r>
    </w:p>
    <w:p>
      <w:r>
        <w:t>Г) ССП с союзом и.</w:t>
      </w:r>
    </w:p>
    <w:p>
      <w:r>
        <w:rPr>
          <w:b/>
        </w:rPr>
        <w:t>2. Какой знак может разделять части БСП при перечислении событий?</w:t>
      </w:r>
    </w:p>
    <w:p>
      <w:r>
        <w:t>А) Запятая</w:t>
      </w:r>
    </w:p>
    <w:p>
      <w:r>
        <w:t>Б) Кавычки</w:t>
      </w:r>
    </w:p>
    <w:p>
      <w:r>
        <w:t>В) Скобки</w:t>
      </w:r>
    </w:p>
    <w:p>
      <w:r>
        <w:t>Г) Дефис</w:t>
      </w:r>
    </w:p>
    <w:p>
      <w:r>
        <w:rPr>
          <w:b/>
        </w:rPr>
        <w:t>3. Какой знак часто ставится в БСП при значении следствия или резкого противопоставления?</w:t>
      </w:r>
    </w:p>
    <w:p>
      <w:r>
        <w:t>А) Тире</w:t>
      </w:r>
    </w:p>
    <w:p>
      <w:r>
        <w:t>Б) Кавычки</w:t>
      </w:r>
    </w:p>
    <w:p>
      <w:r>
        <w:t>В) Двоеточие всегда</w:t>
      </w:r>
    </w:p>
    <w:p>
      <w:r>
        <w:t>Г) Точка</w:t>
      </w:r>
    </w:p>
    <w:p>
      <w:r>
        <w:rPr>
          <w:b/>
        </w:rPr>
        <w:t>4. Когда в БСП ставится двоеточие?</w:t>
      </w:r>
    </w:p>
    <w:p>
      <w:r>
        <w:t>А) Когда вторая часть поясняет или раскрывает содержание первой.</w:t>
      </w:r>
    </w:p>
    <w:p>
      <w:r>
        <w:t>Б) Только при перечислении.</w:t>
      </w:r>
    </w:p>
    <w:p>
      <w:r>
        <w:t>В) Только при противопоставлении.</w:t>
      </w:r>
    </w:p>
    <w:p>
      <w:r>
        <w:t>Г) Только в конце предложения.</w:t>
      </w:r>
    </w:p>
    <w:p>
      <w:r>
        <w:rPr>
          <w:b/>
        </w:rPr>
        <w:t>5. Выберите правильный вариант.</w:t>
      </w:r>
    </w:p>
    <w:p>
      <w:r>
        <w:t>А) Солнце взошло, птицы запели.</w:t>
      </w:r>
    </w:p>
    <w:p>
      <w:r>
        <w:t>Б) Солнце взошло и птицы запели.</w:t>
      </w:r>
    </w:p>
    <w:p>
      <w:r>
        <w:t>В) Солнце взошло, и птицы запели.</w:t>
      </w:r>
    </w:p>
    <w:p>
      <w:r>
        <w:t>Г) Солнце взошло: и птицы запели.</w:t>
      </w:r>
    </w:p>
    <w:p>
      <w:r>
        <w:rPr>
          <w:b/>
        </w:rPr>
        <w:t>6. Какой знак нужен: «Я понял ___ спорить бесполезно»?</w:t>
      </w:r>
    </w:p>
    <w:p>
      <w:r>
        <w:t>А) двоеточие</w:t>
      </w:r>
    </w:p>
    <w:p>
      <w:r>
        <w:t>Б) тире</w:t>
      </w:r>
    </w:p>
    <w:p>
      <w:r>
        <w:t>В) точка с запятой</w:t>
      </w:r>
    </w:p>
    <w:p>
      <w:r>
        <w:t>Г) запятая и союз и</w:t>
      </w:r>
    </w:p>
    <w:p>
      <w:r>
        <w:rPr>
          <w:b/>
        </w:rPr>
        <w:t>7. Какой знак нужен: «Наступила ночь ___ город затих»?</w:t>
      </w:r>
    </w:p>
    <w:p>
      <w:r>
        <w:t>А) тире</w:t>
      </w:r>
    </w:p>
    <w:p>
      <w:r>
        <w:t>Б) двоеточие</w:t>
      </w:r>
    </w:p>
    <w:p>
      <w:r>
        <w:t>В) кавычки</w:t>
      </w:r>
    </w:p>
    <w:p>
      <w:r>
        <w:t>Г) скобки</w:t>
      </w:r>
    </w:p>
    <w:p>
      <w:r>
        <w:rPr>
          <w:b/>
        </w:rPr>
        <w:t>8. В каком предложении правильно поставлен знак двоеточия?</w:t>
      </w:r>
    </w:p>
    <w:p>
      <w:r>
        <w:t>А) Я знал: он придёт.</w:t>
      </w:r>
    </w:p>
    <w:p>
      <w:r>
        <w:t>Б) Я знал, он придёт.</w:t>
      </w:r>
    </w:p>
    <w:p>
      <w:r>
        <w:t>В) Я знал — он придёт.</w:t>
      </w:r>
    </w:p>
    <w:p>
      <w:r>
        <w:t>Г) Я знал; он придёт.</w:t>
      </w:r>
    </w:p>
    <w:p>
      <w:r>
        <w:rPr>
          <w:b/>
        </w:rPr>
        <w:t>9. В каком предложении тире выражает следствие?</w:t>
      </w:r>
    </w:p>
    <w:p>
      <w:r>
        <w:t>А) Дождь закончился — выглянуло солнце.</w:t>
      </w:r>
    </w:p>
    <w:p>
      <w:r>
        <w:t>Б) Я понял: нужно спешить.</w:t>
      </w:r>
    </w:p>
    <w:p>
      <w:r>
        <w:t>В) Наступила весна, птицы вернулись.</w:t>
      </w:r>
    </w:p>
    <w:p>
      <w:r>
        <w:t>Г) Я ушёл, потому что устал.</w:t>
      </w:r>
    </w:p>
    <w:p>
      <w:r>
        <w:rPr>
          <w:b/>
        </w:rPr>
        <w:t>10. Какой знак может использоваться между распространёнными частями БСП для их более чёткого разделения?</w:t>
      </w:r>
    </w:p>
    <w:p>
      <w:r>
        <w:t>А) Точка с запятой</w:t>
      </w:r>
    </w:p>
    <w:p>
      <w:r>
        <w:t>Б) Двоеточие всегда</w:t>
      </w:r>
    </w:p>
    <w:p>
      <w:r>
        <w:t>В) Вопросительный знак</w:t>
      </w:r>
    </w:p>
    <w:p>
      <w:r>
        <w:t>Г) Дефис</w:t>
      </w:r>
    </w:p>
    <w:p>
      <w:r>
        <w:rPr>
          <w:b/>
        </w:rPr>
        <w:t>11. В каком предложении есть значение причины или пояснения?</w:t>
      </w:r>
    </w:p>
    <w:p>
      <w:r>
        <w:t>А) Я задержался: начался сильный дождь.</w:t>
      </w:r>
    </w:p>
    <w:p>
      <w:r>
        <w:t>Б) Солнце взошло — птицы запели.</w:t>
      </w:r>
    </w:p>
    <w:p>
      <w:r>
        <w:t>В) Дождь закончился, выглянуло солнце.</w:t>
      </w:r>
    </w:p>
    <w:p>
      <w:r>
        <w:t>Г) Я хотел гулять, но пошёл дождь.</w:t>
      </w:r>
    </w:p>
    <w:p>
      <w:r>
        <w:rPr>
          <w:b/>
        </w:rPr>
        <w:t>12. В каком предложении правильно расставлен знак?</w:t>
      </w:r>
    </w:p>
    <w:p>
      <w:r>
        <w:t>А) Был сильный ветер — деревья гнулись.</w:t>
      </w:r>
    </w:p>
    <w:p>
      <w:r>
        <w:t>Б) Был сильный ветер, деревья гнулись.</w:t>
      </w:r>
    </w:p>
    <w:p>
      <w:r>
        <w:t>В) Был сильный ветер и деревья гнулись.</w:t>
      </w:r>
    </w:p>
    <w:p>
      <w:r>
        <w:t>Г) Был сильный ветер: деревья гнулись.</w:t>
      </w:r>
    </w:p>
    <w:p>
      <w:r>
        <w:rPr>
          <w:b/>
        </w:rPr>
        <w:t>13. Какой знак может передавать незавершённость мысли в БСП?</w:t>
      </w:r>
    </w:p>
    <w:p>
      <w:r>
        <w:t>А) Многоточие</w:t>
      </w:r>
    </w:p>
    <w:p>
      <w:r>
        <w:t>Б) Двоеточие</w:t>
      </w:r>
    </w:p>
    <w:p>
      <w:r>
        <w:t>В) Точка с запятой</w:t>
      </w:r>
    </w:p>
    <w:p>
      <w:r>
        <w:t>Г) Кавычки</w:t>
      </w:r>
    </w:p>
    <w:p>
      <w:r>
        <w:rPr>
          <w:b/>
        </w:rPr>
        <w:t>14. Что необходимо определить перед выбором знака в БСП?</w:t>
      </w:r>
    </w:p>
    <w:p>
      <w:r>
        <w:t>А) Смысловые отношения между частями.</w:t>
      </w:r>
    </w:p>
    <w:p>
      <w:r>
        <w:t>Б) Только количество слов.</w:t>
      </w:r>
    </w:p>
    <w:p>
      <w:r>
        <w:t>В) Только длину предложения.</w:t>
      </w:r>
    </w:p>
    <w:p>
      <w:r>
        <w:t>Г) Только наличие подлежащего.</w:t>
      </w:r>
    </w:p>
    <w:p>
      <w:r>
        <w:rPr>
          <w:b/>
        </w:rPr>
        <w:t>15. Выберите правильный вариант.</w:t>
      </w:r>
    </w:p>
    <w:p>
      <w:r>
        <w:t>А) Дождь усилился: началась гроза.</w:t>
      </w:r>
    </w:p>
    <w:p>
      <w:r>
        <w:t>Б) Дождь усилился, началась гроза и.</w:t>
      </w:r>
    </w:p>
    <w:p>
      <w:r>
        <w:t>В) Дождь усилился и: началась гроза.</w:t>
      </w:r>
    </w:p>
    <w:p>
      <w:r>
        <w:t>Г) Дождь усилился —: началась гроза.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