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ПУНКТУАЦИЯ</w:t>
        <w:br/>
        <w:t>ТЕМА 9. СЛОЖНЫЕ ПРЕДЛОЖЕНИЯ С РАЗНЫМИ ВИДАМИ СВЯЗИ</w:t>
      </w:r>
    </w:p>
    <w:p>
      <w:r>
        <w:rPr>
          <w:b/>
        </w:rPr>
        <w:t xml:space="preserve">Фамилия, имя: </w:t>
      </w:r>
      <w:r>
        <w:t xml:space="preserve">__________________________________    </w:t>
      </w:r>
      <w:r>
        <w:rPr>
          <w:b/>
        </w:rPr>
        <w:t xml:space="preserve">Класс: </w:t>
      </w:r>
      <w:r>
        <w:t>__________</w:t>
      </w:r>
    </w:p>
    <w:p>
      <w:r>
        <w:t>Выберите один правильный ответ. В каждом вопросе только один вариант ответа.</w:t>
      </w:r>
    </w:p>
    <w:p>
      <w:r>
        <w:rPr>
          <w:b/>
        </w:rPr>
        <w:t>1. Что такое сложное предложение с разными видами связи?</w:t>
      </w:r>
    </w:p>
    <w:p>
      <w:r>
        <w:t>А) Предложение, в котором сочетаются разные виды связи между частями.</w:t>
      </w:r>
    </w:p>
    <w:p>
      <w:r>
        <w:t>Б) Простое предложение.</w:t>
      </w:r>
    </w:p>
    <w:p>
      <w:r>
        <w:t>В) Только СПП.</w:t>
      </w:r>
    </w:p>
    <w:p>
      <w:r>
        <w:t>Г) Только БСП.</w:t>
      </w:r>
    </w:p>
    <w:p>
      <w:r>
        <w:rPr>
          <w:b/>
        </w:rPr>
        <w:t>2. Какие виды связи могут сочетаться в таком предложении?</w:t>
      </w:r>
    </w:p>
    <w:p>
      <w:r>
        <w:t>А) Сочинительная, подчинительная и бессоюзная.</w:t>
      </w:r>
    </w:p>
    <w:p>
      <w:r>
        <w:t>Б) Только подчинительная.</w:t>
      </w:r>
    </w:p>
    <w:p>
      <w:r>
        <w:t>В) Только сочинительная.</w:t>
      </w:r>
    </w:p>
    <w:p>
      <w:r>
        <w:t>Г) Только бессоюзная.</w:t>
      </w:r>
    </w:p>
    <w:p>
      <w:r>
        <w:rPr>
          <w:b/>
        </w:rPr>
        <w:t>3. В каком предложении есть разные виды связи?</w:t>
      </w:r>
    </w:p>
    <w:p>
      <w:r>
        <w:t>А) Солнце взошло.</w:t>
      </w:r>
    </w:p>
    <w:p>
      <w:r>
        <w:t>Б) Когда наступила весна, птицы вернулись, и лес ожил.</w:t>
      </w:r>
    </w:p>
    <w:p>
      <w:r>
        <w:t>В) Птицы вернулись.</w:t>
      </w:r>
    </w:p>
    <w:p>
      <w:r>
        <w:t>Г) Наступила ночь — город затих.</w:t>
      </w:r>
    </w:p>
    <w:p>
      <w:r>
        <w:rPr>
          <w:b/>
        </w:rPr>
        <w:t>4. Какой знак может разделять части, если вторая часть бессоюзной конструкции поясняет первую?</w:t>
      </w:r>
    </w:p>
    <w:p>
      <w:r>
        <w:t>А) Двоеточие</w:t>
      </w:r>
    </w:p>
    <w:p>
      <w:r>
        <w:t>Б) Кавычки</w:t>
      </w:r>
    </w:p>
    <w:p>
      <w:r>
        <w:t>В) Дефис</w:t>
      </w:r>
    </w:p>
    <w:p>
      <w:r>
        <w:t>Г) Скобки</w:t>
      </w:r>
    </w:p>
    <w:p>
      <w:r>
        <w:rPr>
          <w:b/>
        </w:rPr>
        <w:t>5. В каком предложении сочетаются подчинительная и сочинительная связи?</w:t>
      </w:r>
    </w:p>
    <w:p>
      <w:r>
        <w:t>А) Когда наступил вечер, стало тихо, и звёзды появились.</w:t>
      </w:r>
    </w:p>
    <w:p>
      <w:r>
        <w:t>Б) Солнце взошло.</w:t>
      </w:r>
    </w:p>
    <w:p>
      <w:r>
        <w:t>В) Дождь закончился — выглянуло солнце.</w:t>
      </w:r>
    </w:p>
    <w:p>
      <w:r>
        <w:t>Г) Я знаю, что он придёт.</w:t>
      </w:r>
    </w:p>
    <w:p>
      <w:r>
        <w:rPr>
          <w:b/>
        </w:rPr>
        <w:t>6. Что нужно сделать первым при разборе сложного предложения с разными видами связи?</w:t>
      </w:r>
    </w:p>
    <w:p>
      <w:r>
        <w:t>А) Найти все грамматические основы.</w:t>
      </w:r>
    </w:p>
    <w:p>
      <w:r>
        <w:t>Б) Поставить все запятые.</w:t>
      </w:r>
    </w:p>
    <w:p>
      <w:r>
        <w:t>В) Найти только союзы.</w:t>
      </w:r>
    </w:p>
    <w:p>
      <w:r>
        <w:t>Г) Определить только вид придаточного.</w:t>
      </w:r>
    </w:p>
    <w:p>
      <w:r>
        <w:rPr>
          <w:b/>
        </w:rPr>
        <w:t>7. Какой вариант схемы подходит к предложению «Когда наступил вечер, город затих, и зажглись фонари»?</w:t>
      </w:r>
    </w:p>
    <w:p>
      <w:r>
        <w:t>А) (Когда...), [ ], и [ ].</w:t>
      </w:r>
    </w:p>
    <w:p>
      <w:r>
        <w:t>Б) [ ], (когда...), и [ ].</w:t>
      </w:r>
    </w:p>
    <w:p>
      <w:r>
        <w:t>В) [ ] и [ ], (когда...).</w:t>
      </w:r>
    </w:p>
    <w:p>
      <w:r>
        <w:t>Г) [ ] — [ ] — [ ].</w:t>
      </w:r>
    </w:p>
    <w:p>
      <w:r>
        <w:rPr>
          <w:b/>
        </w:rPr>
        <w:t>8. В каком предложении сочетаются СПП и БСП?</w:t>
      </w:r>
    </w:p>
    <w:p>
      <w:r>
        <w:t>А) Если будет дождь, мы останемся дома: прогулка отменяется.</w:t>
      </w:r>
    </w:p>
    <w:p>
      <w:r>
        <w:t>Б) Солнце взошло, и птицы запели.</w:t>
      </w:r>
    </w:p>
    <w:p>
      <w:r>
        <w:t>В) Я знаю, что он придёт.</w:t>
      </w:r>
    </w:p>
    <w:p>
      <w:r>
        <w:t>Г) Дождь закончился — дети вышли.</w:t>
      </w:r>
    </w:p>
    <w:p>
      <w:r>
        <w:rPr>
          <w:b/>
        </w:rPr>
        <w:t>9. Какой знак может отделять две самостоятельные части, если они достаточно распространены и внутри уже есть запятые?</w:t>
      </w:r>
    </w:p>
    <w:p>
      <w:r>
        <w:t>А) Точка с запятой</w:t>
      </w:r>
    </w:p>
    <w:p>
      <w:r>
        <w:t>Б) Кавычки</w:t>
      </w:r>
    </w:p>
    <w:p>
      <w:r>
        <w:t>В) Дефис</w:t>
      </w:r>
    </w:p>
    <w:p>
      <w:r>
        <w:t>Г) Вопросительный знак</w:t>
      </w:r>
    </w:p>
    <w:p>
      <w:r>
        <w:rPr>
          <w:b/>
        </w:rPr>
        <w:t>10. В каком предложении есть все три вида связи?</w:t>
      </w:r>
    </w:p>
    <w:p>
      <w:r>
        <w:t>А) Когда наступил вечер, стало тихо, и звёзды появились: город готовился ко сну.</w:t>
      </w:r>
    </w:p>
    <w:p>
      <w:r>
        <w:t>Б) Солнце взошло, и птицы запели.</w:t>
      </w:r>
    </w:p>
    <w:p>
      <w:r>
        <w:t>В) Я знаю, что он придёт.</w:t>
      </w:r>
    </w:p>
    <w:p>
      <w:r>
        <w:t>Г) Дождь закончился — выглянуло солнце.</w:t>
      </w:r>
    </w:p>
    <w:p>
      <w:r>
        <w:rPr>
          <w:b/>
        </w:rPr>
        <w:t>11. Какой принцип помогает расставлять знаки в сложном предложении с разными видами связи?</w:t>
      </w:r>
    </w:p>
    <w:p>
      <w:r>
        <w:t>А) Сначала определить границы частей и отношения между ними.</w:t>
      </w:r>
    </w:p>
    <w:p>
      <w:r>
        <w:t>Б) Поставить запятые между всеми словами.</w:t>
      </w:r>
    </w:p>
    <w:p>
      <w:r>
        <w:t>В) Всегда использовать только запятые.</w:t>
      </w:r>
    </w:p>
    <w:p>
      <w:r>
        <w:t>Г) Ориентироваться только на длину предложения.</w:t>
      </w:r>
    </w:p>
    <w:p>
      <w:r>
        <w:rPr>
          <w:b/>
        </w:rPr>
        <w:t>12. В каком предложении правильно расставлены знаки?</w:t>
      </w:r>
    </w:p>
    <w:p>
      <w:r>
        <w:t>А) Когда закончился дождь, выглянуло солнце, и дети вышли во двор.</w:t>
      </w:r>
    </w:p>
    <w:p>
      <w:r>
        <w:t>Б) Когда закончился дождь выглянуло солнце и дети вышли во двор.</w:t>
      </w:r>
    </w:p>
    <w:p>
      <w:r>
        <w:t>В) Когда закончился дождь: выглянуло солнце, и дети вышли во двор.</w:t>
      </w:r>
    </w:p>
    <w:p>
      <w:r>
        <w:t>Г) Когда закончился дождь — выглянуло солнце и дети вышли во двор.</w:t>
      </w:r>
    </w:p>
    <w:p>
      <w:r>
        <w:rPr>
          <w:b/>
        </w:rPr>
        <w:t>13. В каком предложении есть бессоюзная связь и сочинительная связь?</w:t>
      </w:r>
    </w:p>
    <w:p>
      <w:r>
        <w:t>А) Дождь закончился, выглянуло солнце, и дети вышли.</w:t>
      </w:r>
    </w:p>
    <w:p>
      <w:r>
        <w:t>Б) Когда закончился дождь, дети вышли.</w:t>
      </w:r>
    </w:p>
    <w:p>
      <w:r>
        <w:t>В) Дождь закончился — дети вышли.</w:t>
      </w:r>
    </w:p>
    <w:p>
      <w:r>
        <w:t>Г) Дети вышли, потому что дождь закончился.</w:t>
      </w:r>
    </w:p>
    <w:p>
      <w:r>
        <w:rPr>
          <w:b/>
        </w:rPr>
        <w:t>14. Что следует проверить после расстановки знаков?</w:t>
      </w:r>
    </w:p>
    <w:p>
      <w:r>
        <w:t>А) Схему, грамматические основы и смысловые отношения.</w:t>
      </w:r>
    </w:p>
    <w:p>
      <w:r>
        <w:t>Б) Только количество запятых.</w:t>
      </w:r>
    </w:p>
    <w:p>
      <w:r>
        <w:t>В) Только количество слов.</w:t>
      </w:r>
    </w:p>
    <w:p>
      <w:r>
        <w:t>Г) Только наличие союзов.</w:t>
      </w:r>
    </w:p>
    <w:p>
      <w:r>
        <w:rPr>
          <w:b/>
        </w:rPr>
        <w:t>15. Выберите правильный вариант оформления.</w:t>
      </w:r>
    </w:p>
    <w:p>
      <w:r>
        <w:t>А) Когда наступила ночь, город затих, и в окнах зажглись огни.</w:t>
      </w:r>
    </w:p>
    <w:p>
      <w:r>
        <w:t>Б) Когда наступила ночь город затих и в окнах зажглись огни.</w:t>
      </w:r>
    </w:p>
    <w:p>
      <w:r>
        <w:t>В) Когда наступила ночь: город затих, и в окнах зажглись огни.</w:t>
      </w:r>
    </w:p>
    <w:p>
      <w:r>
        <w:t>Г) Когда наступила ночь — город затих и в окнах зажглись огни.</w:t>
      </w:r>
    </w:p>
    <w:sectPr w:rsidR="00FC693F" w:rsidRPr="0006063C" w:rsidSect="00034616"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