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🎨 СТИЛИСТИКА</w:t>
        <w:br/>
        <w:t>Тема 1. Стилистика как раздел науки о языке</w:t>
      </w:r>
    </w:p>
    <w:p>
      <w:pPr>
        <w:jc w:val="center"/>
      </w:pPr>
      <w:r>
        <w:rPr>
          <w:i/>
        </w:rPr>
        <w:t>Тест — 15 вопросов</w:t>
      </w:r>
    </w:p>
    <w:p>
      <w:r>
        <w:rPr>
          <w:b/>
        </w:rPr>
        <w:t>1. Что изучает стилистика как раздел языкознания?</w:t>
      </w:r>
    </w:p>
    <w:p>
      <w:r>
        <w:t>А) Звуковой состав языка</w:t>
      </w:r>
    </w:p>
    <w:p>
      <w:r>
        <w:t>Б) Стили речи и уместность использования языковых средств</w:t>
      </w:r>
    </w:p>
    <w:p>
      <w:r>
        <w:t>В) Только состав слова</w:t>
      </w:r>
    </w:p>
    <w:p>
      <w:r>
        <w:t>Г) Только правила постановки знаков препинания</w:t>
      </w:r>
    </w:p>
    <w:p>
      <w:r>
        <w:rPr>
          <w:b/>
        </w:rPr>
        <w:t>2. Что является главным предметом изучения стилистики?</w:t>
      </w:r>
    </w:p>
    <w:p>
      <w:r>
        <w:t>А) Варианты употребления языковых средств в разных ситуациях общения</w:t>
      </w:r>
    </w:p>
    <w:p>
      <w:r>
        <w:t>Б) Только происхождение слов</w:t>
      </w:r>
    </w:p>
    <w:p>
      <w:r>
        <w:t>В) Только образование новых слов</w:t>
      </w:r>
    </w:p>
    <w:p>
      <w:r>
        <w:t>Г) Только изменение слов по падежам</w:t>
      </w:r>
    </w:p>
    <w:p>
      <w:r>
        <w:rPr>
          <w:b/>
        </w:rPr>
        <w:t>3. Что такое стиль речи?</w:t>
      </w:r>
    </w:p>
    <w:p>
      <w:r>
        <w:t>А) Способ образования слова</w:t>
      </w:r>
    </w:p>
    <w:p>
      <w:r>
        <w:t>Б) Совокупность языковых средств и особенностей их употребления в определённой сфере общения</w:t>
      </w:r>
    </w:p>
    <w:p>
      <w:r>
        <w:t>В) Часть слова перед корнем</w:t>
      </w:r>
    </w:p>
    <w:p>
      <w:r>
        <w:t>Г) Правило постановки ударения</w:t>
      </w:r>
    </w:p>
    <w:p>
      <w:r>
        <w:rPr>
          <w:b/>
        </w:rPr>
        <w:t>4. Что называют стилистической нормой?</w:t>
      </w:r>
    </w:p>
    <w:p>
      <w:r>
        <w:t>А) Правильное употребление языковых средств с учётом ситуации и цели общения</w:t>
      </w:r>
    </w:p>
    <w:p>
      <w:r>
        <w:t>Б) Любое употребление разговорных слов</w:t>
      </w:r>
    </w:p>
    <w:p>
      <w:r>
        <w:t>В) Только правильное написание слов</w:t>
      </w:r>
    </w:p>
    <w:p>
      <w:r>
        <w:t>Г) Только правильное произношение звуков</w:t>
      </w:r>
    </w:p>
    <w:p>
      <w:r>
        <w:rPr>
          <w:b/>
        </w:rPr>
        <w:t>5. Что означает стилистическая уместность речи?</w:t>
      </w:r>
    </w:p>
    <w:p>
      <w:r>
        <w:t>А) Соответствие языковых средств цели, ситуации и адресату общения</w:t>
      </w:r>
    </w:p>
    <w:p>
      <w:r>
        <w:t>Б) Использование только книжных слов</w:t>
      </w:r>
    </w:p>
    <w:p>
      <w:r>
        <w:t>В) Использование как можно большего количества терминов</w:t>
      </w:r>
    </w:p>
    <w:p>
      <w:r>
        <w:t>Г) Отсутствие эмоциональной окраски в любой речи</w:t>
      </w:r>
    </w:p>
    <w:p>
      <w:r>
        <w:rPr>
          <w:b/>
        </w:rPr>
        <w:t>6. Какая пара лучше всего показывает различие стилистической окраски слов?</w:t>
      </w:r>
    </w:p>
    <w:p>
      <w:r>
        <w:t>А) дом — окно</w:t>
      </w:r>
    </w:p>
    <w:p>
      <w:r>
        <w:t>Б) лицо — лик — физиономия</w:t>
      </w:r>
    </w:p>
    <w:p>
      <w:r>
        <w:t>В) стол — стул</w:t>
      </w:r>
    </w:p>
    <w:p>
      <w:r>
        <w:t>Г) книга — тетрадь</w:t>
      </w:r>
    </w:p>
    <w:p>
      <w:r>
        <w:rPr>
          <w:b/>
        </w:rPr>
        <w:t>7. Какое слово является стилистически нейтральным?</w:t>
      </w:r>
    </w:p>
    <w:p>
      <w:r>
        <w:t>А) лик</w:t>
      </w:r>
    </w:p>
    <w:p>
      <w:r>
        <w:t>Б) болтать</w:t>
      </w:r>
    </w:p>
    <w:p>
      <w:r>
        <w:t>В) лицо</w:t>
      </w:r>
    </w:p>
    <w:p>
      <w:r>
        <w:t>Г) физиономия</w:t>
      </w:r>
    </w:p>
    <w:p>
      <w:r>
        <w:rPr>
          <w:b/>
        </w:rPr>
        <w:t>8. Какое утверждение о стилистике верно?</w:t>
      </w:r>
    </w:p>
    <w:p>
      <w:r>
        <w:t>А) Она рассматривает только литературные произведения</w:t>
      </w:r>
    </w:p>
    <w:p>
      <w:r>
        <w:t>Б) Она помогает выбирать языковые средства в соответствии с целью и ситуацией общения</w:t>
      </w:r>
    </w:p>
    <w:p>
      <w:r>
        <w:t>В) Она изучает только правила орфографии</w:t>
      </w:r>
    </w:p>
    <w:p>
      <w:r>
        <w:t>Г) Она занимается только звуковой системой языка</w:t>
      </w:r>
    </w:p>
    <w:p>
      <w:r>
        <w:rPr>
          <w:b/>
        </w:rPr>
        <w:t>9. Почему одно и то же слово может быть уместным в одной ситуации и неуместным в другой?</w:t>
      </w:r>
    </w:p>
    <w:p>
      <w:r>
        <w:t>А) Потому что значение слова всегда меняется</w:t>
      </w:r>
    </w:p>
    <w:p>
      <w:r>
        <w:t>Б) Потому что выбор слова зависит от цели, адресата и обстановки общения</w:t>
      </w:r>
    </w:p>
    <w:p>
      <w:r>
        <w:t>В) Потому что все слова имеют одинаковую окраску</w:t>
      </w:r>
    </w:p>
    <w:p>
      <w:r>
        <w:t>Г) Потому что стилистика не связана с речевой ситуацией</w:t>
      </w:r>
    </w:p>
    <w:p>
      <w:r>
        <w:rPr>
          <w:b/>
        </w:rPr>
        <w:t>10. Какой вопрос относится к стилистическому анализу речи?</w:t>
      </w:r>
    </w:p>
    <w:p>
      <w:r>
        <w:t>А) Сколько букв в слове?</w:t>
      </w:r>
    </w:p>
    <w:p>
      <w:r>
        <w:t>Б) Какая языковая единица употреблена и насколько она уместна в данной ситуации?</w:t>
      </w:r>
    </w:p>
    <w:p>
      <w:r>
        <w:t>В) Сколько слогов в предложении?</w:t>
      </w:r>
    </w:p>
    <w:p>
      <w:r>
        <w:t>Г) Какой звук стоит первым?</w:t>
      </w:r>
    </w:p>
    <w:p>
      <w:r>
        <w:rPr>
          <w:b/>
        </w:rPr>
        <w:t>11. Какое выражение наиболее уместно в официальной ситуации?</w:t>
      </w:r>
    </w:p>
    <w:p>
      <w:r>
        <w:t>А) Скиньте мне бумажку</w:t>
      </w:r>
    </w:p>
    <w:p>
      <w:r>
        <w:t>Б) Дайте мне эту штуку</w:t>
      </w:r>
    </w:p>
    <w:p>
      <w:r>
        <w:t>В) Прошу предоставить справку</w:t>
      </w:r>
    </w:p>
    <w:p>
      <w:r>
        <w:t>Г) Пришлите мне бумажку, пожалуйста</w:t>
      </w:r>
    </w:p>
    <w:p>
      <w:r>
        <w:rPr>
          <w:b/>
        </w:rPr>
        <w:t>12. Какое высказывание наиболее характерно для разговорной речи?</w:t>
      </w:r>
    </w:p>
    <w:p>
      <w:r>
        <w:t>А) Прошу предоставить необходимые сведения</w:t>
      </w:r>
    </w:p>
    <w:p>
      <w:r>
        <w:t>Б) Исследование демонстрирует зависимость результатов</w:t>
      </w:r>
    </w:p>
    <w:p>
      <w:r>
        <w:t>В) Ну что, пойдём после уроков?</w:t>
      </w:r>
    </w:p>
    <w:p>
      <w:r>
        <w:t>Г) На основании изложенного постановляю</w:t>
      </w:r>
    </w:p>
    <w:p>
      <w:r>
        <w:rPr>
          <w:b/>
        </w:rPr>
        <w:t>13. Что относится к задачам стилистики?</w:t>
      </w:r>
    </w:p>
    <w:p>
      <w:r>
        <w:t>А) Определение уместности языковых средств</w:t>
      </w:r>
    </w:p>
    <w:p>
      <w:r>
        <w:t>Б) Подсчёт количества букв</w:t>
      </w:r>
    </w:p>
    <w:p>
      <w:r>
        <w:t>В) Определение состава морфем без учёта контекста</w:t>
      </w:r>
    </w:p>
    <w:p>
      <w:r>
        <w:t>Г) Только постановка ударения</w:t>
      </w:r>
    </w:p>
    <w:p>
      <w:r>
        <w:rPr>
          <w:b/>
        </w:rPr>
        <w:t>14. Что происходит, если языковое средство стилистически неуместно?</w:t>
      </w:r>
    </w:p>
    <w:p>
      <w:r>
        <w:t>А) Речь может стать неточной, неестественной или нарушить требования ситуации общения</w:t>
      </w:r>
    </w:p>
    <w:p>
      <w:r>
        <w:t>Б) Слово обязательно меняет свой корень</w:t>
      </w:r>
    </w:p>
    <w:p>
      <w:r>
        <w:t>В) Предложение перестаёт быть грамматическим во всех случаях</w:t>
      </w:r>
    </w:p>
    <w:p>
      <w:r>
        <w:t>Г) Любое слово становится просторечным</w:t>
      </w:r>
    </w:p>
    <w:p>
      <w:r>
        <w:rPr>
          <w:b/>
        </w:rPr>
        <w:t>15. Какое определение наиболее полно характеризует стилистику?</w:t>
      </w:r>
    </w:p>
    <w:p>
      <w:r>
        <w:t>А) Раздел языкознания, изучающий выразительные возможности языка, стили речи и уместность языковых средств</w:t>
      </w:r>
    </w:p>
    <w:p>
      <w:r>
        <w:t>Б) Раздел языкознания, изучающий только звуки</w:t>
      </w:r>
    </w:p>
    <w:p>
      <w:r>
        <w:t>В) Раздел языкознания, изучающий только части речи</w:t>
      </w:r>
    </w:p>
    <w:p>
      <w:r>
        <w:t>Г) Раздел языкознания, изучающий только знаки препинания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