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🎨 СТИЛИСТИКА</w:t>
        <w:br/>
        <w:t>Тема 2. Функциональные стили речи</w:t>
      </w:r>
    </w:p>
    <w:p>
      <w:pPr>
        <w:jc w:val="center"/>
      </w:pPr>
      <w:r>
        <w:rPr>
          <w:i/>
        </w:rPr>
        <w:t>Тест — 15 вопросов</w:t>
      </w:r>
    </w:p>
    <w:p>
      <w:r>
        <w:rPr>
          <w:b/>
        </w:rPr>
        <w:t>1. Сколько основных функциональных стилей русского литературного языка обычно выделяют?</w:t>
      </w:r>
    </w:p>
    <w:p>
      <w:r>
        <w:t>А) Три</w:t>
      </w:r>
    </w:p>
    <w:p>
      <w:r>
        <w:t>Б) Пять</w:t>
      </w:r>
    </w:p>
    <w:p>
      <w:r>
        <w:t>В) Семь</w:t>
      </w:r>
    </w:p>
    <w:p>
      <w:r>
        <w:t>Г) Десять</w:t>
      </w:r>
    </w:p>
    <w:p>
      <w:r>
        <w:rPr>
          <w:b/>
        </w:rPr>
        <w:t>2. Какой стиль используется в непринуждённом бытовом общении?</w:t>
      </w:r>
    </w:p>
    <w:p>
      <w:r>
        <w:t>А) Научный</w:t>
      </w:r>
    </w:p>
    <w:p>
      <w:r>
        <w:t>Б) Официально-деловой</w:t>
      </w:r>
    </w:p>
    <w:p>
      <w:r>
        <w:t>В) Разговорный</w:t>
      </w:r>
    </w:p>
    <w:p>
      <w:r>
        <w:t>Г) Публицистический</w:t>
      </w:r>
    </w:p>
    <w:p>
      <w:r>
        <w:rPr>
          <w:b/>
        </w:rPr>
        <w:t>3. Какой стиль характерен для учебников, научных статей и докладов?</w:t>
      </w:r>
    </w:p>
    <w:p>
      <w:r>
        <w:t>А) Научный</w:t>
      </w:r>
    </w:p>
    <w:p>
      <w:r>
        <w:t>Б) Разговорный</w:t>
      </w:r>
    </w:p>
    <w:p>
      <w:r>
        <w:t>В) Художественный</w:t>
      </w:r>
    </w:p>
    <w:p>
      <w:r>
        <w:t>Г) Официально-деловой</w:t>
      </w:r>
    </w:p>
    <w:p>
      <w:r>
        <w:rPr>
          <w:b/>
        </w:rPr>
        <w:t>4. Какой стиль используется в заявлениях, приказах, справках и договорах?</w:t>
      </w:r>
    </w:p>
    <w:p>
      <w:r>
        <w:t>А) Публицистический</w:t>
      </w:r>
    </w:p>
    <w:p>
      <w:r>
        <w:t>Б) Официально-деловой</w:t>
      </w:r>
    </w:p>
    <w:p>
      <w:r>
        <w:t>В) Разговорный</w:t>
      </w:r>
    </w:p>
    <w:p>
      <w:r>
        <w:t>Г) Художественный</w:t>
      </w:r>
    </w:p>
    <w:p>
      <w:r>
        <w:rPr>
          <w:b/>
        </w:rPr>
        <w:t>5. Какой стиль характерен для газетных статей, репортажей и общественных выступлений?</w:t>
      </w:r>
    </w:p>
    <w:p>
      <w:r>
        <w:t>А) Научный</w:t>
      </w:r>
    </w:p>
    <w:p>
      <w:r>
        <w:t>Б) Публицистический</w:t>
      </w:r>
    </w:p>
    <w:p>
      <w:r>
        <w:t>В) Разговорный</w:t>
      </w:r>
    </w:p>
    <w:p>
      <w:r>
        <w:t>Г) Официально-деловой</w:t>
      </w:r>
    </w:p>
    <w:p>
      <w:r>
        <w:rPr>
          <w:b/>
        </w:rPr>
        <w:t>6. Какой стиль используется прежде всего в художественных произведениях?</w:t>
      </w:r>
    </w:p>
    <w:p>
      <w:r>
        <w:t>А) Художественный</w:t>
      </w:r>
    </w:p>
    <w:p>
      <w:r>
        <w:t>Б) Научный</w:t>
      </w:r>
    </w:p>
    <w:p>
      <w:r>
        <w:t>В) Официально-деловой</w:t>
      </w:r>
    </w:p>
    <w:p>
      <w:r>
        <w:t>Г) Разговорный</w:t>
      </w:r>
    </w:p>
    <w:p>
      <w:r>
        <w:rPr>
          <w:b/>
        </w:rPr>
        <w:t>7. Какова основная цель научного стиля?</w:t>
      </w:r>
    </w:p>
    <w:p>
      <w:r>
        <w:t>А) Воздействовать на чувства читателя</w:t>
      </w:r>
    </w:p>
    <w:p>
      <w:r>
        <w:t>Б) Сообщать и объяснять научную информацию точно и логично</w:t>
      </w:r>
    </w:p>
    <w:p>
      <w:r>
        <w:t>В) Поддерживать непринуждённую беседу</w:t>
      </w:r>
    </w:p>
    <w:p>
      <w:r>
        <w:t>Г) Регулировать официальные отношения</w:t>
      </w:r>
    </w:p>
    <w:p>
      <w:r>
        <w:rPr>
          <w:b/>
        </w:rPr>
        <w:t>8. Какова основная цель официально-делового стиля?</w:t>
      </w:r>
    </w:p>
    <w:p>
      <w:r>
        <w:t>А) Создавать художественные образы</w:t>
      </w:r>
    </w:p>
    <w:p>
      <w:r>
        <w:t>Б) Обеспечивать точное оформление официальных отношений и документов</w:t>
      </w:r>
    </w:p>
    <w:p>
      <w:r>
        <w:t>В) Развлекать читателя</w:t>
      </w:r>
    </w:p>
    <w:p>
      <w:r>
        <w:t>Г) Выражать личные эмоции</w:t>
      </w:r>
    </w:p>
    <w:p>
      <w:r>
        <w:rPr>
          <w:b/>
        </w:rPr>
        <w:t>9. Какой признак наиболее характерен для разговорного стиля?</w:t>
      </w:r>
    </w:p>
    <w:p>
      <w:r>
        <w:t>А) Непринуждённость</w:t>
      </w:r>
    </w:p>
    <w:p>
      <w:r>
        <w:t>Б) Строгая терминология</w:t>
      </w:r>
    </w:p>
    <w:p>
      <w:r>
        <w:t>В) Стандартные формулы документов</w:t>
      </w:r>
    </w:p>
    <w:p>
      <w:r>
        <w:t>Г) Научная доказательность</w:t>
      </w:r>
    </w:p>
    <w:p>
      <w:r>
        <w:rPr>
          <w:b/>
        </w:rPr>
        <w:t>10. Какой признак характерен для публицистического стиля?</w:t>
      </w:r>
    </w:p>
    <w:p>
      <w:r>
        <w:t>А) Воздействие на общественное мнение</w:t>
      </w:r>
    </w:p>
    <w:p>
      <w:r>
        <w:t>Б) Только бытовая лексика</w:t>
      </w:r>
    </w:p>
    <w:p>
      <w:r>
        <w:t>В) Отсутствие оценки</w:t>
      </w:r>
    </w:p>
    <w:p>
      <w:r>
        <w:t>Г) Использование исключительно терминов</w:t>
      </w:r>
    </w:p>
    <w:p>
      <w:r>
        <w:rPr>
          <w:b/>
        </w:rPr>
        <w:t>11. Какое предложение относится к научному стилю?</w:t>
      </w:r>
    </w:p>
    <w:p>
      <w:r>
        <w:t>А) Ну что, встретимся вечером?</w:t>
      </w:r>
    </w:p>
    <w:p>
      <w:r>
        <w:t>Б) Температура кипения воды при нормальном атмосферном давлении составляет 100 °C.</w:t>
      </w:r>
    </w:p>
    <w:p>
      <w:r>
        <w:t>В) Прошу предоставить мне отпуск.</w:t>
      </w:r>
    </w:p>
    <w:p>
      <w:r>
        <w:t>Г) Мы призываем беречь природу!</w:t>
      </w:r>
    </w:p>
    <w:p>
      <w:r>
        <w:rPr>
          <w:b/>
        </w:rPr>
        <w:t>12. Какое предложение относится к официально-деловому стилю?</w:t>
      </w:r>
    </w:p>
    <w:p>
      <w:r>
        <w:t>А) Я сегодня ужасно устал.</w:t>
      </w:r>
    </w:p>
    <w:p>
      <w:r>
        <w:t>Б) Исследование показывает зависимость результата от условий эксперимента.</w:t>
      </w:r>
    </w:p>
    <w:p>
      <w:r>
        <w:t>В) Прошу предоставить мне справку о месте работы.</w:t>
      </w:r>
    </w:p>
    <w:p>
      <w:r>
        <w:t>Г) Как прекрасен этот вечер!</w:t>
      </w:r>
    </w:p>
    <w:p>
      <w:r>
        <w:rPr>
          <w:b/>
        </w:rPr>
        <w:t>13. Какое предложение относится к публицистическому стилю?</w:t>
      </w:r>
    </w:p>
    <w:p>
      <w:r>
        <w:t>А) Плотность вещества определяется отношением массы к объёму.</w:t>
      </w:r>
    </w:p>
    <w:p>
      <w:r>
        <w:t>Б) Прошу зарегистрировать заявление.</w:t>
      </w:r>
    </w:p>
    <w:p>
      <w:r>
        <w:t>В) Мы должны сохранить природу для будущих поколений!</w:t>
      </w:r>
    </w:p>
    <w:p>
      <w:r>
        <w:t>Г) Давай встретимся после уроков.</w:t>
      </w:r>
    </w:p>
    <w:p>
      <w:r>
        <w:rPr>
          <w:b/>
        </w:rPr>
        <w:t>14. Какое предложение относится к разговорному стилю?</w:t>
      </w:r>
    </w:p>
    <w:p>
      <w:r>
        <w:t>А) На основании изложенного постановляю...</w:t>
      </w:r>
    </w:p>
    <w:p>
      <w:r>
        <w:t>Б) В ходе исследования были получены следующие результаты.</w:t>
      </w:r>
    </w:p>
    <w:p>
      <w:r>
        <w:t>В) Слушай, давай после уроков зайдём в библиотеку.</w:t>
      </w:r>
    </w:p>
    <w:p>
      <w:r>
        <w:t>Г) Проблема экологии требует внимания общества.</w:t>
      </w:r>
    </w:p>
    <w:p>
      <w:r>
        <w:rPr>
          <w:b/>
        </w:rPr>
        <w:t>15. Какое предложение относится к художественному стилю?</w:t>
      </w:r>
    </w:p>
    <w:p>
      <w:r>
        <w:t>А) Заявление принято к рассмотрению.</w:t>
      </w:r>
    </w:p>
    <w:p>
      <w:r>
        <w:t>Б) В результате опыта получены новые данные.</w:t>
      </w:r>
    </w:p>
    <w:p>
      <w:r>
        <w:t>В) Золотая осень тихо ступала по лесу.</w:t>
      </w:r>
    </w:p>
    <w:p>
      <w:r>
        <w:t>Г) Гражданам необходимо соблюдать правила.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