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🎨 СТИЛИСТИКА</w:t>
        <w:br/>
        <w:t>Тема 3. Стилистическая окраска слов</w:t>
      </w:r>
    </w:p>
    <w:p>
      <w:pPr>
        <w:jc w:val="center"/>
      </w:pPr>
      <w:r>
        <w:rPr>
          <w:i/>
        </w:rPr>
        <w:t>Тест — 15 вопросов</w:t>
      </w:r>
    </w:p>
    <w:p>
      <w:r>
        <w:rPr>
          <w:b/>
        </w:rPr>
        <w:t>1. Что такое стилистическая окраска слова?</w:t>
      </w:r>
    </w:p>
    <w:p>
      <w:r>
        <w:t>А) Его звуковой состав</w:t>
      </w:r>
    </w:p>
    <w:p>
      <w:r>
        <w:t>Б) Дополнительное стилистическое значение, связанное с употреблением слова в определённой сфере или ситуации</w:t>
      </w:r>
    </w:p>
    <w:p>
      <w:r>
        <w:t>В) Количество морфем</w:t>
      </w:r>
    </w:p>
    <w:p>
      <w:r>
        <w:t>Г) Только его лексическое значение</w:t>
      </w:r>
    </w:p>
    <w:p>
      <w:r>
        <w:rPr>
          <w:b/>
        </w:rPr>
        <w:t>2. Какую лексику называют стилистически нейтральной?</w:t>
      </w:r>
    </w:p>
    <w:p>
      <w:r>
        <w:t>А) Употребительную в большинстве ситуаций без специальной стилистической окраски</w:t>
      </w:r>
    </w:p>
    <w:p>
      <w:r>
        <w:t>Б) Только научную</w:t>
      </w:r>
    </w:p>
    <w:p>
      <w:r>
        <w:t>В) Только разговорную</w:t>
      </w:r>
    </w:p>
    <w:p>
      <w:r>
        <w:t>Г) Только художественную</w:t>
      </w:r>
    </w:p>
    <w:p>
      <w:r>
        <w:rPr>
          <w:b/>
        </w:rPr>
        <w:t>3. Какое слово стилистически нейтральное?</w:t>
      </w:r>
    </w:p>
    <w:p>
      <w:r>
        <w:t>А) лик</w:t>
      </w:r>
    </w:p>
    <w:p>
      <w:r>
        <w:t>Б) лицо</w:t>
      </w:r>
    </w:p>
    <w:p>
      <w:r>
        <w:t>В) физиономия</w:t>
      </w:r>
    </w:p>
    <w:p>
      <w:r>
        <w:t>Г) морда</w:t>
      </w:r>
    </w:p>
    <w:p>
      <w:r>
        <w:rPr>
          <w:b/>
        </w:rPr>
        <w:t>4. Какое слово имеет книжную окраску?</w:t>
      </w:r>
    </w:p>
    <w:p>
      <w:r>
        <w:t>А) болтать</w:t>
      </w:r>
    </w:p>
    <w:p>
      <w:r>
        <w:t>Б) лик</w:t>
      </w:r>
    </w:p>
    <w:p>
      <w:r>
        <w:t>В) ребята</w:t>
      </w:r>
    </w:p>
    <w:p>
      <w:r>
        <w:t>Г) штука</w:t>
      </w:r>
    </w:p>
    <w:p>
      <w:r>
        <w:rPr>
          <w:b/>
        </w:rPr>
        <w:t>5. Какое слово имеет разговорную окраску?</w:t>
      </w:r>
    </w:p>
    <w:p>
      <w:r>
        <w:t>А) препятствие</w:t>
      </w:r>
    </w:p>
    <w:p>
      <w:r>
        <w:t>Б) болтать</w:t>
      </w:r>
    </w:p>
    <w:p>
      <w:r>
        <w:t>В) осуществить</w:t>
      </w:r>
    </w:p>
    <w:p>
      <w:r>
        <w:t>Г) ходатайствовать</w:t>
      </w:r>
    </w:p>
    <w:p>
      <w:r>
        <w:rPr>
          <w:b/>
        </w:rPr>
        <w:t>6. Какое слово относится к просторечной лексике?</w:t>
      </w:r>
    </w:p>
    <w:p>
      <w:r>
        <w:t>А) лицо</w:t>
      </w:r>
    </w:p>
    <w:p>
      <w:r>
        <w:t>Б) физиономия</w:t>
      </w:r>
    </w:p>
    <w:p>
      <w:r>
        <w:t>В) шибко</w:t>
      </w:r>
    </w:p>
    <w:p>
      <w:r>
        <w:t>Г) препятствие</w:t>
      </w:r>
    </w:p>
    <w:p>
      <w:r>
        <w:rPr>
          <w:b/>
        </w:rPr>
        <w:t>7. Какая пара показывает стилистические синонимы?</w:t>
      </w:r>
    </w:p>
    <w:p>
      <w:r>
        <w:t>А) дом — жилище</w:t>
      </w:r>
    </w:p>
    <w:p>
      <w:r>
        <w:t>Б) лицо — лик — физиономия</w:t>
      </w:r>
    </w:p>
    <w:p>
      <w:r>
        <w:t>В) лес — дерево</w:t>
      </w:r>
    </w:p>
    <w:p>
      <w:r>
        <w:t>Г) идти — стоять</w:t>
      </w:r>
    </w:p>
    <w:p>
      <w:r>
        <w:rPr>
          <w:b/>
        </w:rPr>
        <w:t>8. Какое слово наиболее уместно в официально-деловом тексте?</w:t>
      </w:r>
    </w:p>
    <w:p>
      <w:r>
        <w:t>А) штука</w:t>
      </w:r>
    </w:p>
    <w:p>
      <w:r>
        <w:t>Б) болтать</w:t>
      </w:r>
    </w:p>
    <w:p>
      <w:r>
        <w:t>В) осуществить</w:t>
      </w:r>
    </w:p>
    <w:p>
      <w:r>
        <w:t>Г) классный</w:t>
      </w:r>
    </w:p>
    <w:p>
      <w:r>
        <w:rPr>
          <w:b/>
        </w:rPr>
        <w:t>9. Какое слово уместнее в непринуждённой разговорной ситуации?</w:t>
      </w:r>
    </w:p>
    <w:p>
      <w:r>
        <w:t>А) ходатайствовать</w:t>
      </w:r>
    </w:p>
    <w:p>
      <w:r>
        <w:t>Б) осуществить</w:t>
      </w:r>
    </w:p>
    <w:p>
      <w:r>
        <w:t>В) ребята</w:t>
      </w:r>
    </w:p>
    <w:p>
      <w:r>
        <w:t>Г) вышеуказанный</w:t>
      </w:r>
    </w:p>
    <w:p>
      <w:r>
        <w:rPr>
          <w:b/>
        </w:rPr>
        <w:t>10. Какое слово имеет эмоционально-оценочную окраску?</w:t>
      </w:r>
    </w:p>
    <w:p>
      <w:r>
        <w:t>А) дом</w:t>
      </w:r>
    </w:p>
    <w:p>
      <w:r>
        <w:t>Б) прекрасный</w:t>
      </w:r>
    </w:p>
    <w:p>
      <w:r>
        <w:t>В) стол</w:t>
      </w:r>
    </w:p>
    <w:p>
      <w:r>
        <w:t>Г) окно</w:t>
      </w:r>
    </w:p>
    <w:p>
      <w:r>
        <w:rPr>
          <w:b/>
        </w:rPr>
        <w:t>11. В каком ряду все слова имеют книжную окраску?</w:t>
      </w:r>
    </w:p>
    <w:p>
      <w:r>
        <w:t>А) болтать, ребята, шустрый</w:t>
      </w:r>
    </w:p>
    <w:p>
      <w:r>
        <w:t>Б) осуществить, ходатайствовать, вышеуказанный</w:t>
      </w:r>
    </w:p>
    <w:p>
      <w:r>
        <w:t>В) дом, школа, идти</w:t>
      </w:r>
    </w:p>
    <w:p>
      <w:r>
        <w:t>Г) штука, классный, здорово</w:t>
      </w:r>
    </w:p>
    <w:p>
      <w:r>
        <w:rPr>
          <w:b/>
        </w:rPr>
        <w:t>12. В каком ряду есть разговорные слова?</w:t>
      </w:r>
    </w:p>
    <w:p>
      <w:r>
        <w:t>А) ребята, болтать, здорово</w:t>
      </w:r>
    </w:p>
    <w:p>
      <w:r>
        <w:t>Б) осуществить, данный, согласно</w:t>
      </w:r>
    </w:p>
    <w:p>
      <w:r>
        <w:t>В) следовательно, исследование, термин</w:t>
      </w:r>
    </w:p>
    <w:p>
      <w:r>
        <w:t>Г) заявление, постановление, договор</w:t>
      </w:r>
    </w:p>
    <w:p>
      <w:r>
        <w:rPr>
          <w:b/>
        </w:rPr>
        <w:t>13. Какое слово лучше заменить в научном тексте?</w:t>
      </w:r>
    </w:p>
    <w:p>
      <w:r>
        <w:t>А) исследование</w:t>
      </w:r>
    </w:p>
    <w:p>
      <w:r>
        <w:t>Б) результат</w:t>
      </w:r>
    </w:p>
    <w:p>
      <w:r>
        <w:t>В) штука</w:t>
      </w:r>
    </w:p>
    <w:p>
      <w:r>
        <w:t>Г) вывод</w:t>
      </w:r>
    </w:p>
    <w:p>
      <w:r>
        <w:rPr>
          <w:b/>
        </w:rPr>
        <w:t>14. Какое слово имеет высокую, поэтическую окраску?</w:t>
      </w:r>
    </w:p>
    <w:p>
      <w:r>
        <w:t>А) очи</w:t>
      </w:r>
    </w:p>
    <w:p>
      <w:r>
        <w:t>Б) глаза</w:t>
      </w:r>
    </w:p>
    <w:p>
      <w:r>
        <w:t>В) штука</w:t>
      </w:r>
    </w:p>
    <w:p>
      <w:r>
        <w:t>Г) глазки</w:t>
      </w:r>
    </w:p>
    <w:p>
      <w:r>
        <w:rPr>
          <w:b/>
        </w:rPr>
        <w:t>15. В каком варианте стилистическая окраска слов определена правильно?</w:t>
      </w:r>
    </w:p>
    <w:p>
      <w:r>
        <w:t>А) лик — разговорное; болтать — книжное</w:t>
      </w:r>
    </w:p>
    <w:p>
      <w:r>
        <w:t>Б) лицо — нейтральное; лик — книжное; болтать — разговорное</w:t>
      </w:r>
    </w:p>
    <w:p>
      <w:r>
        <w:t>В) лицо — просторечное; физиономия — научное</w:t>
      </w:r>
    </w:p>
    <w:p>
      <w:r>
        <w:t>Г) болтать — официально-деловое; лик — разговорное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