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🎨 СТИЛИСТИКА</w:t>
        <w:br/>
        <w:t>Тема 4. Научный и официально-деловой стили</w:t>
      </w:r>
    </w:p>
    <w:p>
      <w:pPr>
        <w:jc w:val="center"/>
      </w:pPr>
      <w:r>
        <w:rPr>
          <w:i/>
        </w:rPr>
        <w:t>Тест — 15 вопросов</w:t>
      </w:r>
    </w:p>
    <w:p>
      <w:r>
        <w:rPr>
          <w:b/>
        </w:rPr>
        <w:t>1. Какова основная задача научного стиля?</w:t>
      </w:r>
    </w:p>
    <w:p>
      <w:r>
        <w:t>А) Выражать бытовые эмоции</w:t>
      </w:r>
    </w:p>
    <w:p>
      <w:r>
        <w:t>Б) Точно сообщать, объяснять и доказывать научную информацию</w:t>
      </w:r>
    </w:p>
    <w:p>
      <w:r>
        <w:t>В) Создавать художественные образы</w:t>
      </w:r>
    </w:p>
    <w:p>
      <w:r>
        <w:t>Г) Оформлять личную переписку</w:t>
      </w:r>
    </w:p>
    <w:p>
      <w:r>
        <w:rPr>
          <w:b/>
        </w:rPr>
        <w:t>2. Какова основная задача официально-делового стиля?</w:t>
      </w:r>
    </w:p>
    <w:p>
      <w:r>
        <w:t>А) Регулировать официальные отношения и оформлять документы</w:t>
      </w:r>
    </w:p>
    <w:p>
      <w:r>
        <w:t>Б) Развлекать читателя</w:t>
      </w:r>
    </w:p>
    <w:p>
      <w:r>
        <w:t>В) Создавать художественные образы</w:t>
      </w:r>
    </w:p>
    <w:p>
      <w:r>
        <w:t>Г) Передавать бытовой разговор</w:t>
      </w:r>
    </w:p>
    <w:p>
      <w:r>
        <w:rPr>
          <w:b/>
        </w:rPr>
        <w:t>3. Какой признак характерен для научного стиля?</w:t>
      </w:r>
    </w:p>
    <w:p>
      <w:r>
        <w:t>А) Точность и логичность</w:t>
      </w:r>
    </w:p>
    <w:p>
      <w:r>
        <w:t>Б) Разговорная непринуждённость</w:t>
      </w:r>
    </w:p>
    <w:p>
      <w:r>
        <w:t>В) Обилие бытовых слов</w:t>
      </w:r>
    </w:p>
    <w:p>
      <w:r>
        <w:t>Г) Свободная эмоциональная манера</w:t>
      </w:r>
    </w:p>
    <w:p>
      <w:r>
        <w:rPr>
          <w:b/>
        </w:rPr>
        <w:t>4. Какой признак характерен для официально-делового стиля?</w:t>
      </w:r>
    </w:p>
    <w:p>
      <w:r>
        <w:t>А) Стандартизованность и наличие устойчивых формулировок</w:t>
      </w:r>
    </w:p>
    <w:p>
      <w:r>
        <w:t>Б) Образность</w:t>
      </w:r>
    </w:p>
    <w:p>
      <w:r>
        <w:t>В) Разговорная лексика</w:t>
      </w:r>
    </w:p>
    <w:p>
      <w:r>
        <w:t>Г) Большое количество метафор</w:t>
      </w:r>
    </w:p>
    <w:p>
      <w:r>
        <w:rPr>
          <w:b/>
        </w:rPr>
        <w:t>5. Какая лексика особенно характерна для научного стиля?</w:t>
      </w:r>
    </w:p>
    <w:p>
      <w:r>
        <w:t>А) Терминологическая</w:t>
      </w:r>
    </w:p>
    <w:p>
      <w:r>
        <w:t>Б) Просторечная</w:t>
      </w:r>
    </w:p>
    <w:p>
      <w:r>
        <w:t>В) Жаргонная</w:t>
      </w:r>
    </w:p>
    <w:p>
      <w:r>
        <w:t>Г) Бытовая</w:t>
      </w:r>
    </w:p>
    <w:p>
      <w:r>
        <w:rPr>
          <w:b/>
        </w:rPr>
        <w:t>6. Какое выражение характерно для официально-делового стиля?</w:t>
      </w:r>
    </w:p>
    <w:p>
      <w:r>
        <w:t>А) На основании изложенного</w:t>
      </w:r>
    </w:p>
    <w:p>
      <w:r>
        <w:t>Б) Ну, короче говоря</w:t>
      </w:r>
    </w:p>
    <w:p>
      <w:r>
        <w:t>В) Как здорово!</w:t>
      </w:r>
    </w:p>
    <w:p>
      <w:r>
        <w:t>Г) Золотые руки</w:t>
      </w:r>
    </w:p>
    <w:p>
      <w:r>
        <w:rPr>
          <w:b/>
        </w:rPr>
        <w:t>7. Какой жанр относится к научному стилю?</w:t>
      </w:r>
    </w:p>
    <w:p>
      <w:r>
        <w:t>А) Научная статья</w:t>
      </w:r>
    </w:p>
    <w:p>
      <w:r>
        <w:t>Б) Заявление</w:t>
      </w:r>
    </w:p>
    <w:p>
      <w:r>
        <w:t>В) Доверенность</w:t>
      </w:r>
    </w:p>
    <w:p>
      <w:r>
        <w:t>Г) Репортаж</w:t>
      </w:r>
    </w:p>
    <w:p>
      <w:r>
        <w:rPr>
          <w:b/>
        </w:rPr>
        <w:t>8. Какой жанр относится к официально-деловому стилю?</w:t>
      </w:r>
    </w:p>
    <w:p>
      <w:r>
        <w:t>А) Приказ</w:t>
      </w:r>
    </w:p>
    <w:p>
      <w:r>
        <w:t>Б) Учебная лекция</w:t>
      </w:r>
    </w:p>
    <w:p>
      <w:r>
        <w:t>В) Роман</w:t>
      </w:r>
    </w:p>
    <w:p>
      <w:r>
        <w:t>Г) Интервью</w:t>
      </w:r>
    </w:p>
    <w:p>
      <w:r>
        <w:rPr>
          <w:b/>
        </w:rPr>
        <w:t>9. Какое предложение относится к научному стилю?</w:t>
      </w:r>
    </w:p>
    <w:p>
      <w:r>
        <w:t>А) В ходе эксперимента были получены следующие результаты.</w:t>
      </w:r>
    </w:p>
    <w:p>
      <w:r>
        <w:t>Б) Ребята, давайте попробуем ещё раз.</w:t>
      </w:r>
    </w:p>
    <w:p>
      <w:r>
        <w:t>В) Прошу предоставить мне отпуск.</w:t>
      </w:r>
    </w:p>
    <w:p>
      <w:r>
        <w:t>Г) Как прекрасен этот вечер!</w:t>
      </w:r>
    </w:p>
    <w:p>
      <w:r>
        <w:rPr>
          <w:b/>
        </w:rPr>
        <w:t>10. Какое предложение относится к официально-деловому стилю?</w:t>
      </w:r>
    </w:p>
    <w:p>
      <w:r>
        <w:t>А) На основании заявления приказ вступает в силу с 1 сентября.</w:t>
      </w:r>
    </w:p>
    <w:p>
      <w:r>
        <w:t>Б) Исследование показывает зависимость температуры от давления.</w:t>
      </w:r>
    </w:p>
    <w:p>
      <w:r>
        <w:t>В) Ну что, встретимся после уроков?</w:t>
      </w:r>
    </w:p>
    <w:p>
      <w:r>
        <w:t>Г) Осенний ветер тихо шелестел в листве.</w:t>
      </w:r>
    </w:p>
    <w:p>
      <w:r>
        <w:rPr>
          <w:b/>
        </w:rPr>
        <w:t>11. Какое средство связи особенно характерно для научного текста?</w:t>
      </w:r>
    </w:p>
    <w:p>
      <w:r>
        <w:t>А) Следовательно, таким образом, итак</w:t>
      </w:r>
    </w:p>
    <w:p>
      <w:r>
        <w:t>Б) Ну, короче, значит</w:t>
      </w:r>
    </w:p>
    <w:p>
      <w:r>
        <w:t>В) Эй, слушай</w:t>
      </w:r>
    </w:p>
    <w:p>
      <w:r>
        <w:t>Г) Ой, как красиво</w:t>
      </w:r>
    </w:p>
    <w:p>
      <w:r>
        <w:rPr>
          <w:b/>
        </w:rPr>
        <w:t>12. Какое выражение является официально-деловым клише?</w:t>
      </w:r>
    </w:p>
    <w:p>
      <w:r>
        <w:t>А) В соответствии с</w:t>
      </w:r>
    </w:p>
    <w:p>
      <w:r>
        <w:t>Б) Мне кажется</w:t>
      </w:r>
    </w:p>
    <w:p>
      <w:r>
        <w:t>В) Как-нибудь потом</w:t>
      </w:r>
    </w:p>
    <w:p>
      <w:r>
        <w:t>Г) Очень классно</w:t>
      </w:r>
    </w:p>
    <w:p>
      <w:r>
        <w:rPr>
          <w:b/>
        </w:rPr>
        <w:t>13. В каком предложении нарушена стилистическая уместность научного стиля?</w:t>
      </w:r>
    </w:p>
    <w:p>
      <w:r>
        <w:t>А) Полученные данные свидетельствуют о зависимости показателей.</w:t>
      </w:r>
    </w:p>
    <w:p>
      <w:r>
        <w:t>Б) Мы провели эксперимент и получили классные результаты.</w:t>
      </w:r>
    </w:p>
    <w:p>
      <w:r>
        <w:t>В) Исследование подтверждает выдвинутую гипотезу.</w:t>
      </w:r>
    </w:p>
    <w:p>
      <w:r>
        <w:t>Г) Результаты эксперимента представлены в таблице.</w:t>
      </w:r>
    </w:p>
    <w:p>
      <w:r>
        <w:rPr>
          <w:b/>
        </w:rPr>
        <w:t>14. В каком предложении нарушена стилистическая уместность официально-делового стиля?</w:t>
      </w:r>
    </w:p>
    <w:p>
      <w:r>
        <w:t>А) Прошу предоставить копию документа.</w:t>
      </w:r>
    </w:p>
    <w:p>
      <w:r>
        <w:t>Б) На основании приказа назначить ответственное лицо.</w:t>
      </w:r>
    </w:p>
    <w:p>
      <w:r>
        <w:t>В) Эта штука очень крутая, поэтому давайте её возьмём.</w:t>
      </w:r>
    </w:p>
    <w:p>
      <w:r>
        <w:t>Г) Настоящим уведомляем о проведении собрания.</w:t>
      </w:r>
    </w:p>
    <w:p>
      <w:r>
        <w:rPr>
          <w:b/>
        </w:rPr>
        <w:t>15. Что общего у научного и официально-делового стилей?</w:t>
      </w:r>
    </w:p>
    <w:p>
      <w:r>
        <w:t>А) Точность, логичность и стремление к однозначности формулировок</w:t>
      </w:r>
    </w:p>
    <w:p>
      <w:r>
        <w:t>Б) Преобладание разговорной лексики</w:t>
      </w:r>
    </w:p>
    <w:p>
      <w:r>
        <w:t>В) Использование художественных образов</w:t>
      </w:r>
    </w:p>
    <w:p>
      <w:r>
        <w:t>Г) Непринуждённость и эмоциональность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