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🎨 СТИЛИСТИКА</w:t>
        <w:br/>
        <w:t>Тема 5. Публицистический и разговорный стили</w:t>
      </w:r>
    </w:p>
    <w:p>
      <w:pPr>
        <w:jc w:val="center"/>
      </w:pPr>
      <w:r>
        <w:rPr>
          <w:i/>
        </w:rPr>
        <w:t>Тест — 15 вопросов</w:t>
      </w:r>
    </w:p>
    <w:p>
      <w:r>
        <w:rPr>
          <w:b/>
        </w:rPr>
        <w:t>1. Какова основная цель публицистического стиля?</w:t>
      </w:r>
    </w:p>
    <w:p>
      <w:r>
        <w:t>А) Только передача научных сведений</w:t>
      </w:r>
    </w:p>
    <w:p>
      <w:r>
        <w:t>Б) Информирование и воздействие на общественное мнение</w:t>
      </w:r>
    </w:p>
    <w:p>
      <w:r>
        <w:t>В) Оформление документов</w:t>
      </w:r>
    </w:p>
    <w:p>
      <w:r>
        <w:t>Г) Непринуждённое бытовое общение</w:t>
      </w:r>
    </w:p>
    <w:p>
      <w:r>
        <w:rPr>
          <w:b/>
        </w:rPr>
        <w:t>2. Где чаще всего используется публицистический стиль?</w:t>
      </w:r>
    </w:p>
    <w:p>
      <w:r>
        <w:t>А) В СМИ и общественных выступлениях</w:t>
      </w:r>
    </w:p>
    <w:p>
      <w:r>
        <w:t>Б) В бытовом разговоре</w:t>
      </w:r>
    </w:p>
    <w:p>
      <w:r>
        <w:t>В) В заявлениях и приказах</w:t>
      </w:r>
    </w:p>
    <w:p>
      <w:r>
        <w:t>Г) В научных формулах</w:t>
      </w:r>
    </w:p>
    <w:p>
      <w:r>
        <w:rPr>
          <w:b/>
        </w:rPr>
        <w:t>3. Какой признак характерен для публицистического стиля?</w:t>
      </w:r>
    </w:p>
    <w:p>
      <w:r>
        <w:t>А) Общественная значимость и оценочность</w:t>
      </w:r>
    </w:p>
    <w:p>
      <w:r>
        <w:t>Б) Только разговорная лексика</w:t>
      </w:r>
    </w:p>
    <w:p>
      <w:r>
        <w:t>В) Полное отсутствие авторской позиции</w:t>
      </w:r>
    </w:p>
    <w:p>
      <w:r>
        <w:t>Г) Только терминологическая лексика</w:t>
      </w:r>
    </w:p>
    <w:p>
      <w:r>
        <w:rPr>
          <w:b/>
        </w:rPr>
        <w:t>4. Какова основная цель разговорного стиля?</w:t>
      </w:r>
    </w:p>
    <w:p>
      <w:r>
        <w:t>А) Непринуждённое общение в повседневной жизни</w:t>
      </w:r>
    </w:p>
    <w:p>
      <w:r>
        <w:t>Б) Оформление официальных документов</w:t>
      </w:r>
    </w:p>
    <w:p>
      <w:r>
        <w:t>В) Научное доказательство</w:t>
      </w:r>
    </w:p>
    <w:p>
      <w:r>
        <w:t>Г) Воздействие через газетную статью</w:t>
      </w:r>
    </w:p>
    <w:p>
      <w:r>
        <w:rPr>
          <w:b/>
        </w:rPr>
        <w:t>5. Где обычно используется разговорный стиль?</w:t>
      </w:r>
    </w:p>
    <w:p>
      <w:r>
        <w:t>А) В бытовом общении</w:t>
      </w:r>
    </w:p>
    <w:p>
      <w:r>
        <w:t>Б) В научных статьях</w:t>
      </w:r>
    </w:p>
    <w:p>
      <w:r>
        <w:t>В) В приказах</w:t>
      </w:r>
    </w:p>
    <w:p>
      <w:r>
        <w:t>Г) В официальных договорах</w:t>
      </w:r>
    </w:p>
    <w:p>
      <w:r>
        <w:rPr>
          <w:b/>
        </w:rPr>
        <w:t>6. Какой признак характерен для разговорного стиля?</w:t>
      </w:r>
    </w:p>
    <w:p>
      <w:r>
        <w:t>А) Непринуждённость и эмоциональность</w:t>
      </w:r>
    </w:p>
    <w:p>
      <w:r>
        <w:t>Б) Строгая стандартизованность</w:t>
      </w:r>
    </w:p>
    <w:p>
      <w:r>
        <w:t>В) Обилие терминов</w:t>
      </w:r>
    </w:p>
    <w:p>
      <w:r>
        <w:t>Г) Официальные клише</w:t>
      </w:r>
    </w:p>
    <w:p>
      <w:r>
        <w:rPr>
          <w:b/>
        </w:rPr>
        <w:t>7. Какое предложение относится к публицистическому стилю?</w:t>
      </w:r>
    </w:p>
    <w:p>
      <w:r>
        <w:t>А) Проблема загрязнения воздуха требует немедленного внимания общества.</w:t>
      </w:r>
    </w:p>
    <w:p>
      <w:r>
        <w:t>Б) Ну что, пойдём домой?</w:t>
      </w:r>
    </w:p>
    <w:p>
      <w:r>
        <w:t>В) Прошу предоставить копию документа.</w:t>
      </w:r>
    </w:p>
    <w:p>
      <w:r>
        <w:t>Г) Температура плавления вещества составляет 660 °C.</w:t>
      </w:r>
    </w:p>
    <w:p>
      <w:r>
        <w:rPr>
          <w:b/>
        </w:rPr>
        <w:t>8. Какое предложение относится к разговорному стилю?</w:t>
      </w:r>
    </w:p>
    <w:p>
      <w:r>
        <w:t>А) Экологическая проблема требует комплексного решения.</w:t>
      </w:r>
    </w:p>
    <w:p>
      <w:r>
        <w:t>Б) На основании приказа назначить ответственного.</w:t>
      </w:r>
    </w:p>
    <w:p>
      <w:r>
        <w:t>В) Слушай, давай после уроков зайдём в кафе.</w:t>
      </w:r>
    </w:p>
    <w:p>
      <w:r>
        <w:t>Г) В ходе исследования были получены результаты.</w:t>
      </w:r>
    </w:p>
    <w:p>
      <w:r>
        <w:rPr>
          <w:b/>
        </w:rPr>
        <w:t>9. Какое слово или выражение характерно для разговорной речи?</w:t>
      </w:r>
    </w:p>
    <w:p>
      <w:r>
        <w:t>А) Ребята</w:t>
      </w:r>
    </w:p>
    <w:p>
      <w:r>
        <w:t>Б) В соответствии с</w:t>
      </w:r>
    </w:p>
    <w:p>
      <w:r>
        <w:t>В) Следовательно</w:t>
      </w:r>
    </w:p>
    <w:p>
      <w:r>
        <w:t>Г) На основании изложенного</w:t>
      </w:r>
    </w:p>
    <w:p>
      <w:r>
        <w:rPr>
          <w:b/>
        </w:rPr>
        <w:t>10. Какое выражение характерно для публицистического стиля?</w:t>
      </w:r>
    </w:p>
    <w:p>
      <w:r>
        <w:t>А) Мы не можем оставаться равнодушными к этой проблеме.</w:t>
      </w:r>
    </w:p>
    <w:p>
      <w:r>
        <w:t>Б) Ну, короче, всё нормально.</w:t>
      </w:r>
    </w:p>
    <w:p>
      <w:r>
        <w:t>В) Прошу выдать справку.</w:t>
      </w:r>
    </w:p>
    <w:p>
      <w:r>
        <w:t>Г) Следовательно, гипотеза подтверждается.</w:t>
      </w:r>
    </w:p>
    <w:p>
      <w:r>
        <w:rPr>
          <w:b/>
        </w:rPr>
        <w:t>11. Какой жанр относится к публицистическому стилю?</w:t>
      </w:r>
    </w:p>
    <w:p>
      <w:r>
        <w:t>А) Репортаж</w:t>
      </w:r>
    </w:p>
    <w:p>
      <w:r>
        <w:t>Б) Заявление</w:t>
      </w:r>
    </w:p>
    <w:p>
      <w:r>
        <w:t>В) Научная статья</w:t>
      </w:r>
    </w:p>
    <w:p>
      <w:r>
        <w:t>Г) Доверенность</w:t>
      </w:r>
    </w:p>
    <w:p>
      <w:r>
        <w:rPr>
          <w:b/>
        </w:rPr>
        <w:t>12. Какой жанр наиболее характерен для разговорного стиля?</w:t>
      </w:r>
    </w:p>
    <w:p>
      <w:r>
        <w:t>А) Бытовая беседа</w:t>
      </w:r>
    </w:p>
    <w:p>
      <w:r>
        <w:t>Б) Научный доклад</w:t>
      </w:r>
    </w:p>
    <w:p>
      <w:r>
        <w:t>В) Приказ</w:t>
      </w:r>
    </w:p>
    <w:p>
      <w:r>
        <w:t>Г) Передовая статья</w:t>
      </w:r>
    </w:p>
    <w:p>
      <w:r>
        <w:rPr>
          <w:b/>
        </w:rPr>
        <w:t>13. Что отличает публицистический стиль от разговорного?</w:t>
      </w:r>
    </w:p>
    <w:p>
      <w:r>
        <w:t>А) Публицистический ориентирован на общественно значимую информацию и воздействие на широкую аудиторию.</w:t>
      </w:r>
    </w:p>
    <w:p>
      <w:r>
        <w:t>Б) Публицистический всегда используется только дома.</w:t>
      </w:r>
    </w:p>
    <w:p>
      <w:r>
        <w:t>В) Разговорный всегда содержит термины.</w:t>
      </w:r>
    </w:p>
    <w:p>
      <w:r>
        <w:t>Г) Между ними нет различий.</w:t>
      </w:r>
    </w:p>
    <w:p>
      <w:r>
        <w:rPr>
          <w:b/>
        </w:rPr>
        <w:t>14. В каком предложении нарушена стилистическая уместность публицистического текста?</w:t>
      </w:r>
    </w:p>
    <w:p>
      <w:r>
        <w:t>А) Сегодня общество должно серьёзно задуматься о проблеме экологии.</w:t>
      </w:r>
    </w:p>
    <w:p>
      <w:r>
        <w:t>Б) Эта проблемка вообще классная, короче, всё будет нормально.</w:t>
      </w:r>
    </w:p>
    <w:p>
      <w:r>
        <w:t>В) Проблема требует внимания каждого гражданина.</w:t>
      </w:r>
    </w:p>
    <w:p>
      <w:r>
        <w:t>Г) Будущее зависит от решений, которые мы принимаем сегодня.</w:t>
      </w:r>
    </w:p>
    <w:p>
      <w:r>
        <w:rPr>
          <w:b/>
        </w:rPr>
        <w:t>15. В каком варианте правильно определён стиль?</w:t>
      </w:r>
    </w:p>
    <w:p>
      <w:r>
        <w:t>А) «Ну что, пойдём?» — разговорный</w:t>
      </w:r>
    </w:p>
    <w:p>
      <w:r>
        <w:t>Б) «На основании изложенного...» — разговорный</w:t>
      </w:r>
    </w:p>
    <w:p>
      <w:r>
        <w:t>В) «Следовательно, результаты подтверждают гипотезу» — публицистический</w:t>
      </w:r>
    </w:p>
    <w:p>
      <w:r>
        <w:t>Г) «Мы призываем граждан беречь природу» — научный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