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🎨 СТИЛИСТИКА</w:t>
        <w:br/>
        <w:t>Тема 6. Художественный стиль и выразительные средства</w:t>
      </w:r>
    </w:p>
    <w:p>
      <w:pPr>
        <w:jc w:val="center"/>
      </w:pPr>
      <w:r>
        <w:rPr>
          <w:i/>
        </w:rPr>
        <w:t>Тест — 15 вопросов</w:t>
      </w:r>
    </w:p>
    <w:p>
      <w:r>
        <w:rPr>
          <w:b/>
        </w:rPr>
        <w:t>1. Какова основная цель художественного стиля?</w:t>
      </w:r>
    </w:p>
    <w:p>
      <w:r>
        <w:t>А) Точно оформить официальный документ</w:t>
      </w:r>
    </w:p>
    <w:p>
      <w:r>
        <w:t>Б) Создать художественный образ и эмоционально воздействовать на читателя</w:t>
      </w:r>
    </w:p>
    <w:p>
      <w:r>
        <w:t>В) Передать научные сведения</w:t>
      </w:r>
    </w:p>
    <w:p>
      <w:r>
        <w:t>Г) Организовать бытовую беседу</w:t>
      </w:r>
    </w:p>
    <w:p>
      <w:r>
        <w:rPr>
          <w:b/>
        </w:rPr>
        <w:t>2. Какой признак наиболее характерен для художественного стиля?</w:t>
      </w:r>
    </w:p>
    <w:p>
      <w:r>
        <w:t>А) Образность</w:t>
      </w:r>
    </w:p>
    <w:p>
      <w:r>
        <w:t>Б) Стандартизованность</w:t>
      </w:r>
    </w:p>
    <w:p>
      <w:r>
        <w:t>В) Терминологичность</w:t>
      </w:r>
    </w:p>
    <w:p>
      <w:r>
        <w:t>Г) Официальные клише</w:t>
      </w:r>
    </w:p>
    <w:p>
      <w:r>
        <w:rPr>
          <w:b/>
        </w:rPr>
        <w:t>3. Какое средство выразительности основано на переносном значении по сходству?</w:t>
      </w:r>
    </w:p>
    <w:p>
      <w:r>
        <w:t>А) Сравнение</w:t>
      </w:r>
    </w:p>
    <w:p>
      <w:r>
        <w:t>Б) Метафора</w:t>
      </w:r>
    </w:p>
    <w:p>
      <w:r>
        <w:t>В) Антитеза</w:t>
      </w:r>
    </w:p>
    <w:p>
      <w:r>
        <w:t>Г) Гипербола</w:t>
      </w:r>
    </w:p>
    <w:p>
      <w:r>
        <w:rPr>
          <w:b/>
        </w:rPr>
        <w:t>4. Какое средство выразительности прямо сопоставляет два предмета или явления?</w:t>
      </w:r>
    </w:p>
    <w:p>
      <w:r>
        <w:t>А) Метафора</w:t>
      </w:r>
    </w:p>
    <w:p>
      <w:r>
        <w:t>Б) Сравнение</w:t>
      </w:r>
    </w:p>
    <w:p>
      <w:r>
        <w:t>В) Олицетворение</w:t>
      </w:r>
    </w:p>
    <w:p>
      <w:r>
        <w:t>Г) Эпитет</w:t>
      </w:r>
    </w:p>
    <w:p>
      <w:r>
        <w:rPr>
          <w:b/>
        </w:rPr>
        <w:t>5. Как называется образное определение, подчёркивающее признак предмета?</w:t>
      </w:r>
    </w:p>
    <w:p>
      <w:r>
        <w:t>А) Эпитет</w:t>
      </w:r>
    </w:p>
    <w:p>
      <w:r>
        <w:t>Б) Градация</w:t>
      </w:r>
    </w:p>
    <w:p>
      <w:r>
        <w:t>В) Антитеза</w:t>
      </w:r>
    </w:p>
    <w:p>
      <w:r>
        <w:t>Г) Метонимия</w:t>
      </w:r>
    </w:p>
    <w:p>
      <w:r>
        <w:rPr>
          <w:b/>
        </w:rPr>
        <w:t>6. Как называется наделение неживых предметов свойствами человека?</w:t>
      </w:r>
    </w:p>
    <w:p>
      <w:r>
        <w:t>А) Гипербола</w:t>
      </w:r>
    </w:p>
    <w:p>
      <w:r>
        <w:t>Б) Олицетворение</w:t>
      </w:r>
    </w:p>
    <w:p>
      <w:r>
        <w:t>В) Сравнение</w:t>
      </w:r>
    </w:p>
    <w:p>
      <w:r>
        <w:t>Г) Литота</w:t>
      </w:r>
    </w:p>
    <w:p>
      <w:r>
        <w:rPr>
          <w:b/>
        </w:rPr>
        <w:t>7. Как называется сильное преувеличение?</w:t>
      </w:r>
    </w:p>
    <w:p>
      <w:r>
        <w:t>А) Литота</w:t>
      </w:r>
    </w:p>
    <w:p>
      <w:r>
        <w:t>Б) Гипербола</w:t>
      </w:r>
    </w:p>
    <w:p>
      <w:r>
        <w:t>В) Эпитет</w:t>
      </w:r>
    </w:p>
    <w:p>
      <w:r>
        <w:t>Г) Антитеза</w:t>
      </w:r>
    </w:p>
    <w:p>
      <w:r>
        <w:rPr>
          <w:b/>
        </w:rPr>
        <w:t>8. Как называется художественное преуменьшение?</w:t>
      </w:r>
    </w:p>
    <w:p>
      <w:r>
        <w:t>А) Гипербола</w:t>
      </w:r>
    </w:p>
    <w:p>
      <w:r>
        <w:t>Б) Литота</w:t>
      </w:r>
    </w:p>
    <w:p>
      <w:r>
        <w:t>В) Метафора</w:t>
      </w:r>
    </w:p>
    <w:p>
      <w:r>
        <w:t>Г) Олицетворение</w:t>
      </w:r>
    </w:p>
    <w:p>
      <w:r>
        <w:rPr>
          <w:b/>
        </w:rPr>
        <w:t>9. Какое средство использовано в выражении «золотые руки»?</w:t>
      </w:r>
    </w:p>
    <w:p>
      <w:r>
        <w:t>А) Метафора</w:t>
      </w:r>
    </w:p>
    <w:p>
      <w:r>
        <w:t>Б) Официальное клише</w:t>
      </w:r>
    </w:p>
    <w:p>
      <w:r>
        <w:t>В) Термин</w:t>
      </w:r>
    </w:p>
    <w:p>
      <w:r>
        <w:t>Г) Просторечие</w:t>
      </w:r>
    </w:p>
    <w:p>
      <w:r>
        <w:rPr>
          <w:b/>
        </w:rPr>
        <w:t>10. Какое средство использовано в выражении «лес шептал»?</w:t>
      </w:r>
    </w:p>
    <w:p>
      <w:r>
        <w:t>А) Олицетворение</w:t>
      </w:r>
    </w:p>
    <w:p>
      <w:r>
        <w:t>Б) Литота</w:t>
      </w:r>
    </w:p>
    <w:p>
      <w:r>
        <w:t>В) Антитеза</w:t>
      </w:r>
    </w:p>
    <w:p>
      <w:r>
        <w:t>Г) Градация</w:t>
      </w:r>
    </w:p>
    <w:p>
      <w:r>
        <w:rPr>
          <w:b/>
        </w:rPr>
        <w:t>11. Какое средство использовано в выражении «глаза, как звёзды»?</w:t>
      </w:r>
    </w:p>
    <w:p>
      <w:r>
        <w:t>А) Метафора</w:t>
      </w:r>
    </w:p>
    <w:p>
      <w:r>
        <w:t>Б) Сравнение</w:t>
      </w:r>
    </w:p>
    <w:p>
      <w:r>
        <w:t>В) Гипербола</w:t>
      </w:r>
    </w:p>
    <w:p>
      <w:r>
        <w:t>Г) Эпитет</w:t>
      </w:r>
    </w:p>
    <w:p>
      <w:r>
        <w:rPr>
          <w:b/>
        </w:rPr>
        <w:t>12. Какое средство использовано в сочетании «серебряный снег»?</w:t>
      </w:r>
    </w:p>
    <w:p>
      <w:r>
        <w:t>А) Эпитет</w:t>
      </w:r>
    </w:p>
    <w:p>
      <w:r>
        <w:t>Б) Официально-деловое клише</w:t>
      </w:r>
    </w:p>
    <w:p>
      <w:r>
        <w:t>В) Термин</w:t>
      </w:r>
    </w:p>
    <w:p>
      <w:r>
        <w:t>Г) Антитеза</w:t>
      </w:r>
    </w:p>
    <w:p>
      <w:r>
        <w:rPr>
          <w:b/>
        </w:rPr>
        <w:t>13. Какое средство построено на противопоставлении образов или понятий?</w:t>
      </w:r>
    </w:p>
    <w:p>
      <w:r>
        <w:t>А) Антитеза</w:t>
      </w:r>
    </w:p>
    <w:p>
      <w:r>
        <w:t>Б) Метафора</w:t>
      </w:r>
    </w:p>
    <w:p>
      <w:r>
        <w:t>В) Сравнение</w:t>
      </w:r>
    </w:p>
    <w:p>
      <w:r>
        <w:t>Г) Олицетворение</w:t>
      </w:r>
    </w:p>
    <w:p>
      <w:r>
        <w:rPr>
          <w:b/>
        </w:rPr>
        <w:t>14. Какое предложение содержит гиперболу?</w:t>
      </w:r>
    </w:p>
    <w:p>
      <w:r>
        <w:t>А) Он сто раз мне это повторил.</w:t>
      </w:r>
    </w:p>
    <w:p>
      <w:r>
        <w:t>Б) Снег тихо падал на землю.</w:t>
      </w:r>
    </w:p>
    <w:p>
      <w:r>
        <w:t>В) Мальчик шёл домой.</w:t>
      </w:r>
    </w:p>
    <w:p>
      <w:r>
        <w:t>Г) Исследование завершилось успешно.</w:t>
      </w:r>
    </w:p>
    <w:p>
      <w:r>
        <w:rPr>
          <w:b/>
        </w:rPr>
        <w:t>15. В каком варианте правильно определено средство выразительности?</w:t>
      </w:r>
    </w:p>
    <w:p>
      <w:r>
        <w:t>А) «Ветер шепчет» — олицетворение</w:t>
      </w:r>
    </w:p>
    <w:p>
      <w:r>
        <w:t>Б) «Белый снег» — гипербола</w:t>
      </w:r>
    </w:p>
    <w:p>
      <w:r>
        <w:t>В) «Глаза как звёзды» — метафора</w:t>
      </w:r>
    </w:p>
    <w:p>
      <w:r>
        <w:t>Г) «Золотые руки» — официальное клише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