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Тема 10. Фонетический разбор</w:t>
      </w:r>
    </w:p>
    <w:p>
      <w:pPr>
        <w:pStyle w:val="Heading2"/>
      </w:pPr>
      <w:r>
        <w:t>Тест (15 вопросов)</w:t>
      </w:r>
    </w:p>
    <w:p>
      <w:r>
        <w:t>1. С чего начинается фонетический разбор слова?</w:t>
      </w:r>
    </w:p>
    <w:p>
      <w:r>
        <w:t xml:space="preserve">   А) С правильного произношения</w:t>
      </w:r>
    </w:p>
    <w:p>
      <w:r>
        <w:t xml:space="preserve">   Б) С определения части речи</w:t>
      </w:r>
    </w:p>
    <w:p>
      <w:r>
        <w:t xml:space="preserve">   В) С разбора по составу</w:t>
      </w:r>
    </w:p>
    <w:p>
      <w:r>
        <w:t xml:space="preserve">   Г) С определения окончания</w:t>
      </w:r>
    </w:p>
    <w:p/>
    <w:p>
      <w:r>
        <w:t>2. В какой форме записываются звуки?</w:t>
      </w:r>
    </w:p>
    <w:p>
      <w:r>
        <w:t xml:space="preserve">   А) В квадратных скобках</w:t>
      </w:r>
    </w:p>
    <w:p>
      <w:r>
        <w:t xml:space="preserve">   Б) В круглых скобках</w:t>
      </w:r>
    </w:p>
    <w:p>
      <w:r>
        <w:t xml:space="preserve">   В) В кавычках</w:t>
      </w:r>
    </w:p>
    <w:p>
      <w:r>
        <w:t xml:space="preserve">   Г) Без знаков</w:t>
      </w:r>
    </w:p>
    <w:p/>
    <w:p>
      <w:r>
        <w:t>3. Что необходимо определить после постановки ударения?</w:t>
      </w:r>
    </w:p>
    <w:p>
      <w:r>
        <w:t xml:space="preserve">   А) Количество букв и звуков</w:t>
      </w:r>
    </w:p>
    <w:p>
      <w:r>
        <w:t xml:space="preserve">   Б) Корень слова</w:t>
      </w:r>
    </w:p>
    <w:p>
      <w:r>
        <w:t xml:space="preserve">   В) Окончание</w:t>
      </w:r>
    </w:p>
    <w:p>
      <w:r>
        <w:t xml:space="preserve">   Г) Часть речи</w:t>
      </w:r>
    </w:p>
    <w:p/>
    <w:p>
      <w:r>
        <w:t>4. Как характеризуют гласные звуки?</w:t>
      </w:r>
    </w:p>
    <w:p>
      <w:r>
        <w:t xml:space="preserve">   А) Ударные и безударные</w:t>
      </w:r>
    </w:p>
    <w:p>
      <w:r>
        <w:t xml:space="preserve">   Б) Твёрдые и мягкие</w:t>
      </w:r>
    </w:p>
    <w:p>
      <w:r>
        <w:t xml:space="preserve">   В) Парные и непарные</w:t>
      </w:r>
    </w:p>
    <w:p>
      <w:r>
        <w:t xml:space="preserve">   Г) Звонкие и глухие</w:t>
      </w:r>
    </w:p>
    <w:p/>
    <w:p>
      <w:r>
        <w:t>5. Как характеризуют согласные звуки?</w:t>
      </w:r>
    </w:p>
    <w:p>
      <w:r>
        <w:t xml:space="preserve">   А) По нескольким признакам</w:t>
      </w:r>
    </w:p>
    <w:p>
      <w:r>
        <w:t xml:space="preserve">   Б) Только по ударению</w:t>
      </w:r>
    </w:p>
    <w:p>
      <w:r>
        <w:t xml:space="preserve">   В) Только по месту в слове</w:t>
      </w:r>
    </w:p>
    <w:p>
      <w:r>
        <w:t xml:space="preserve">   Г) Только по написанию</w:t>
      </w:r>
    </w:p>
    <w:p/>
    <w:p>
      <w:r>
        <w:t>6. Какую роль играют буквы Ь и Ъ при разборе?</w:t>
      </w:r>
    </w:p>
    <w:p>
      <w:r>
        <w:t xml:space="preserve">   А) Не обозначают звуков</w:t>
      </w:r>
    </w:p>
    <w:p>
      <w:r>
        <w:t xml:space="preserve">   Б) Обозначают гласные</w:t>
      </w:r>
    </w:p>
    <w:p>
      <w:r>
        <w:t xml:space="preserve">   В) Обозначают согласные</w:t>
      </w:r>
    </w:p>
    <w:p>
      <w:r>
        <w:t xml:space="preserve">   Г) Образуют слог</w:t>
      </w:r>
    </w:p>
    <w:p/>
    <w:p>
      <w:r>
        <w:t>7. Что необходимо указать в конце фонетического разбора?</w:t>
      </w:r>
    </w:p>
    <w:p>
      <w:r>
        <w:t xml:space="preserve">   А) Количество букв и звуков</w:t>
      </w:r>
    </w:p>
    <w:p>
      <w:r>
        <w:t xml:space="preserve">   Б) Часть речи</w:t>
      </w:r>
    </w:p>
    <w:p>
      <w:r>
        <w:t xml:space="preserve">   В) Состав слова</w:t>
      </w:r>
    </w:p>
    <w:p>
      <w:r>
        <w:t xml:space="preserve">   Г) Лексическое значение</w:t>
      </w:r>
    </w:p>
    <w:p/>
    <w:p>
      <w:r>
        <w:t>8. Как обозначается мягкость согласного?</w:t>
      </w:r>
    </w:p>
    <w:p>
      <w:r>
        <w:t xml:space="preserve">   А) Апострофом</w:t>
      </w:r>
    </w:p>
    <w:p>
      <w:r>
        <w:t xml:space="preserve">   Б) Дефисом</w:t>
      </w:r>
    </w:p>
    <w:p>
      <w:r>
        <w:t xml:space="preserve">   В) Запятой</w:t>
      </w:r>
    </w:p>
    <w:p>
      <w:r>
        <w:t xml:space="preserve">   Г) Точкой</w:t>
      </w:r>
    </w:p>
    <w:p/>
    <w:p>
      <w:r>
        <w:t>9. Что может обозначать йотированная буква?</w:t>
      </w:r>
    </w:p>
    <w:p>
      <w:r>
        <w:t xml:space="preserve">   А) Один или два звука</w:t>
      </w:r>
    </w:p>
    <w:p>
      <w:r>
        <w:t xml:space="preserve">   Б) Только один звук</w:t>
      </w:r>
    </w:p>
    <w:p>
      <w:r>
        <w:t xml:space="preserve">   В) Только два звука</w:t>
      </w:r>
    </w:p>
    <w:p>
      <w:r>
        <w:t xml:space="preserve">   Г) Не обозначает звук</w:t>
      </w:r>
    </w:p>
    <w:p/>
    <w:p>
      <w:r>
        <w:t>10. Что чаще всего вызывает ошибки при фонетическом разборе?</w:t>
      </w:r>
    </w:p>
    <w:p>
      <w:r>
        <w:t xml:space="preserve">   А) Подсчёт звуков</w:t>
      </w:r>
    </w:p>
    <w:p>
      <w:r>
        <w:t xml:space="preserve">   Б) Определение окончания</w:t>
      </w:r>
    </w:p>
    <w:p>
      <w:r>
        <w:t xml:space="preserve">   В) Поиск приставки</w:t>
      </w:r>
    </w:p>
    <w:p>
      <w:r>
        <w:t xml:space="preserve">   Г) Определение рода</w:t>
      </w:r>
    </w:p>
    <w:p/>
    <w:p>
      <w:r>
        <w:t>11. Какое действие выполняют перед характеристикой звуков?</w:t>
      </w:r>
    </w:p>
    <w:p>
      <w:r>
        <w:t xml:space="preserve">   А) Записывают транскрипцию</w:t>
      </w:r>
    </w:p>
    <w:p>
      <w:r>
        <w:t xml:space="preserve">   Б) Определяют корень</w:t>
      </w:r>
    </w:p>
    <w:p>
      <w:r>
        <w:t xml:space="preserve">   В) Делят слово по составу</w:t>
      </w:r>
    </w:p>
    <w:p>
      <w:r>
        <w:t xml:space="preserve">   Г) Определяют склонение</w:t>
      </w:r>
    </w:p>
    <w:p/>
    <w:p>
      <w:r>
        <w:t>12. Что нельзя путать при фонетическом разборе?</w:t>
      </w:r>
    </w:p>
    <w:p>
      <w:r>
        <w:t xml:space="preserve">   А) Буквы и звуки</w:t>
      </w:r>
    </w:p>
    <w:p>
      <w:r>
        <w:t xml:space="preserve">   Б) Корень и приставку</w:t>
      </w:r>
    </w:p>
    <w:p>
      <w:r>
        <w:t xml:space="preserve">   В) Слог и предложение</w:t>
      </w:r>
    </w:p>
    <w:p>
      <w:r>
        <w:t xml:space="preserve">   Г) Род и число</w:t>
      </w:r>
    </w:p>
    <w:p/>
    <w:p>
      <w:r>
        <w:t>13. Для чего выполняют фонетический разбор?</w:t>
      </w:r>
    </w:p>
    <w:p>
      <w:r>
        <w:t xml:space="preserve">   А) Анализа звукового состава</w:t>
      </w:r>
    </w:p>
    <w:p>
      <w:r>
        <w:t xml:space="preserve">   Б) Поиска орфограмм</w:t>
      </w:r>
    </w:p>
    <w:p>
      <w:r>
        <w:t xml:space="preserve">   В) Разбора предложения</w:t>
      </w:r>
    </w:p>
    <w:p>
      <w:r>
        <w:t xml:space="preserve">   Г) Определения стиля текста</w:t>
      </w:r>
    </w:p>
    <w:p/>
    <w:p>
      <w:r>
        <w:t>14. Что обязательно входит в характеристику согласного?</w:t>
      </w:r>
    </w:p>
    <w:p>
      <w:r>
        <w:t xml:space="preserve">   А) Звонкость и мягкость</w:t>
      </w:r>
    </w:p>
    <w:p>
      <w:r>
        <w:t xml:space="preserve">   Б) Ударность</w:t>
      </w:r>
    </w:p>
    <w:p>
      <w:r>
        <w:t xml:space="preserve">   В) Количество слогов</w:t>
      </w:r>
    </w:p>
    <w:p>
      <w:r>
        <w:t xml:space="preserve">   Г) Род слова</w:t>
      </w:r>
    </w:p>
    <w:p/>
    <w:p>
      <w:r>
        <w:t>15. Какое утверждение является верным?</w:t>
      </w:r>
    </w:p>
    <w:p>
      <w:r>
        <w:t xml:space="preserve">   А) Фонетический разбор основан на произношении</w:t>
      </w:r>
    </w:p>
    <w:p>
      <w:r>
        <w:t xml:space="preserve">   Б) Разбор выполняется только по буквам</w:t>
      </w:r>
    </w:p>
    <w:p>
      <w:r>
        <w:t xml:space="preserve">   В) Количество букв всегда равно количеству звуков</w:t>
      </w:r>
    </w:p>
    <w:p>
      <w:r>
        <w:t xml:space="preserve">   Г) Транскрипция записывается буквами</w:t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