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1. Звуки и буквы</w:t>
      </w:r>
    </w:p>
    <w:p>
      <w:pPr>
        <w:pStyle w:val="Heading2"/>
      </w:pPr>
      <w:r>
        <w:t>Тест (15 вопросов)</w:t>
      </w:r>
    </w:p>
    <w:p>
      <w:r>
        <w:t>1. Что изучает фонетика?</w:t>
      </w:r>
    </w:p>
    <w:p>
      <w:r>
        <w:t xml:space="preserve">   А) Части речи</w:t>
      </w:r>
    </w:p>
    <w:p>
      <w:r>
        <w:t xml:space="preserve">   Б) Звуковой состав</w:t>
      </w:r>
    </w:p>
    <w:p>
      <w:r>
        <w:t xml:space="preserve">   В) Предложения</w:t>
      </w:r>
    </w:p>
    <w:p>
      <w:r>
        <w:t xml:space="preserve">   Г) Словообразование</w:t>
      </w:r>
    </w:p>
    <w:p>
      <w:r>
        <w:t>2. Что обозначает буква на письме?</w:t>
      </w:r>
    </w:p>
    <w:p>
      <w:r>
        <w:t xml:space="preserve">   А) Звук речи</w:t>
      </w:r>
    </w:p>
    <w:p>
      <w:r>
        <w:t xml:space="preserve">   Б) Слог слова</w:t>
      </w:r>
    </w:p>
    <w:p>
      <w:r>
        <w:t xml:space="preserve">   В) Ударение</w:t>
      </w:r>
    </w:p>
    <w:p>
      <w:r>
        <w:t xml:space="preserve">   Г) Морфему</w:t>
      </w:r>
    </w:p>
    <w:p>
      <w:r>
        <w:t>3. В каком слове звуков больше, чем букв?</w:t>
      </w:r>
    </w:p>
    <w:p>
      <w:r>
        <w:t xml:space="preserve">   А) Ель</w:t>
      </w:r>
    </w:p>
    <w:p>
      <w:r>
        <w:t xml:space="preserve">   Б) Дом</w:t>
      </w:r>
    </w:p>
    <w:p>
      <w:r>
        <w:t xml:space="preserve">   В) Сыр</w:t>
      </w:r>
    </w:p>
    <w:p>
      <w:r>
        <w:t xml:space="preserve">   Г) Мост</w:t>
      </w:r>
    </w:p>
    <w:p>
      <w:r>
        <w:t>4. В каком слове букв больше, чем звуков?</w:t>
      </w:r>
    </w:p>
    <w:p>
      <w:r>
        <w:t xml:space="preserve">   А) Семья</w:t>
      </w:r>
    </w:p>
    <w:p>
      <w:r>
        <w:t xml:space="preserve">   Б) Лист</w:t>
      </w:r>
    </w:p>
    <w:p>
      <w:r>
        <w:t xml:space="preserve">   В) Рыба</w:t>
      </w:r>
    </w:p>
    <w:p>
      <w:r>
        <w:t xml:space="preserve">   Г) Рука</w:t>
      </w:r>
    </w:p>
    <w:p>
      <w:r>
        <w:t>5. Какая буква звука не обозначает?</w:t>
      </w:r>
    </w:p>
    <w:p>
      <w:r>
        <w:t xml:space="preserve">   А) Ы</w:t>
      </w:r>
    </w:p>
    <w:p>
      <w:r>
        <w:t xml:space="preserve">   Б) Ь</w:t>
      </w:r>
    </w:p>
    <w:p>
      <w:r>
        <w:t xml:space="preserve">   В) Э</w:t>
      </w:r>
    </w:p>
    <w:p>
      <w:r>
        <w:t xml:space="preserve">   Г) А</w:t>
      </w:r>
    </w:p>
    <w:p>
      <w:r>
        <w:t>6. В каком слове количество букв и звуков одинаково?</w:t>
      </w:r>
    </w:p>
    <w:p>
      <w:r>
        <w:t xml:space="preserve">   А) Дом</w:t>
      </w:r>
    </w:p>
    <w:p>
      <w:r>
        <w:t xml:space="preserve">   Б) Ёлка</w:t>
      </w:r>
    </w:p>
    <w:p>
      <w:r>
        <w:t xml:space="preserve">   В) Семья</w:t>
      </w:r>
    </w:p>
    <w:p>
      <w:r>
        <w:t xml:space="preserve">   Г) Подъезд</w:t>
      </w:r>
    </w:p>
    <w:p>
      <w:r>
        <w:t>7. Что записывают в квадратных скобках?</w:t>
      </w:r>
    </w:p>
    <w:p>
      <w:r>
        <w:t xml:space="preserve">   А) Буквы слова</w:t>
      </w:r>
    </w:p>
    <w:p>
      <w:r>
        <w:t xml:space="preserve">   Б) Звуки речи</w:t>
      </w:r>
    </w:p>
    <w:p>
      <w:r>
        <w:t xml:space="preserve">   В) Части речи</w:t>
      </w:r>
    </w:p>
    <w:p>
      <w:r>
        <w:t xml:space="preserve">   Г) Корень слова</w:t>
      </w:r>
    </w:p>
    <w:p>
      <w:r>
        <w:t>8. Какая буква может обозначать два звука?</w:t>
      </w:r>
    </w:p>
    <w:p>
      <w:r>
        <w:t xml:space="preserve">   А) Ё</w:t>
      </w:r>
    </w:p>
    <w:p>
      <w:r>
        <w:t xml:space="preserve">   Б) Ы</w:t>
      </w:r>
    </w:p>
    <w:p>
      <w:r>
        <w:t xml:space="preserve">   В) И</w:t>
      </w:r>
    </w:p>
    <w:p>
      <w:r>
        <w:t xml:space="preserve">   Г) Э</w:t>
      </w:r>
    </w:p>
    <w:p>
      <w:r>
        <w:t>9. В каком слове есть йотированный звук?</w:t>
      </w:r>
    </w:p>
    <w:p>
      <w:r>
        <w:t xml:space="preserve">   А) Яма</w:t>
      </w:r>
    </w:p>
    <w:p>
      <w:r>
        <w:t xml:space="preserve">   Б) Лес</w:t>
      </w:r>
    </w:p>
    <w:p>
      <w:r>
        <w:t xml:space="preserve">   В) Сыр</w:t>
      </w:r>
    </w:p>
    <w:p>
      <w:r>
        <w:t xml:space="preserve">   Г) Нос</w:t>
      </w:r>
    </w:p>
    <w:p>
      <w:r>
        <w:t>10. Какое слово содержит четыре звука?</w:t>
      </w:r>
    </w:p>
    <w:p>
      <w:r>
        <w:t xml:space="preserve">   А) День</w:t>
      </w:r>
    </w:p>
    <w:p>
      <w:r>
        <w:t xml:space="preserve">   Б) Дом</w:t>
      </w:r>
    </w:p>
    <w:p>
      <w:r>
        <w:t xml:space="preserve">   В) Стол</w:t>
      </w:r>
    </w:p>
    <w:p>
      <w:r>
        <w:t xml:space="preserve">   Г) Сон</w:t>
      </w:r>
    </w:p>
    <w:p>
      <w:r>
        <w:t>11. Что мы слышим при произношении?</w:t>
      </w:r>
    </w:p>
    <w:p>
      <w:r>
        <w:t xml:space="preserve">   А) Буквы</w:t>
      </w:r>
    </w:p>
    <w:p>
      <w:r>
        <w:t xml:space="preserve">   Б) Звуки</w:t>
      </w:r>
    </w:p>
    <w:p>
      <w:r>
        <w:t xml:space="preserve">   В) Слоги</w:t>
      </w:r>
    </w:p>
    <w:p>
      <w:r>
        <w:t xml:space="preserve">   Г) Текст</w:t>
      </w:r>
    </w:p>
    <w:p>
      <w:r>
        <w:t>12. В каком слове буква Е обозначает два звука?</w:t>
      </w:r>
    </w:p>
    <w:p>
      <w:r>
        <w:t xml:space="preserve">   А) Енот</w:t>
      </w:r>
    </w:p>
    <w:p>
      <w:r>
        <w:t xml:space="preserve">   Б) Лес</w:t>
      </w:r>
    </w:p>
    <w:p>
      <w:r>
        <w:t xml:space="preserve">   В) Мел</w:t>
      </w:r>
    </w:p>
    <w:p>
      <w:r>
        <w:t xml:space="preserve">   Г) Свет</w:t>
      </w:r>
    </w:p>
    <w:p>
      <w:r>
        <w:t>13. Какое утверждение верное?</w:t>
      </w:r>
    </w:p>
    <w:p>
      <w:r>
        <w:t xml:space="preserve">   А) Буквы слышим</w:t>
      </w:r>
    </w:p>
    <w:p>
      <w:r>
        <w:t xml:space="preserve">   Б) Звуки пишем</w:t>
      </w:r>
    </w:p>
    <w:p>
      <w:r>
        <w:t xml:space="preserve">   В) Звуки слышим</w:t>
      </w:r>
    </w:p>
    <w:p>
      <w:r>
        <w:t xml:space="preserve">   Г) Буквы произносим</w:t>
      </w:r>
    </w:p>
    <w:p>
      <w:r>
        <w:t>14. В каком слове звуков пять?</w:t>
      </w:r>
    </w:p>
    <w:p>
      <w:r>
        <w:t xml:space="preserve">   А) Подъезд</w:t>
      </w:r>
    </w:p>
    <w:p>
      <w:r>
        <w:t xml:space="preserve">   Б) Школа</w:t>
      </w:r>
    </w:p>
    <w:p>
      <w:r>
        <w:t xml:space="preserve">   В) Парта</w:t>
      </w:r>
    </w:p>
    <w:p>
      <w:r>
        <w:t xml:space="preserve">   Г) Книга</w:t>
      </w:r>
    </w:p>
    <w:p>
      <w:r>
        <w:t>15. Что является объектом фонетического разбора?</w:t>
      </w:r>
    </w:p>
    <w:p>
      <w:r>
        <w:t xml:space="preserve">   А) Звуки слова</w:t>
      </w:r>
    </w:p>
    <w:p>
      <w:r>
        <w:t xml:space="preserve">   Б) Части речи</w:t>
      </w:r>
    </w:p>
    <w:p>
      <w:r>
        <w:t xml:space="preserve">   В) Состав слова</w:t>
      </w:r>
    </w:p>
    <w:p>
      <w:r>
        <w:t xml:space="preserve">   Г) Члены предложения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