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Тема 2. Гласные звуки</w:t>
      </w:r>
    </w:p>
    <w:p>
      <w:pPr>
        <w:pStyle w:val="Heading2"/>
      </w:pPr>
      <w:r>
        <w:t>Тест (15 вопросов)</w:t>
      </w:r>
    </w:p>
    <w:p>
      <w:r>
        <w:t>1. Сколько гласных звуков в русском языке?</w:t>
      </w:r>
    </w:p>
    <w:p>
      <w:r>
        <w:t xml:space="preserve">   А) 6</w:t>
      </w:r>
    </w:p>
    <w:p>
      <w:r>
        <w:t xml:space="preserve">   Б) 8</w:t>
      </w:r>
    </w:p>
    <w:p>
      <w:r>
        <w:t xml:space="preserve">   В) 10</w:t>
      </w:r>
    </w:p>
    <w:p>
      <w:r>
        <w:t xml:space="preserve">   Г) 12</w:t>
      </w:r>
    </w:p>
    <w:p/>
    <w:p>
      <w:r>
        <w:t>2. Сколько гласных букв в русском алфавите?</w:t>
      </w:r>
    </w:p>
    <w:p>
      <w:r>
        <w:t xml:space="preserve">   А) 6</w:t>
      </w:r>
    </w:p>
    <w:p>
      <w:r>
        <w:t xml:space="preserve">   Б) 8</w:t>
      </w:r>
    </w:p>
    <w:p>
      <w:r>
        <w:t xml:space="preserve">   В) 10</w:t>
      </w:r>
    </w:p>
    <w:p>
      <w:r>
        <w:t xml:space="preserve">   Г) 12</w:t>
      </w:r>
    </w:p>
    <w:p/>
    <w:p>
      <w:r>
        <w:t>3. Что образует вершину слога?</w:t>
      </w:r>
    </w:p>
    <w:p>
      <w:r>
        <w:t xml:space="preserve">   А) Согласный</w:t>
      </w:r>
    </w:p>
    <w:p>
      <w:r>
        <w:t xml:space="preserve">   Б) Гласный</w:t>
      </w:r>
    </w:p>
    <w:p>
      <w:r>
        <w:t xml:space="preserve">   В) Мягкий знак</w:t>
      </w:r>
    </w:p>
    <w:p>
      <w:r>
        <w:t xml:space="preserve">   Г) Й</w:t>
      </w:r>
    </w:p>
    <w:p/>
    <w:p>
      <w:r>
        <w:t>4. Как называется гласный под ударением?</w:t>
      </w:r>
    </w:p>
    <w:p>
      <w:r>
        <w:t xml:space="preserve">   А) Безударный</w:t>
      </w:r>
    </w:p>
    <w:p>
      <w:r>
        <w:t xml:space="preserve">   Б) Ударный</w:t>
      </w:r>
    </w:p>
    <w:p>
      <w:r>
        <w:t xml:space="preserve">   В) Парный</w:t>
      </w:r>
    </w:p>
    <w:p>
      <w:r>
        <w:t xml:space="preserve">   Г) Йотированный</w:t>
      </w:r>
    </w:p>
    <w:p/>
    <w:p>
      <w:r>
        <w:t>5. Как проверяют безударную гласную в корне?</w:t>
      </w:r>
    </w:p>
    <w:p>
      <w:r>
        <w:t xml:space="preserve">   А) Изменяют слово</w:t>
      </w:r>
    </w:p>
    <w:p>
      <w:r>
        <w:t xml:space="preserve">   Б) Добавляют суффикс</w:t>
      </w:r>
    </w:p>
    <w:p>
      <w:r>
        <w:t xml:space="preserve">   В) Меняют приставку</w:t>
      </w:r>
    </w:p>
    <w:p>
      <w:r>
        <w:t xml:space="preserve">   Г) Убирают окончание</w:t>
      </w:r>
    </w:p>
    <w:p/>
    <w:p>
      <w:r>
        <w:t>6. В каком слове три гласных звука?</w:t>
      </w:r>
    </w:p>
    <w:p>
      <w:r>
        <w:t xml:space="preserve">   А) Молоко</w:t>
      </w:r>
    </w:p>
    <w:p>
      <w:r>
        <w:t xml:space="preserve">   Б) Дом</w:t>
      </w:r>
    </w:p>
    <w:p>
      <w:r>
        <w:t xml:space="preserve">   В) Лес</w:t>
      </w:r>
    </w:p>
    <w:p>
      <w:r>
        <w:t xml:space="preserve">   Г) Стол</w:t>
      </w:r>
    </w:p>
    <w:p/>
    <w:p>
      <w:r>
        <w:t>7. Какой ряд состоит только из гласных букв?</w:t>
      </w:r>
    </w:p>
    <w:p>
      <w:r>
        <w:t xml:space="preserve">   А) А, О, У, Э</w:t>
      </w:r>
    </w:p>
    <w:p>
      <w:r>
        <w:t xml:space="preserve">   Б) Б, В, Г</w:t>
      </w:r>
    </w:p>
    <w:p>
      <w:r>
        <w:t xml:space="preserve">   В) Ж, Ш, Щ</w:t>
      </w:r>
    </w:p>
    <w:p>
      <w:r>
        <w:t xml:space="preserve">   Г) Л, М, Н</w:t>
      </w:r>
    </w:p>
    <w:p/>
    <w:p>
      <w:r>
        <w:t>8. Что происходит с безударными гласными?</w:t>
      </w:r>
    </w:p>
    <w:p>
      <w:r>
        <w:t xml:space="preserve">   А) Удлиняются</w:t>
      </w:r>
    </w:p>
    <w:p>
      <w:r>
        <w:t xml:space="preserve">   Б) Изменяют звучание</w:t>
      </w:r>
    </w:p>
    <w:p>
      <w:r>
        <w:t xml:space="preserve">   В) Исчезают</w:t>
      </w:r>
    </w:p>
    <w:p>
      <w:r>
        <w:t xml:space="preserve">   Г) Становятся согласными</w:t>
      </w:r>
    </w:p>
    <w:p/>
    <w:p>
      <w:r>
        <w:t>9. В каком слове ударение падает на второй слог?</w:t>
      </w:r>
    </w:p>
    <w:p>
      <w:r>
        <w:t xml:space="preserve">   А) Вода</w:t>
      </w:r>
    </w:p>
    <w:p>
      <w:r>
        <w:t xml:space="preserve">   Б) Лес</w:t>
      </w:r>
    </w:p>
    <w:p>
      <w:r>
        <w:t xml:space="preserve">   В) Школа</w:t>
      </w:r>
    </w:p>
    <w:p>
      <w:r>
        <w:t xml:space="preserve">   Г) Город</w:t>
      </w:r>
    </w:p>
    <w:p/>
    <w:p>
      <w:r>
        <w:t>10. Какая буква всегда обозначает гласный звук?</w:t>
      </w:r>
    </w:p>
    <w:p>
      <w:r>
        <w:t xml:space="preserve">   А) А</w:t>
      </w:r>
    </w:p>
    <w:p>
      <w:r>
        <w:t xml:space="preserve">   Б) Ь</w:t>
      </w:r>
    </w:p>
    <w:p>
      <w:r>
        <w:t xml:space="preserve">   В) Ъ</w:t>
      </w:r>
    </w:p>
    <w:p>
      <w:r>
        <w:t xml:space="preserve">   Г) Й</w:t>
      </w:r>
    </w:p>
    <w:p/>
    <w:p>
      <w:r>
        <w:t>11. Сколько слогов в слове «акация»?</w:t>
      </w:r>
    </w:p>
    <w:p>
      <w:r>
        <w:t xml:space="preserve">   А) 3</w:t>
      </w:r>
    </w:p>
    <w:p>
      <w:r>
        <w:t xml:space="preserve">   Б) 4</w:t>
      </w:r>
    </w:p>
    <w:p>
      <w:r>
        <w:t xml:space="preserve">   В) 5</w:t>
      </w:r>
    </w:p>
    <w:p>
      <w:r>
        <w:t xml:space="preserve">   Г) 2</w:t>
      </w:r>
    </w:p>
    <w:p/>
    <w:p>
      <w:r>
        <w:t>12. Что влияет на количество слогов?</w:t>
      </w:r>
    </w:p>
    <w:p>
      <w:r>
        <w:t xml:space="preserve">   А) Количество букв</w:t>
      </w:r>
    </w:p>
    <w:p>
      <w:r>
        <w:t xml:space="preserve">   Б) Количество гласных</w:t>
      </w:r>
    </w:p>
    <w:p>
      <w:r>
        <w:t xml:space="preserve">   В) Количество согласных</w:t>
      </w:r>
    </w:p>
    <w:p>
      <w:r>
        <w:t xml:space="preserve">   Г) Длина слова</w:t>
      </w:r>
    </w:p>
    <w:p/>
    <w:p>
      <w:r>
        <w:t>13. Какое слово содержит четыре гласные буквы?</w:t>
      </w:r>
    </w:p>
    <w:p>
      <w:r>
        <w:t xml:space="preserve">   А) Телефон</w:t>
      </w:r>
    </w:p>
    <w:p>
      <w:r>
        <w:t xml:space="preserve">   Б) Облако</w:t>
      </w:r>
    </w:p>
    <w:p>
      <w:r>
        <w:t xml:space="preserve">   В) Математика</w:t>
      </w:r>
    </w:p>
    <w:p>
      <w:r>
        <w:t xml:space="preserve">   Г) Слон</w:t>
      </w:r>
    </w:p>
    <w:p/>
    <w:p>
      <w:r>
        <w:t>14. Как называется изменение звучания безударных гласных?</w:t>
      </w:r>
    </w:p>
    <w:p>
      <w:r>
        <w:t xml:space="preserve">   А) Редукция</w:t>
      </w:r>
    </w:p>
    <w:p>
      <w:r>
        <w:t xml:space="preserve">   Б) Ассимиляция</w:t>
      </w:r>
    </w:p>
    <w:p>
      <w:r>
        <w:t xml:space="preserve">   В) Озвончение</w:t>
      </w:r>
    </w:p>
    <w:p>
      <w:r>
        <w:t xml:space="preserve">   Г) Оглушение</w:t>
      </w:r>
    </w:p>
    <w:p/>
    <w:p>
      <w:r>
        <w:t>15. Какое утверждение верно?</w:t>
      </w:r>
    </w:p>
    <w:p>
      <w:r>
        <w:t xml:space="preserve">   А) Каждый слог содержит гласный</w:t>
      </w:r>
    </w:p>
    <w:p>
      <w:r>
        <w:t xml:space="preserve">   Б) Слог может быть без гласного</w:t>
      </w:r>
    </w:p>
    <w:p>
      <w:r>
        <w:t xml:space="preserve">   В) Гласные не образуют слог</w:t>
      </w:r>
    </w:p>
    <w:p>
      <w:r>
        <w:t xml:space="preserve">   Г) Ударение падает на согласный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