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Тема 3. Согласные звуки</w:t>
      </w:r>
    </w:p>
    <w:p>
      <w:pPr>
        <w:pStyle w:val="Heading2"/>
      </w:pPr>
      <w:r>
        <w:t>Тест (15 вопросов)</w:t>
      </w:r>
    </w:p>
    <w:p>
      <w:r>
        <w:t>1. Как образуются согласные звуки?</w:t>
      </w:r>
    </w:p>
    <w:p>
      <w:r>
        <w:t xml:space="preserve">   А) С преградой воздуху</w:t>
      </w:r>
    </w:p>
    <w:p>
      <w:r>
        <w:t xml:space="preserve">   Б) Без участия языка</w:t>
      </w:r>
    </w:p>
    <w:p>
      <w:r>
        <w:t xml:space="preserve">   В) Только голосом</w:t>
      </w:r>
    </w:p>
    <w:p>
      <w:r>
        <w:t xml:space="preserve">   Г) Только губами</w:t>
      </w:r>
    </w:p>
    <w:p/>
    <w:p>
      <w:r>
        <w:t>2. Сколько согласных букв в русском алфавите?</w:t>
      </w:r>
    </w:p>
    <w:p>
      <w:r>
        <w:t xml:space="preserve">   А) 21</w:t>
      </w:r>
    </w:p>
    <w:p>
      <w:r>
        <w:t xml:space="preserve">   Б) 20</w:t>
      </w:r>
    </w:p>
    <w:p>
      <w:r>
        <w:t xml:space="preserve">   В) 23</w:t>
      </w:r>
    </w:p>
    <w:p>
      <w:r>
        <w:t xml:space="preserve">   Г) 18</w:t>
      </w:r>
    </w:p>
    <w:p/>
    <w:p>
      <w:r>
        <w:t>3. Какие признаки характеризуют согласный звук?</w:t>
      </w:r>
    </w:p>
    <w:p>
      <w:r>
        <w:t xml:space="preserve">   А) Звонкость, мягкость</w:t>
      </w:r>
    </w:p>
    <w:p>
      <w:r>
        <w:t xml:space="preserve">   Б) Ударность, долгота</w:t>
      </w:r>
    </w:p>
    <w:p>
      <w:r>
        <w:t xml:space="preserve">   В) Слог, ударение</w:t>
      </w:r>
    </w:p>
    <w:p>
      <w:r>
        <w:t xml:space="preserve">   Г) Высота, сила</w:t>
      </w:r>
    </w:p>
    <w:p/>
    <w:p>
      <w:r>
        <w:t>4. Какая группа состоит только из согласных?</w:t>
      </w:r>
    </w:p>
    <w:p>
      <w:r>
        <w:t xml:space="preserve">   А) Б, В, Г, Д</w:t>
      </w:r>
    </w:p>
    <w:p>
      <w:r>
        <w:t xml:space="preserve">   Б) А, О, У</w:t>
      </w:r>
    </w:p>
    <w:p>
      <w:r>
        <w:t xml:space="preserve">   В) Е, Ё, Ю</w:t>
      </w:r>
    </w:p>
    <w:p>
      <w:r>
        <w:t xml:space="preserve">   Г) И, Ы, Э</w:t>
      </w:r>
    </w:p>
    <w:p/>
    <w:p>
      <w:r>
        <w:t>5. Какой звук является сонорным?</w:t>
      </w:r>
    </w:p>
    <w:p>
      <w:r>
        <w:t xml:space="preserve">   А) Л</w:t>
      </w:r>
    </w:p>
    <w:p>
      <w:r>
        <w:t xml:space="preserve">   Б) Т</w:t>
      </w:r>
    </w:p>
    <w:p>
      <w:r>
        <w:t xml:space="preserve">   В) Ф</w:t>
      </w:r>
    </w:p>
    <w:p>
      <w:r>
        <w:t xml:space="preserve">   Г) К</w:t>
      </w:r>
    </w:p>
    <w:p/>
    <w:p>
      <w:r>
        <w:t>6. Какие согласные всегда твёрдые?</w:t>
      </w:r>
    </w:p>
    <w:p>
      <w:r>
        <w:t xml:space="preserve">   А) Ж, Ш, Ц</w:t>
      </w:r>
    </w:p>
    <w:p>
      <w:r>
        <w:t xml:space="preserve">   Б) Ч, Щ, Й</w:t>
      </w:r>
    </w:p>
    <w:p>
      <w:r>
        <w:t xml:space="preserve">   В) Б, П, В</w:t>
      </w:r>
    </w:p>
    <w:p>
      <w:r>
        <w:t xml:space="preserve">   Г) Л, М, Н</w:t>
      </w:r>
    </w:p>
    <w:p/>
    <w:p>
      <w:r>
        <w:t>7. Какие согласные всегда мягкие?</w:t>
      </w:r>
    </w:p>
    <w:p>
      <w:r>
        <w:t xml:space="preserve">   А) Ч, Щ, Й</w:t>
      </w:r>
    </w:p>
    <w:p>
      <w:r>
        <w:t xml:space="preserve">   Б) Ж, Ш, Ц</w:t>
      </w:r>
    </w:p>
    <w:p>
      <w:r>
        <w:t xml:space="preserve">   В) Б, В, Г</w:t>
      </w:r>
    </w:p>
    <w:p>
      <w:r>
        <w:t xml:space="preserve">   Г) Д, Т, З</w:t>
      </w:r>
    </w:p>
    <w:p/>
    <w:p>
      <w:r>
        <w:t>8. Что обозначает мягкий знак после согласного?</w:t>
      </w:r>
    </w:p>
    <w:p>
      <w:r>
        <w:t xml:space="preserve">   А) Мягкость звука</w:t>
      </w:r>
    </w:p>
    <w:p>
      <w:r>
        <w:t xml:space="preserve">   Б) Новый слог</w:t>
      </w:r>
    </w:p>
    <w:p>
      <w:r>
        <w:t xml:space="preserve">   В) Ударение</w:t>
      </w:r>
    </w:p>
    <w:p>
      <w:r>
        <w:t xml:space="preserve">   Г) Два звука</w:t>
      </w:r>
    </w:p>
    <w:p/>
    <w:p>
      <w:r>
        <w:t>9. В каком слове все согласные твёрдые?</w:t>
      </w:r>
    </w:p>
    <w:p>
      <w:r>
        <w:t xml:space="preserve">   А) Школа</w:t>
      </w:r>
    </w:p>
    <w:p>
      <w:r>
        <w:t xml:space="preserve">   Б) Мяч</w:t>
      </w:r>
    </w:p>
    <w:p>
      <w:r>
        <w:t xml:space="preserve">   В) День</w:t>
      </w:r>
    </w:p>
    <w:p>
      <w:r>
        <w:t xml:space="preserve">   Г) Листья</w:t>
      </w:r>
    </w:p>
    <w:p/>
    <w:p>
      <w:r>
        <w:t>10. В каком слове есть только один глухой согласный?</w:t>
      </w:r>
    </w:p>
    <w:p>
      <w:r>
        <w:t xml:space="preserve">   А) Вода</w:t>
      </w:r>
    </w:p>
    <w:p>
      <w:r>
        <w:t xml:space="preserve">   Б) Суп</w:t>
      </w:r>
    </w:p>
    <w:p>
      <w:r>
        <w:t xml:space="preserve">   В) Луг</w:t>
      </w:r>
    </w:p>
    <w:p>
      <w:r>
        <w:t xml:space="preserve">   Г) Жара</w:t>
      </w:r>
    </w:p>
    <w:p/>
    <w:p>
      <w:r>
        <w:t>11. Какой согласный является парным по звонкости–глухости?</w:t>
      </w:r>
    </w:p>
    <w:p>
      <w:r>
        <w:t xml:space="preserve">   А) Б</w:t>
      </w:r>
    </w:p>
    <w:p>
      <w:r>
        <w:t xml:space="preserve">   Б) Л</w:t>
      </w:r>
    </w:p>
    <w:p>
      <w:r>
        <w:t xml:space="preserve">   В) М</w:t>
      </w:r>
    </w:p>
    <w:p>
      <w:r>
        <w:t xml:space="preserve">   Г) Й</w:t>
      </w:r>
    </w:p>
    <w:p/>
    <w:p>
      <w:r>
        <w:t>12. Что происходит с воздушной струёй при произношении согласных?</w:t>
      </w:r>
    </w:p>
    <w:p>
      <w:r>
        <w:t xml:space="preserve">   А) Встречает преграду</w:t>
      </w:r>
    </w:p>
    <w:p>
      <w:r>
        <w:t xml:space="preserve">   Б) Проходит свободно</w:t>
      </w:r>
    </w:p>
    <w:p>
      <w:r>
        <w:t xml:space="preserve">   В) Исчезает</w:t>
      </w:r>
    </w:p>
    <w:p>
      <w:r>
        <w:t xml:space="preserve">   Г) Не участвует</w:t>
      </w:r>
    </w:p>
    <w:p/>
    <w:p>
      <w:r>
        <w:t>13. В каком слове согласных звуков больше, чем гласных?</w:t>
      </w:r>
    </w:p>
    <w:p>
      <w:r>
        <w:t xml:space="preserve">   А) Встреча</w:t>
      </w:r>
    </w:p>
    <w:p>
      <w:r>
        <w:t xml:space="preserve">   Б) Окно</w:t>
      </w:r>
    </w:p>
    <w:p>
      <w:r>
        <w:t xml:space="preserve">   В) Ива</w:t>
      </w:r>
    </w:p>
    <w:p>
      <w:r>
        <w:t xml:space="preserve">   Г) Озеро</w:t>
      </w:r>
    </w:p>
    <w:p/>
    <w:p>
      <w:r>
        <w:t>14. Какой ряд состоит только из глухих согласных?</w:t>
      </w:r>
    </w:p>
    <w:p>
      <w:r>
        <w:t xml:space="preserve">   А) П, Ф, К, Т</w:t>
      </w:r>
    </w:p>
    <w:p>
      <w:r>
        <w:t xml:space="preserve">   Б) Б, В, Г, Д</w:t>
      </w:r>
    </w:p>
    <w:p>
      <w:r>
        <w:t xml:space="preserve">   В) Л, М, Н, Р</w:t>
      </w:r>
    </w:p>
    <w:p>
      <w:r>
        <w:t xml:space="preserve">   Г) Ж, З, Б, Г</w:t>
      </w:r>
    </w:p>
    <w:p/>
    <w:p>
      <w:r>
        <w:t>15. Какое утверждение является верным?</w:t>
      </w:r>
    </w:p>
    <w:p>
      <w:r>
        <w:t xml:space="preserve">   А) Согласные образуются с преградой</w:t>
      </w:r>
    </w:p>
    <w:p>
      <w:r>
        <w:t xml:space="preserve">   Б) Все согласные звонкие</w:t>
      </w:r>
    </w:p>
    <w:p>
      <w:r>
        <w:t xml:space="preserve">   В) Согласные образуют слог без гласных</w:t>
      </w:r>
    </w:p>
    <w:p>
      <w:r>
        <w:t xml:space="preserve">   Г) Каждый согласный мягкий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