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Тема 4. Твёрдые и мягкие согласные</w:t>
      </w:r>
    </w:p>
    <w:p>
      <w:pPr>
        <w:pStyle w:val="Heading2"/>
      </w:pPr>
      <w:r>
        <w:t>Тест (15 вопросов)</w:t>
      </w:r>
    </w:p>
    <w:p>
      <w:r>
        <w:t>1. Что делает согласный звук мягким?</w:t>
      </w:r>
    </w:p>
    <w:p>
      <w:r>
        <w:t xml:space="preserve">   А) Буквы Е, Ё, И, Ю, Я</w:t>
      </w:r>
    </w:p>
    <w:p>
      <w:r>
        <w:t xml:space="preserve">   Б) Любая гласная</w:t>
      </w:r>
    </w:p>
    <w:p>
      <w:r>
        <w:t xml:space="preserve">   В) Ударение</w:t>
      </w:r>
    </w:p>
    <w:p>
      <w:r>
        <w:t xml:space="preserve">   Г) Приставка</w:t>
      </w:r>
    </w:p>
    <w:p/>
    <w:p>
      <w:r>
        <w:t>2. Какую функцию выполняет мягкий знак?</w:t>
      </w:r>
    </w:p>
    <w:p>
      <w:r>
        <w:t xml:space="preserve">   А) Обозначает мягкость</w:t>
      </w:r>
    </w:p>
    <w:p>
      <w:r>
        <w:t xml:space="preserve">   Б) Обозначает ударение</w:t>
      </w:r>
    </w:p>
    <w:p>
      <w:r>
        <w:t xml:space="preserve">   В) Образует слог</w:t>
      </w:r>
    </w:p>
    <w:p>
      <w:r>
        <w:t xml:space="preserve">   Г) Обозначает два звука</w:t>
      </w:r>
    </w:p>
    <w:p/>
    <w:p>
      <w:r>
        <w:t>3. Какие согласные всегда твёрдые?</w:t>
      </w:r>
    </w:p>
    <w:p>
      <w:r>
        <w:t xml:space="preserve">   А) Ж, Ш, Ц</w:t>
      </w:r>
    </w:p>
    <w:p>
      <w:r>
        <w:t xml:space="preserve">   Б) Ч, Щ, Й</w:t>
      </w:r>
    </w:p>
    <w:p>
      <w:r>
        <w:t xml:space="preserve">   В) Б, В, Г</w:t>
      </w:r>
    </w:p>
    <w:p>
      <w:r>
        <w:t xml:space="preserve">   Г) Л, М, Н</w:t>
      </w:r>
    </w:p>
    <w:p/>
    <w:p>
      <w:r>
        <w:t>4. Какие согласные всегда мягкие?</w:t>
      </w:r>
    </w:p>
    <w:p>
      <w:r>
        <w:t xml:space="preserve">   А) Ч, Щ, Й</w:t>
      </w:r>
    </w:p>
    <w:p>
      <w:r>
        <w:t xml:space="preserve">   Б) Ж, Ш, Ц</w:t>
      </w:r>
    </w:p>
    <w:p>
      <w:r>
        <w:t xml:space="preserve">   В) Д, Т, З</w:t>
      </w:r>
    </w:p>
    <w:p>
      <w:r>
        <w:t xml:space="preserve">   Г) К, П, Ф</w:t>
      </w:r>
    </w:p>
    <w:p/>
    <w:p>
      <w:r>
        <w:t>5. В каком слове все согласные мягкие?</w:t>
      </w:r>
    </w:p>
    <w:p>
      <w:r>
        <w:t xml:space="preserve">   А) Тётя</w:t>
      </w:r>
    </w:p>
    <w:p>
      <w:r>
        <w:t xml:space="preserve">   Б) Школа</w:t>
      </w:r>
    </w:p>
    <w:p>
      <w:r>
        <w:t xml:space="preserve">   В) Жук</w:t>
      </w:r>
    </w:p>
    <w:p>
      <w:r>
        <w:t xml:space="preserve">   Г) Цех</w:t>
      </w:r>
    </w:p>
    <w:p/>
    <w:p>
      <w:r>
        <w:t>6. В каком слове все согласные твёрдые?</w:t>
      </w:r>
    </w:p>
    <w:p>
      <w:r>
        <w:t xml:space="preserve">   А) Шкаф</w:t>
      </w:r>
    </w:p>
    <w:p>
      <w:r>
        <w:t xml:space="preserve">   Б) Семья</w:t>
      </w:r>
    </w:p>
    <w:p>
      <w:r>
        <w:t xml:space="preserve">   В) Песня</w:t>
      </w:r>
    </w:p>
    <w:p>
      <w:r>
        <w:t xml:space="preserve">   Г) День</w:t>
      </w:r>
    </w:p>
    <w:p/>
    <w:p>
      <w:r>
        <w:t>7. После каких букв согласный обычно произносится мягко?</w:t>
      </w:r>
    </w:p>
    <w:p>
      <w:r>
        <w:t xml:space="preserve">   А) Е, Ё, И, Ю, Я</w:t>
      </w:r>
    </w:p>
    <w:p>
      <w:r>
        <w:t xml:space="preserve">   Б) А, О, У</w:t>
      </w:r>
    </w:p>
    <w:p>
      <w:r>
        <w:t xml:space="preserve">   В) Ы, Э</w:t>
      </w:r>
    </w:p>
    <w:p>
      <w:r>
        <w:t xml:space="preserve">   Г) Ъ, Ь</w:t>
      </w:r>
    </w:p>
    <w:p/>
    <w:p>
      <w:r>
        <w:t>8. Что обозначает буква Ь в слове «конь»?</w:t>
      </w:r>
    </w:p>
    <w:p>
      <w:r>
        <w:t xml:space="preserve">   А) Мягкость Н</w:t>
      </w:r>
    </w:p>
    <w:p>
      <w:r>
        <w:t xml:space="preserve">   Б) Два звука</w:t>
      </w:r>
    </w:p>
    <w:p>
      <w:r>
        <w:t xml:space="preserve">   В) Новый слог</w:t>
      </w:r>
    </w:p>
    <w:p>
      <w:r>
        <w:t xml:space="preserve">   Г) Гласный звук</w:t>
      </w:r>
    </w:p>
    <w:p/>
    <w:p>
      <w:r>
        <w:t>9. Какой звук не имеет твёрдой пары?</w:t>
      </w:r>
    </w:p>
    <w:p>
      <w:r>
        <w:t xml:space="preserve">   А) Ч'</w:t>
      </w:r>
    </w:p>
    <w:p>
      <w:r>
        <w:t xml:space="preserve">   Б) Б</w:t>
      </w:r>
    </w:p>
    <w:p>
      <w:r>
        <w:t xml:space="preserve">   В) В</w:t>
      </w:r>
    </w:p>
    <w:p>
      <w:r>
        <w:t xml:space="preserve">   Г) Д</w:t>
      </w:r>
    </w:p>
    <w:p/>
    <w:p>
      <w:r>
        <w:t>10. Какой звук не имеет мягкой пары?</w:t>
      </w:r>
    </w:p>
    <w:p>
      <w:r>
        <w:t xml:space="preserve">   А) Ж</w:t>
      </w:r>
    </w:p>
    <w:p>
      <w:r>
        <w:t xml:space="preserve">   Б) Л</w:t>
      </w:r>
    </w:p>
    <w:p>
      <w:r>
        <w:t xml:space="preserve">   В) Н</w:t>
      </w:r>
    </w:p>
    <w:p>
      <w:r>
        <w:t xml:space="preserve">   Г) Б</w:t>
      </w:r>
    </w:p>
    <w:p/>
    <w:p>
      <w:r>
        <w:t>11. В каком слове буква И смягчает предыдущий согласный?</w:t>
      </w:r>
    </w:p>
    <w:p>
      <w:r>
        <w:t xml:space="preserve">   А) Лиса</w:t>
      </w:r>
    </w:p>
    <w:p>
      <w:r>
        <w:t xml:space="preserve">   Б) Дом</w:t>
      </w:r>
    </w:p>
    <w:p>
      <w:r>
        <w:t xml:space="preserve">   В) Шар</w:t>
      </w:r>
    </w:p>
    <w:p>
      <w:r>
        <w:t xml:space="preserve">   Г) Рука</w:t>
      </w:r>
    </w:p>
    <w:p/>
    <w:p>
      <w:r>
        <w:t>12. Как определить мягкость согласного?</w:t>
      </w:r>
    </w:p>
    <w:p>
      <w:r>
        <w:t xml:space="preserve">   А) По следующей букве</w:t>
      </w:r>
    </w:p>
    <w:p>
      <w:r>
        <w:t xml:space="preserve">   Б) По количеству букв</w:t>
      </w:r>
    </w:p>
    <w:p>
      <w:r>
        <w:t xml:space="preserve">   В) По ударению</w:t>
      </w:r>
    </w:p>
    <w:p>
      <w:r>
        <w:t xml:space="preserve">   Г) По длине слова</w:t>
      </w:r>
    </w:p>
    <w:p/>
    <w:p>
      <w:r>
        <w:t>13. В каком слове мягкий знак не обозначает отдельного звука?</w:t>
      </w:r>
    </w:p>
    <w:p>
      <w:r>
        <w:t xml:space="preserve">   А) День</w:t>
      </w:r>
    </w:p>
    <w:p>
      <w:r>
        <w:t xml:space="preserve">   Б) Ель</w:t>
      </w:r>
    </w:p>
    <w:p>
      <w:r>
        <w:t xml:space="preserve">   В) Конь</w:t>
      </w:r>
    </w:p>
    <w:p>
      <w:r>
        <w:t xml:space="preserve">   Г) Во всех случаях</w:t>
      </w:r>
    </w:p>
    <w:p/>
    <w:p>
      <w:r>
        <w:t>14. Какое утверждение является верным?</w:t>
      </w:r>
    </w:p>
    <w:p>
      <w:r>
        <w:t xml:space="preserve">   А) Ь звука не обозначает</w:t>
      </w:r>
    </w:p>
    <w:p>
      <w:r>
        <w:t xml:space="preserve">   Б) Ь обозначает гласный</w:t>
      </w:r>
    </w:p>
    <w:p>
      <w:r>
        <w:t xml:space="preserve">   В) Все согласные имеют пары</w:t>
      </w:r>
    </w:p>
    <w:p>
      <w:r>
        <w:t xml:space="preserve">   Г) Ч всегда твёрдый</w:t>
      </w:r>
    </w:p>
    <w:p/>
    <w:p>
      <w:r>
        <w:t>15. В каком слове первый согласный мягкий?</w:t>
      </w:r>
    </w:p>
    <w:p>
      <w:r>
        <w:t xml:space="preserve">   А) Лёд</w:t>
      </w:r>
    </w:p>
    <w:p>
      <w:r>
        <w:t xml:space="preserve">   Б) Дом</w:t>
      </w:r>
    </w:p>
    <w:p>
      <w:r>
        <w:t xml:space="preserve">   В) Сад</w:t>
      </w:r>
    </w:p>
    <w:p>
      <w:r>
        <w:t xml:space="preserve">   Г) Шум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