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5. Звонкие и глухие согласные</w:t>
      </w:r>
    </w:p>
    <w:p>
      <w:pPr>
        <w:pStyle w:val="Heading2"/>
      </w:pPr>
      <w:r>
        <w:t>Тест (15 вопросов)</w:t>
      </w:r>
    </w:p>
    <w:p>
      <w:r>
        <w:t>1. Что отличает звонкие согласные от глухих?</w:t>
      </w:r>
    </w:p>
    <w:p>
      <w:r>
        <w:t xml:space="preserve">   А) Работа голосовых связок</w:t>
      </w:r>
    </w:p>
    <w:p>
      <w:r>
        <w:t xml:space="preserve">   Б) Количество букв</w:t>
      </w:r>
    </w:p>
    <w:p>
      <w:r>
        <w:t xml:space="preserve">   В) Наличие ударения</w:t>
      </w:r>
    </w:p>
    <w:p>
      <w:r>
        <w:t xml:space="preserve">   Г) Количество слогов</w:t>
      </w:r>
    </w:p>
    <w:p/>
    <w:p>
      <w:r>
        <w:t>2. Какая пара является парной по звонкости–глухости?</w:t>
      </w:r>
    </w:p>
    <w:p>
      <w:r>
        <w:t xml:space="preserve">   А) Б–П</w:t>
      </w:r>
    </w:p>
    <w:p>
      <w:r>
        <w:t xml:space="preserve">   Б) Л–П</w:t>
      </w:r>
    </w:p>
    <w:p>
      <w:r>
        <w:t xml:space="preserve">   В) М–Ф</w:t>
      </w:r>
    </w:p>
    <w:p>
      <w:r>
        <w:t xml:space="preserve">   Г) Й–Х</w:t>
      </w:r>
    </w:p>
    <w:p/>
    <w:p>
      <w:r>
        <w:t>3. Какие согласные всегда звонкие?</w:t>
      </w:r>
    </w:p>
    <w:p>
      <w:r>
        <w:t xml:space="preserve">   А) Л, М, Н, Р, Й</w:t>
      </w:r>
    </w:p>
    <w:p>
      <w:r>
        <w:t xml:space="preserve">   Б) П, Ф, К, Т</w:t>
      </w:r>
    </w:p>
    <w:p>
      <w:r>
        <w:t xml:space="preserve">   В) Ж, Ш, Ц</w:t>
      </w:r>
    </w:p>
    <w:p>
      <w:r>
        <w:t xml:space="preserve">   Г) Ч, Щ, Х</w:t>
      </w:r>
    </w:p>
    <w:p/>
    <w:p>
      <w:r>
        <w:t>4. Какие согласные всегда глухие?</w:t>
      </w:r>
    </w:p>
    <w:p>
      <w:r>
        <w:t xml:space="preserve">   А) Х, Ц, Ч, Щ</w:t>
      </w:r>
    </w:p>
    <w:p>
      <w:r>
        <w:t xml:space="preserve">   Б) Л, М, Н, Р</w:t>
      </w:r>
    </w:p>
    <w:p>
      <w:r>
        <w:t xml:space="preserve">   В) Б, В, Г, Д</w:t>
      </w:r>
    </w:p>
    <w:p>
      <w:r>
        <w:t xml:space="preserve">   Г) З, Ж, Л, Р</w:t>
      </w:r>
    </w:p>
    <w:p/>
    <w:p>
      <w:r>
        <w:t>5. Что происходит с парным звонким согласным в конце слова?</w:t>
      </w:r>
    </w:p>
    <w:p>
      <w:r>
        <w:t xml:space="preserve">   А) Оглушается</w:t>
      </w:r>
    </w:p>
    <w:p>
      <w:r>
        <w:t xml:space="preserve">   Б) Смягчается</w:t>
      </w:r>
    </w:p>
    <w:p>
      <w:r>
        <w:t xml:space="preserve">   В) Исчезает</w:t>
      </w:r>
    </w:p>
    <w:p>
      <w:r>
        <w:t xml:space="preserve">   Г) Удлиняется</w:t>
      </w:r>
    </w:p>
    <w:p/>
    <w:p>
      <w:r>
        <w:t>6. Как проверить парный согласный?</w:t>
      </w:r>
    </w:p>
    <w:p>
      <w:r>
        <w:t xml:space="preserve">   А) Изменить форму слова</w:t>
      </w:r>
    </w:p>
    <w:p>
      <w:r>
        <w:t xml:space="preserve">   Б) Поставить ударение</w:t>
      </w:r>
    </w:p>
    <w:p>
      <w:r>
        <w:t xml:space="preserve">   В) Разделить на слоги</w:t>
      </w:r>
    </w:p>
    <w:p>
      <w:r>
        <w:t xml:space="preserve">   Г) Выполнить разбор</w:t>
      </w:r>
    </w:p>
    <w:p/>
    <w:p>
      <w:r>
        <w:t>7. В каком слове происходит оглушение?</w:t>
      </w:r>
    </w:p>
    <w:p>
      <w:r>
        <w:t xml:space="preserve">   А) Дуб</w:t>
      </w:r>
    </w:p>
    <w:p>
      <w:r>
        <w:t xml:space="preserve">   Б) Вода</w:t>
      </w:r>
    </w:p>
    <w:p>
      <w:r>
        <w:t xml:space="preserve">   В) Лето</w:t>
      </w:r>
    </w:p>
    <w:p>
      <w:r>
        <w:t xml:space="preserve">   Г) Море</w:t>
      </w:r>
    </w:p>
    <w:p/>
    <w:p>
      <w:r>
        <w:t>8. Что называют озвончением?</w:t>
      </w:r>
    </w:p>
    <w:p>
      <w:r>
        <w:t xml:space="preserve">   А) Замену глухого звонким</w:t>
      </w:r>
    </w:p>
    <w:p>
      <w:r>
        <w:t xml:space="preserve">   Б) Смягчение согласного</w:t>
      </w:r>
    </w:p>
    <w:p>
      <w:r>
        <w:t xml:space="preserve">   В) Редукцию гласного</w:t>
      </w:r>
    </w:p>
    <w:p>
      <w:r>
        <w:t xml:space="preserve">   Г) Перенос ударения</w:t>
      </w:r>
    </w:p>
    <w:p/>
    <w:p>
      <w:r>
        <w:t>9. В каком слове нужно проверить конечный согласный?</w:t>
      </w:r>
    </w:p>
    <w:p>
      <w:r>
        <w:t xml:space="preserve">   А) Гриб</w:t>
      </w:r>
    </w:p>
    <w:p>
      <w:r>
        <w:t xml:space="preserve">   Б) Окно</w:t>
      </w:r>
    </w:p>
    <w:p>
      <w:r>
        <w:t xml:space="preserve">   В) Трава</w:t>
      </w:r>
    </w:p>
    <w:p>
      <w:r>
        <w:t xml:space="preserve">   Г) Река</w:t>
      </w:r>
    </w:p>
    <w:p/>
    <w:p>
      <w:r>
        <w:t>10. Какая буква обозначает глухой согласный?</w:t>
      </w:r>
    </w:p>
    <w:p>
      <w:r>
        <w:t xml:space="preserve">   А) Ф</w:t>
      </w:r>
    </w:p>
    <w:p>
      <w:r>
        <w:t xml:space="preserve">   Б) Б</w:t>
      </w:r>
    </w:p>
    <w:p>
      <w:r>
        <w:t xml:space="preserve">   В) Г</w:t>
      </w:r>
    </w:p>
    <w:p>
      <w:r>
        <w:t xml:space="preserve">   Г) Д</w:t>
      </w:r>
    </w:p>
    <w:p/>
    <w:p>
      <w:r>
        <w:t>11. Какой звук является звонким?</w:t>
      </w:r>
    </w:p>
    <w:p>
      <w:r>
        <w:t xml:space="preserve">   А) З</w:t>
      </w:r>
    </w:p>
    <w:p>
      <w:r>
        <w:t xml:space="preserve">   Б) С</w:t>
      </w:r>
    </w:p>
    <w:p>
      <w:r>
        <w:t xml:space="preserve">   В) Т</w:t>
      </w:r>
    </w:p>
    <w:p>
      <w:r>
        <w:t xml:space="preserve">   Г) К</w:t>
      </w:r>
    </w:p>
    <w:p/>
    <w:p>
      <w:r>
        <w:t>12. Что происходит с глухим перед звонким согласным?</w:t>
      </w:r>
    </w:p>
    <w:p>
      <w:r>
        <w:t xml:space="preserve">   А) Может озвончаться</w:t>
      </w:r>
    </w:p>
    <w:p>
      <w:r>
        <w:t xml:space="preserve">   Б) Всегда исчезает</w:t>
      </w:r>
    </w:p>
    <w:p>
      <w:r>
        <w:t xml:space="preserve">   В) Становится мягким</w:t>
      </w:r>
    </w:p>
    <w:p>
      <w:r>
        <w:t xml:space="preserve">   Г) Не изменяется</w:t>
      </w:r>
    </w:p>
    <w:p/>
    <w:p>
      <w:r>
        <w:t>13. Какое слово является проверочным к слову «мороз»?</w:t>
      </w:r>
    </w:p>
    <w:p>
      <w:r>
        <w:t xml:space="preserve">   А) Морозы</w:t>
      </w:r>
    </w:p>
    <w:p>
      <w:r>
        <w:t xml:space="preserve">   Б) Зима</w:t>
      </w:r>
    </w:p>
    <w:p>
      <w:r>
        <w:t xml:space="preserve">   В) Морозец</w:t>
      </w:r>
    </w:p>
    <w:p>
      <w:r>
        <w:t xml:space="preserve">   Г) Холод</w:t>
      </w:r>
    </w:p>
    <w:p/>
    <w:p>
      <w:r>
        <w:t>14. Какая группа состоит только из звонких согласных?</w:t>
      </w:r>
    </w:p>
    <w:p>
      <w:r>
        <w:t xml:space="preserve">   А) Б, В, Д, Г</w:t>
      </w:r>
    </w:p>
    <w:p>
      <w:r>
        <w:t xml:space="preserve">   Б) П, Т, К, Ф</w:t>
      </w:r>
    </w:p>
    <w:p>
      <w:r>
        <w:t xml:space="preserve">   В) Х, Ц, Ч, Щ</w:t>
      </w:r>
    </w:p>
    <w:p>
      <w:r>
        <w:t xml:space="preserve">   Г) С, Ш, Ф, К</w:t>
      </w:r>
    </w:p>
    <w:p/>
    <w:p>
      <w:r>
        <w:t>15. Какое утверждение верно?</w:t>
      </w:r>
    </w:p>
    <w:p>
      <w:r>
        <w:t xml:space="preserve">   А) Парные согласные требуют проверки</w:t>
      </w:r>
    </w:p>
    <w:p>
      <w:r>
        <w:t xml:space="preserve">   Б) Все звонкие непарные</w:t>
      </w:r>
    </w:p>
    <w:p>
      <w:r>
        <w:t xml:space="preserve">   В) Оглушение бывает только в начале слова</w:t>
      </w:r>
    </w:p>
    <w:p>
      <w:r>
        <w:t xml:space="preserve">   Г) Глухие всегда мягкие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