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Тема 7. Йотированные буквы</w:t>
      </w:r>
    </w:p>
    <w:p>
      <w:pPr>
        <w:pStyle w:val="Heading2"/>
      </w:pPr>
      <w:r>
        <w:t>Тест (15 вопросов)</w:t>
      </w:r>
    </w:p>
    <w:p>
      <w:r>
        <w:t>1. Какие буквы называют йотированными?</w:t>
      </w:r>
    </w:p>
    <w:p>
      <w:r>
        <w:t xml:space="preserve">   А) Е, Ё, Ю, Я</w:t>
      </w:r>
    </w:p>
    <w:p>
      <w:r>
        <w:t xml:space="preserve">   Б) А, О, У, Ы</w:t>
      </w:r>
    </w:p>
    <w:p>
      <w:r>
        <w:t xml:space="preserve">   В) Ж, Ш, Ч, Щ</w:t>
      </w:r>
    </w:p>
    <w:p>
      <w:r>
        <w:t xml:space="preserve">   Г) Ь, Ъ, Й</w:t>
      </w:r>
    </w:p>
    <w:p/>
    <w:p>
      <w:r>
        <w:t>2. Когда буква Е обозначает два звука?</w:t>
      </w:r>
    </w:p>
    <w:p>
      <w:r>
        <w:t xml:space="preserve">   А) В начале слова</w:t>
      </w:r>
    </w:p>
    <w:p>
      <w:r>
        <w:t xml:space="preserve">   Б) После Ж</w:t>
      </w:r>
    </w:p>
    <w:p>
      <w:r>
        <w:t xml:space="preserve">   В) После Ц</w:t>
      </w:r>
    </w:p>
    <w:p>
      <w:r>
        <w:t xml:space="preserve">   Г) Под ударением</w:t>
      </w:r>
    </w:p>
    <w:p/>
    <w:p>
      <w:r>
        <w:t>3. Когда буква Я обозначает один звук?</w:t>
      </w:r>
    </w:p>
    <w:p>
      <w:r>
        <w:t xml:space="preserve">   А) После согласного</w:t>
      </w:r>
    </w:p>
    <w:p>
      <w:r>
        <w:t xml:space="preserve">   Б) В начале слова</w:t>
      </w:r>
    </w:p>
    <w:p>
      <w:r>
        <w:t xml:space="preserve">   В) После гласного</w:t>
      </w:r>
    </w:p>
    <w:p>
      <w:r>
        <w:t xml:space="preserve">   Г) После Ъ</w:t>
      </w:r>
    </w:p>
    <w:p/>
    <w:p>
      <w:r>
        <w:t>4. После какого знака Ю обозначает два звука?</w:t>
      </w:r>
    </w:p>
    <w:p>
      <w:r>
        <w:t xml:space="preserve">   А) После Ь</w:t>
      </w:r>
    </w:p>
    <w:p>
      <w:r>
        <w:t xml:space="preserve">   Б) После Ш</w:t>
      </w:r>
    </w:p>
    <w:p>
      <w:r>
        <w:t xml:space="preserve">   В) После Ц</w:t>
      </w:r>
    </w:p>
    <w:p>
      <w:r>
        <w:t xml:space="preserve">   Г) После Н</w:t>
      </w:r>
    </w:p>
    <w:p/>
    <w:p>
      <w:r>
        <w:t>5. В каком слове Ё обозначает два звука?</w:t>
      </w:r>
    </w:p>
    <w:p>
      <w:r>
        <w:t xml:space="preserve">   А) Ёж</w:t>
      </w:r>
    </w:p>
    <w:p>
      <w:r>
        <w:t xml:space="preserve">   Б) Мёд</w:t>
      </w:r>
    </w:p>
    <w:p>
      <w:r>
        <w:t xml:space="preserve">   В) Тётя</w:t>
      </w:r>
    </w:p>
    <w:p>
      <w:r>
        <w:t xml:space="preserve">   Г) Берёза</w:t>
      </w:r>
    </w:p>
    <w:p/>
    <w:p>
      <w:r>
        <w:t>6. Что обозначают йотированные буквы после гласной?</w:t>
      </w:r>
    </w:p>
    <w:p>
      <w:r>
        <w:t xml:space="preserve">   А) Два звука</w:t>
      </w:r>
    </w:p>
    <w:p>
      <w:r>
        <w:t xml:space="preserve">   Б) Один звук</w:t>
      </w:r>
    </w:p>
    <w:p>
      <w:r>
        <w:t xml:space="preserve">   В) Мягкий знак</w:t>
      </w:r>
    </w:p>
    <w:p>
      <w:r>
        <w:t xml:space="preserve">   Г) Ударение</w:t>
      </w:r>
    </w:p>
    <w:p/>
    <w:p>
      <w:r>
        <w:t>7. В каком слове Е обозначает два звука?</w:t>
      </w:r>
    </w:p>
    <w:p>
      <w:r>
        <w:t xml:space="preserve">   А) Ель</w:t>
      </w:r>
    </w:p>
    <w:p>
      <w:r>
        <w:t xml:space="preserve">   Б) Лес</w:t>
      </w:r>
    </w:p>
    <w:p>
      <w:r>
        <w:t xml:space="preserve">   В) Мел</w:t>
      </w:r>
    </w:p>
    <w:p>
      <w:r>
        <w:t xml:space="preserve">   Г) Пена</w:t>
      </w:r>
    </w:p>
    <w:p/>
    <w:p>
      <w:r>
        <w:t>8. Какую роль выполняет Ь перед Е, Ё, Ю, Я?</w:t>
      </w:r>
    </w:p>
    <w:p>
      <w:r>
        <w:t xml:space="preserve">   А) Разделительную</w:t>
      </w:r>
    </w:p>
    <w:p>
      <w:r>
        <w:t xml:space="preserve">   Б) Ударную</w:t>
      </w:r>
    </w:p>
    <w:p>
      <w:r>
        <w:t xml:space="preserve">   В) Слоговую</w:t>
      </w:r>
    </w:p>
    <w:p>
      <w:r>
        <w:t xml:space="preserve">   Г) Орфографическую</w:t>
      </w:r>
    </w:p>
    <w:p/>
    <w:p>
      <w:r>
        <w:t>9. В каком слове Я обозначает два звука?</w:t>
      </w:r>
    </w:p>
    <w:p>
      <w:r>
        <w:t xml:space="preserve">   А) Якорь</w:t>
      </w:r>
    </w:p>
    <w:p>
      <w:r>
        <w:t xml:space="preserve">   Б) Пятно</w:t>
      </w:r>
    </w:p>
    <w:p>
      <w:r>
        <w:t xml:space="preserve">   В) Мясо</w:t>
      </w:r>
    </w:p>
    <w:p>
      <w:r>
        <w:t xml:space="preserve">   Г) Ряд</w:t>
      </w:r>
    </w:p>
    <w:p/>
    <w:p>
      <w:r>
        <w:t>10. Какая буква не является йотированной?</w:t>
      </w:r>
    </w:p>
    <w:p>
      <w:r>
        <w:t xml:space="preserve">   А) Э</w:t>
      </w:r>
    </w:p>
    <w:p>
      <w:r>
        <w:t xml:space="preserve">   Б) Я</w:t>
      </w:r>
    </w:p>
    <w:p>
      <w:r>
        <w:t xml:space="preserve">   В) Е</w:t>
      </w:r>
    </w:p>
    <w:p>
      <w:r>
        <w:t xml:space="preserve">   Г) Ю</w:t>
      </w:r>
    </w:p>
    <w:p/>
    <w:p>
      <w:r>
        <w:t>11. После согласного Ё обычно обозначает...</w:t>
      </w:r>
    </w:p>
    <w:p>
      <w:r>
        <w:t xml:space="preserve">   А) Один звук</w:t>
      </w:r>
    </w:p>
    <w:p>
      <w:r>
        <w:t xml:space="preserve">   Б) Два звука</w:t>
      </w:r>
    </w:p>
    <w:p>
      <w:r>
        <w:t xml:space="preserve">   В) Три звука</w:t>
      </w:r>
    </w:p>
    <w:p>
      <w:r>
        <w:t xml:space="preserve">   Г) Не обозначает звук</w:t>
      </w:r>
    </w:p>
    <w:p/>
    <w:p>
      <w:r>
        <w:t>12. В каком слове есть разделительный Ъ?</w:t>
      </w:r>
    </w:p>
    <w:p>
      <w:r>
        <w:t xml:space="preserve">   А) Подъезд</w:t>
      </w:r>
    </w:p>
    <w:p>
      <w:r>
        <w:t xml:space="preserve">   Б) Обед</w:t>
      </w:r>
    </w:p>
    <w:p>
      <w:r>
        <w:t xml:space="preserve">   В) Поднос</w:t>
      </w:r>
    </w:p>
    <w:p>
      <w:r>
        <w:t xml:space="preserve">   Г) Съел</w:t>
      </w:r>
    </w:p>
    <w:p/>
    <w:p>
      <w:r>
        <w:t>13. Сколько звуков обозначает Ю в слове «юла»?</w:t>
      </w:r>
    </w:p>
    <w:p>
      <w:r>
        <w:t xml:space="preserve">   А) Два</w:t>
      </w:r>
    </w:p>
    <w:p>
      <w:r>
        <w:t xml:space="preserve">   Б) Один</w:t>
      </w:r>
    </w:p>
    <w:p>
      <w:r>
        <w:t xml:space="preserve">   В) Три</w:t>
      </w:r>
    </w:p>
    <w:p>
      <w:r>
        <w:t xml:space="preserve">   Г) Ни одного</w:t>
      </w:r>
    </w:p>
    <w:p/>
    <w:p>
      <w:r>
        <w:t>14. В каком слове две йотированные буквы?</w:t>
      </w:r>
    </w:p>
    <w:p>
      <w:r>
        <w:t xml:space="preserve">   А) Поездка</w:t>
      </w:r>
    </w:p>
    <w:p>
      <w:r>
        <w:t xml:space="preserve">   Б) Её</w:t>
      </w:r>
    </w:p>
    <w:p>
      <w:r>
        <w:t xml:space="preserve">   В) Юла</w:t>
      </w:r>
    </w:p>
    <w:p>
      <w:r>
        <w:t xml:space="preserve">   Г) Маяк</w:t>
      </w:r>
    </w:p>
    <w:p/>
    <w:p>
      <w:r>
        <w:t>15. Какое утверждение верно?</w:t>
      </w:r>
    </w:p>
    <w:p>
      <w:r>
        <w:t xml:space="preserve">   А) После согласного йотированные обычно обозначают один звук</w:t>
      </w:r>
    </w:p>
    <w:p>
      <w:r>
        <w:t xml:space="preserve">   Б) Йотированные всегда обозначают два звука</w:t>
      </w:r>
    </w:p>
    <w:p>
      <w:r>
        <w:t xml:space="preserve">   В) Е никогда не обозначает два звука</w:t>
      </w:r>
    </w:p>
    <w:p>
      <w:r>
        <w:t xml:space="preserve">   Г) Ъ обозначает звук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