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8. Слог</w:t>
      </w:r>
    </w:p>
    <w:p>
      <w:pPr>
        <w:pStyle w:val="Heading2"/>
      </w:pPr>
      <w:r>
        <w:t>Тест (15 вопросов)</w:t>
      </w:r>
    </w:p>
    <w:p>
      <w:r>
        <w:t>1. Что называется слогом?</w:t>
      </w:r>
    </w:p>
    <w:p>
      <w:r>
        <w:t xml:space="preserve">   А) Произносительная единица</w:t>
      </w:r>
    </w:p>
    <w:p>
      <w:r>
        <w:t xml:space="preserve">   Б) Часть предложения</w:t>
      </w:r>
    </w:p>
    <w:p>
      <w:r>
        <w:t xml:space="preserve">   В) Группа букв</w:t>
      </w:r>
    </w:p>
    <w:p>
      <w:r>
        <w:t xml:space="preserve">   Г) Корень слова</w:t>
      </w:r>
    </w:p>
    <w:p/>
    <w:p>
      <w:r>
        <w:t>2. Что является вершиной слога?</w:t>
      </w:r>
    </w:p>
    <w:p>
      <w:r>
        <w:t xml:space="preserve">   А) Гласный звук</w:t>
      </w:r>
    </w:p>
    <w:p>
      <w:r>
        <w:t xml:space="preserve">   Б) Согласный звук</w:t>
      </w:r>
    </w:p>
    <w:p>
      <w:r>
        <w:t xml:space="preserve">   В) Мягкий знак</w:t>
      </w:r>
    </w:p>
    <w:p>
      <w:r>
        <w:t xml:space="preserve">   Г) Й</w:t>
      </w:r>
    </w:p>
    <w:p/>
    <w:p>
      <w:r>
        <w:t>3. От чего зависит количество слогов в слове?</w:t>
      </w:r>
    </w:p>
    <w:p>
      <w:r>
        <w:t xml:space="preserve">   А) От числа гласных</w:t>
      </w:r>
    </w:p>
    <w:p>
      <w:r>
        <w:t xml:space="preserve">   Б) От числа букв</w:t>
      </w:r>
    </w:p>
    <w:p>
      <w:r>
        <w:t xml:space="preserve">   В) От ударения</w:t>
      </w:r>
    </w:p>
    <w:p>
      <w:r>
        <w:t xml:space="preserve">   Г) От числа согласных</w:t>
      </w:r>
    </w:p>
    <w:p/>
    <w:p>
      <w:r>
        <w:t>4. Сколько слогов в слове «объявление»?</w:t>
      </w:r>
    </w:p>
    <w:p>
      <w:r>
        <w:t xml:space="preserve">   А) 5</w:t>
      </w:r>
    </w:p>
    <w:p>
      <w:r>
        <w:t xml:space="preserve">   Б) 4</w:t>
      </w:r>
    </w:p>
    <w:p>
      <w:r>
        <w:t xml:space="preserve">   В) 6</w:t>
      </w:r>
    </w:p>
    <w:p>
      <w:r>
        <w:t xml:space="preserve">   Г) 3</w:t>
      </w:r>
    </w:p>
    <w:p/>
    <w:p>
      <w:r>
        <w:t>5. Какой слог называется открытым?</w:t>
      </w:r>
    </w:p>
    <w:p>
      <w:r>
        <w:t xml:space="preserve">   А) Оканчивается гласным</w:t>
      </w:r>
    </w:p>
    <w:p>
      <w:r>
        <w:t xml:space="preserve">   Б) Начинается гласным</w:t>
      </w:r>
    </w:p>
    <w:p>
      <w:r>
        <w:t xml:space="preserve">   В) Оканчивается согласным</w:t>
      </w:r>
    </w:p>
    <w:p>
      <w:r>
        <w:t xml:space="preserve">   Г) Содержит две гласные</w:t>
      </w:r>
    </w:p>
    <w:p/>
    <w:p>
      <w:r>
        <w:t>6. Какой слог называется закрытым?</w:t>
      </w:r>
    </w:p>
    <w:p>
      <w:r>
        <w:t xml:space="preserve">   А) Оканчивается согласным</w:t>
      </w:r>
    </w:p>
    <w:p>
      <w:r>
        <w:t xml:space="preserve">   Б) Начинается согласным</w:t>
      </w:r>
    </w:p>
    <w:p>
      <w:r>
        <w:t xml:space="preserve">   В) Содержит ударение</w:t>
      </w:r>
    </w:p>
    <w:p>
      <w:r>
        <w:t xml:space="preserve">   Г) Не имеет гласных</w:t>
      </w:r>
    </w:p>
    <w:p/>
    <w:p>
      <w:r>
        <w:t>7. Сколько слогов в слове «семья»?</w:t>
      </w:r>
    </w:p>
    <w:p>
      <w:r>
        <w:t xml:space="preserve">   А) 2</w:t>
      </w:r>
    </w:p>
    <w:p>
      <w:r>
        <w:t xml:space="preserve">   Б) 1</w:t>
      </w:r>
    </w:p>
    <w:p>
      <w:r>
        <w:t xml:space="preserve">   В) 3</w:t>
      </w:r>
    </w:p>
    <w:p>
      <w:r>
        <w:t xml:space="preserve">   Г) 4</w:t>
      </w:r>
    </w:p>
    <w:p/>
    <w:p>
      <w:r>
        <w:t>8. Как правильно разделить слово «учитель»?</w:t>
      </w:r>
    </w:p>
    <w:p>
      <w:r>
        <w:t xml:space="preserve">   А) У-чи-тель</w:t>
      </w:r>
    </w:p>
    <w:p>
      <w:r>
        <w:t xml:space="preserve">   Б) Уч-и-тель</w:t>
      </w:r>
    </w:p>
    <w:p>
      <w:r>
        <w:t xml:space="preserve">   В) Учит-ель</w:t>
      </w:r>
    </w:p>
    <w:p>
      <w:r>
        <w:t xml:space="preserve">   Г) Учит-ел</w:t>
      </w:r>
    </w:p>
    <w:p/>
    <w:p>
      <w:r>
        <w:t>9. Можно ли образовать слог без гласного?</w:t>
      </w:r>
    </w:p>
    <w:p>
      <w:r>
        <w:t xml:space="preserve">   А) Нет</w:t>
      </w:r>
    </w:p>
    <w:p>
      <w:r>
        <w:t xml:space="preserve">   Б) Да</w:t>
      </w:r>
    </w:p>
    <w:p>
      <w:r>
        <w:t xml:space="preserve">   В) Только с Ь</w:t>
      </w:r>
    </w:p>
    <w:p>
      <w:r>
        <w:t xml:space="preserve">   Г) Только с Й</w:t>
      </w:r>
    </w:p>
    <w:p/>
    <w:p>
      <w:r>
        <w:t>10. Сколько слогов в слове «подъезд»?</w:t>
      </w:r>
    </w:p>
    <w:p>
      <w:r>
        <w:t xml:space="preserve">   А) 2</w:t>
      </w:r>
    </w:p>
    <w:p>
      <w:r>
        <w:t xml:space="preserve">   Б) 1</w:t>
      </w:r>
    </w:p>
    <w:p>
      <w:r>
        <w:t xml:space="preserve">   В) 3</w:t>
      </w:r>
    </w:p>
    <w:p>
      <w:r>
        <w:t xml:space="preserve">   Г) 4</w:t>
      </w:r>
    </w:p>
    <w:p/>
    <w:p>
      <w:r>
        <w:t>11. Что влияет на перенос слова?</w:t>
      </w:r>
    </w:p>
    <w:p>
      <w:r>
        <w:t xml:space="preserve">   А) Слоговое деление</w:t>
      </w:r>
    </w:p>
    <w:p>
      <w:r>
        <w:t xml:space="preserve">   Б) Количество букв</w:t>
      </w:r>
    </w:p>
    <w:p>
      <w:r>
        <w:t xml:space="preserve">   В) Ударение</w:t>
      </w:r>
    </w:p>
    <w:p>
      <w:r>
        <w:t xml:space="preserve">   Г) Часть речи</w:t>
      </w:r>
    </w:p>
    <w:p/>
    <w:p>
      <w:r>
        <w:t>12. Какое слово состоит из одного слога?</w:t>
      </w:r>
    </w:p>
    <w:p>
      <w:r>
        <w:t xml:space="preserve">   А) Мост</w:t>
      </w:r>
    </w:p>
    <w:p>
      <w:r>
        <w:t xml:space="preserve">   Б) Молоко</w:t>
      </w:r>
    </w:p>
    <w:p>
      <w:r>
        <w:t xml:space="preserve">   В) Берёза</w:t>
      </w:r>
    </w:p>
    <w:p>
      <w:r>
        <w:t xml:space="preserve">   Г) Озеро</w:t>
      </w:r>
    </w:p>
    <w:p/>
    <w:p>
      <w:r>
        <w:t>13. Какое слово состоит из четырёх слогов?</w:t>
      </w:r>
    </w:p>
    <w:p>
      <w:r>
        <w:t xml:space="preserve">   А) Математика</w:t>
      </w:r>
    </w:p>
    <w:p>
      <w:r>
        <w:t xml:space="preserve">   Б) Карандаш</w:t>
      </w:r>
    </w:p>
    <w:p>
      <w:r>
        <w:t xml:space="preserve">   В) Машина</w:t>
      </w:r>
    </w:p>
    <w:p>
      <w:r>
        <w:t xml:space="preserve">   Г) Учитель</w:t>
      </w:r>
    </w:p>
    <w:p/>
    <w:p>
      <w:r>
        <w:t>14. Какое утверждение верно?</w:t>
      </w:r>
    </w:p>
    <w:p>
      <w:r>
        <w:t xml:space="preserve">   А) Каждый слог содержит гласный</w:t>
      </w:r>
    </w:p>
    <w:p>
      <w:r>
        <w:t xml:space="preserve">   Б) Каждый слог начинается с согласного</w:t>
      </w:r>
    </w:p>
    <w:p>
      <w:r>
        <w:t xml:space="preserve">   В) В слове может не быть слогов</w:t>
      </w:r>
    </w:p>
    <w:p>
      <w:r>
        <w:t xml:space="preserve">   Г) Слог состоит только из согласных</w:t>
      </w:r>
    </w:p>
    <w:p/>
    <w:p>
      <w:r>
        <w:t>15. Что нельзя делать при переносе слова?</w:t>
      </w:r>
    </w:p>
    <w:p>
      <w:r>
        <w:t xml:space="preserve">   А) Оставлять одну букву</w:t>
      </w:r>
    </w:p>
    <w:p>
      <w:r>
        <w:t xml:space="preserve">   Б) Переносить по слогам</w:t>
      </w:r>
    </w:p>
    <w:p>
      <w:r>
        <w:t xml:space="preserve">   В) Учитывать морфемы</w:t>
      </w:r>
    </w:p>
    <w:p>
      <w:r>
        <w:t xml:space="preserve">   Г) Сохранять орфографию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