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9. Ударение</w:t>
      </w:r>
    </w:p>
    <w:p>
      <w:pPr>
        <w:pStyle w:val="Heading2"/>
      </w:pPr>
      <w:r>
        <w:t>Тест (15 вопросов)</w:t>
      </w:r>
    </w:p>
    <w:p>
      <w:r>
        <w:t>1. Что такое ударение?</w:t>
      </w:r>
    </w:p>
    <w:p>
      <w:r>
        <w:t xml:space="preserve">   А) Выделение слога голосом</w:t>
      </w:r>
    </w:p>
    <w:p>
      <w:r>
        <w:t xml:space="preserve">   Б) Количество слогов</w:t>
      </w:r>
    </w:p>
    <w:p>
      <w:r>
        <w:t xml:space="preserve">   В) Часть слова</w:t>
      </w:r>
    </w:p>
    <w:p>
      <w:r>
        <w:t xml:space="preserve">   Г) Согласный звук</w:t>
      </w:r>
    </w:p>
    <w:p/>
    <w:p>
      <w:r>
        <w:t>2. На какой слог может падать ударение?</w:t>
      </w:r>
    </w:p>
    <w:p>
      <w:r>
        <w:t xml:space="preserve">   А) На любой</w:t>
      </w:r>
    </w:p>
    <w:p>
      <w:r>
        <w:t xml:space="preserve">   Б) Только первый</w:t>
      </w:r>
    </w:p>
    <w:p>
      <w:r>
        <w:t xml:space="preserve">   В) Только последний</w:t>
      </w:r>
    </w:p>
    <w:p>
      <w:r>
        <w:t xml:space="preserve">   Г) Только второй</w:t>
      </w:r>
    </w:p>
    <w:p/>
    <w:p>
      <w:r>
        <w:t>3. Как называется ударение, меняющее место в формах слова?</w:t>
      </w:r>
    </w:p>
    <w:p>
      <w:r>
        <w:t xml:space="preserve">   А) Подвижное</w:t>
      </w:r>
    </w:p>
    <w:p>
      <w:r>
        <w:t xml:space="preserve">   Б) Постоянное</w:t>
      </w:r>
    </w:p>
    <w:p>
      <w:r>
        <w:t xml:space="preserve">   В) Парное</w:t>
      </w:r>
    </w:p>
    <w:p>
      <w:r>
        <w:t xml:space="preserve">   Г) Смысловое</w:t>
      </w:r>
    </w:p>
    <w:p/>
    <w:p>
      <w:r>
        <w:t>4. Что помогает проверить правильное ударение?</w:t>
      </w:r>
    </w:p>
    <w:p>
      <w:r>
        <w:t xml:space="preserve">   А) Орфоэпический словарь</w:t>
      </w:r>
    </w:p>
    <w:p>
      <w:r>
        <w:t xml:space="preserve">   Б) Толковый словарь</w:t>
      </w:r>
    </w:p>
    <w:p>
      <w:r>
        <w:t xml:space="preserve">   В) Этимологический словарь</w:t>
      </w:r>
    </w:p>
    <w:p>
      <w:r>
        <w:t xml:space="preserve">   Г) Словарь синонимов</w:t>
      </w:r>
    </w:p>
    <w:p/>
    <w:p>
      <w:r>
        <w:t>5. В каком слове ударение падает на второй слог?</w:t>
      </w:r>
    </w:p>
    <w:p>
      <w:r>
        <w:t xml:space="preserve">   А) Вода</w:t>
      </w:r>
    </w:p>
    <w:p>
      <w:r>
        <w:t xml:space="preserve">   Б) Город</w:t>
      </w:r>
    </w:p>
    <w:p>
      <w:r>
        <w:t xml:space="preserve">   В) Школа</w:t>
      </w:r>
    </w:p>
    <w:p>
      <w:r>
        <w:t xml:space="preserve">   Г) Парта</w:t>
      </w:r>
    </w:p>
    <w:p/>
    <w:p>
      <w:r>
        <w:t>6. Как называется слог с ударением?</w:t>
      </w:r>
    </w:p>
    <w:p>
      <w:r>
        <w:t xml:space="preserve">   А) Ударный</w:t>
      </w:r>
    </w:p>
    <w:p>
      <w:r>
        <w:t xml:space="preserve">   Б) Безударный</w:t>
      </w:r>
    </w:p>
    <w:p>
      <w:r>
        <w:t xml:space="preserve">   В) Открытый</w:t>
      </w:r>
    </w:p>
    <w:p>
      <w:r>
        <w:t xml:space="preserve">   Г) Закрытый</w:t>
      </w:r>
    </w:p>
    <w:p/>
    <w:p>
      <w:r>
        <w:t>7. Что происходит с безударными гласными?</w:t>
      </w:r>
    </w:p>
    <w:p>
      <w:r>
        <w:t xml:space="preserve">   А) Изменяется звучание</w:t>
      </w:r>
    </w:p>
    <w:p>
      <w:r>
        <w:t xml:space="preserve">   Б) Усиливается голос</w:t>
      </w:r>
    </w:p>
    <w:p>
      <w:r>
        <w:t xml:space="preserve">   В) Появляется мягкость</w:t>
      </w:r>
    </w:p>
    <w:p>
      <w:r>
        <w:t xml:space="preserve">   Г) Ничего не происходит</w:t>
      </w:r>
    </w:p>
    <w:p/>
    <w:p>
      <w:r>
        <w:t>8. Какое слово имеет подвижное ударение?</w:t>
      </w:r>
    </w:p>
    <w:p>
      <w:r>
        <w:t xml:space="preserve">   А) Рука — руки</w:t>
      </w:r>
    </w:p>
    <w:p>
      <w:r>
        <w:t xml:space="preserve">   Б) Парта</w:t>
      </w:r>
    </w:p>
    <w:p>
      <w:r>
        <w:t xml:space="preserve">   В) Школа</w:t>
      </w:r>
    </w:p>
    <w:p>
      <w:r>
        <w:t xml:space="preserve">   Г) Окно</w:t>
      </w:r>
    </w:p>
    <w:p/>
    <w:p>
      <w:r>
        <w:t>9. Как правильно произносится слово?</w:t>
      </w:r>
    </w:p>
    <w:p>
      <w:r>
        <w:t xml:space="preserve">   А) ЗвонИт</w:t>
      </w:r>
    </w:p>
    <w:p>
      <w:r>
        <w:t xml:space="preserve">   Б) ЗвОнит</w:t>
      </w:r>
    </w:p>
    <w:p>
      <w:r>
        <w:t xml:space="preserve">   В) Звонит</w:t>
      </w:r>
    </w:p>
    <w:p>
      <w:r>
        <w:t xml:space="preserve">   Г) ЗвОнитъ</w:t>
      </w:r>
    </w:p>
    <w:p/>
    <w:p>
      <w:r>
        <w:t>10. Как правильно произносится слово?</w:t>
      </w:r>
    </w:p>
    <w:p>
      <w:r>
        <w:t xml:space="preserve">   А) КаталОг</w:t>
      </w:r>
    </w:p>
    <w:p>
      <w:r>
        <w:t xml:space="preserve">   Б) КатАлог</w:t>
      </w:r>
    </w:p>
    <w:p>
      <w:r>
        <w:t xml:space="preserve">   В) Каталог</w:t>
      </w:r>
    </w:p>
    <w:p>
      <w:r>
        <w:t xml:space="preserve">   Г) Каталогъ</w:t>
      </w:r>
    </w:p>
    <w:p/>
    <w:p>
      <w:r>
        <w:t>11. Может ли ударение различать значение слов?</w:t>
      </w:r>
    </w:p>
    <w:p>
      <w:r>
        <w:t xml:space="preserve">   А) Да</w:t>
      </w:r>
    </w:p>
    <w:p>
      <w:r>
        <w:t xml:space="preserve">   Б) Нет</w:t>
      </w:r>
    </w:p>
    <w:p>
      <w:r>
        <w:t xml:space="preserve">   В) Только в стихах</w:t>
      </w:r>
    </w:p>
    <w:p>
      <w:r>
        <w:t xml:space="preserve">   Г) Только в именах</w:t>
      </w:r>
    </w:p>
    <w:p/>
    <w:p>
      <w:r>
        <w:t>12. Какое слово является примером смыслоразличительного ударения?</w:t>
      </w:r>
    </w:p>
    <w:p>
      <w:r>
        <w:t xml:space="preserve">   А) Замок — замок</w:t>
      </w:r>
    </w:p>
    <w:p>
      <w:r>
        <w:t xml:space="preserve">   Б) Дом — дома</w:t>
      </w:r>
    </w:p>
    <w:p>
      <w:r>
        <w:t xml:space="preserve">   В) Лес — леса</w:t>
      </w:r>
    </w:p>
    <w:p>
      <w:r>
        <w:t xml:space="preserve">   Г) Шар — шары</w:t>
      </w:r>
    </w:p>
    <w:p/>
    <w:p>
      <w:r>
        <w:t>13. Что такое безударный слог?</w:t>
      </w:r>
    </w:p>
    <w:p>
      <w:r>
        <w:t xml:space="preserve">   А) Слог без ударения</w:t>
      </w:r>
    </w:p>
    <w:p>
      <w:r>
        <w:t xml:space="preserve">   Б) Последний слог</w:t>
      </w:r>
    </w:p>
    <w:p>
      <w:r>
        <w:t xml:space="preserve">   В) Первый слог</w:t>
      </w:r>
    </w:p>
    <w:p>
      <w:r>
        <w:t xml:space="preserve">   Г) Самый длинный слог</w:t>
      </w:r>
    </w:p>
    <w:p/>
    <w:p>
      <w:r>
        <w:t>14. Какое утверждение верно?</w:t>
      </w:r>
    </w:p>
    <w:p>
      <w:r>
        <w:t xml:space="preserve">   А) В русском языке ударение свободное</w:t>
      </w:r>
    </w:p>
    <w:p>
      <w:r>
        <w:t xml:space="preserve">   Б) Ударение всегда на первом слоге</w:t>
      </w:r>
    </w:p>
    <w:p>
      <w:r>
        <w:t xml:space="preserve">   В) Все слова имеют одинаковое ударение</w:t>
      </w:r>
    </w:p>
    <w:p>
      <w:r>
        <w:t xml:space="preserve">   Г) Ударение не влияет на произношение</w:t>
      </w:r>
    </w:p>
    <w:p/>
    <w:p>
      <w:r>
        <w:t>15. Что необходимо сделать при сомнении в постановке ударения?</w:t>
      </w:r>
    </w:p>
    <w:p>
      <w:r>
        <w:t xml:space="preserve">   А) Обратиться к словарю</w:t>
      </w:r>
    </w:p>
    <w:p>
      <w:r>
        <w:t xml:space="preserve">   Б) Поставить на первый слог</w:t>
      </w:r>
    </w:p>
    <w:p>
      <w:r>
        <w:t xml:space="preserve">   В) Спросить друга</w:t>
      </w:r>
    </w:p>
    <w:p>
      <w:r>
        <w:t xml:space="preserve">   Г) Разделить слово на части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