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ТЕСТЫ ПО СИНТАКСИСУ</w:t>
        <w:br/>
      </w:r>
      <w:r>
        <w:rPr>
          <w:b/>
          <w:sz w:val="28"/>
        </w:rPr>
        <w:t>Тема 1. Словосочетание</w:t>
      </w:r>
    </w:p>
    <w:p>
      <w:r>
        <w:rPr>
          <w:b/>
        </w:rPr>
        <w:t xml:space="preserve">Фамилия, имя: </w:t>
      </w:r>
      <w:r>
        <w:t xml:space="preserve">____________________________________    </w:t>
      </w:r>
      <w:r>
        <w:rPr>
          <w:b/>
        </w:rPr>
        <w:t xml:space="preserve">Класс: </w:t>
      </w:r>
      <w:r>
        <w:t>________</w:t>
      </w:r>
    </w:p>
    <w:p>
      <w:r>
        <w:t>Выберите один правильный ответ.</w:t>
      </w:r>
    </w:p>
    <w:p>
      <w:r>
        <w:rPr>
          <w:b/>
        </w:rPr>
        <w:t>1. Что такое словосочетание?</w:t>
      </w:r>
    </w:p>
    <w:p>
      <w:r>
        <w:t>А) Два или более знаменательных слова, связанные по смыслу и грамматически</w:t>
      </w:r>
    </w:p>
    <w:p>
      <w:r>
        <w:t>Б) Два главных члена предложения</w:t>
      </w:r>
    </w:p>
    <w:p>
      <w:r>
        <w:t>В) Любые слова, стоящие рядом в предложении</w:t>
      </w:r>
    </w:p>
    <w:p>
      <w:r>
        <w:t>Г) Только два существительных</w:t>
      </w:r>
    </w:p>
    <w:p>
      <w:r>
        <w:rPr>
          <w:b/>
        </w:rPr>
        <w:t>2. В каком сочетании слов есть главное и зависимое слово?</w:t>
      </w:r>
    </w:p>
    <w:p>
      <w:r>
        <w:t>А) мальчик читает</w:t>
      </w:r>
    </w:p>
    <w:p>
      <w:r>
        <w:t>Б) интересная книга</w:t>
      </w:r>
    </w:p>
    <w:p>
      <w:r>
        <w:t>В) дождь и снег</w:t>
      </w:r>
    </w:p>
    <w:p>
      <w:r>
        <w:t>Г) на улице</w:t>
      </w:r>
    </w:p>
    <w:p>
      <w:r>
        <w:rPr>
          <w:b/>
        </w:rPr>
        <w:t>3. В каком словосочетании главное слово — существительное?</w:t>
      </w:r>
    </w:p>
    <w:p>
      <w:r>
        <w:t>А) быстро идти</w:t>
      </w:r>
    </w:p>
    <w:p>
      <w:r>
        <w:t>Б) очень громко</w:t>
      </w:r>
    </w:p>
    <w:p>
      <w:r>
        <w:t>В) осенний лес</w:t>
      </w:r>
    </w:p>
    <w:p>
      <w:r>
        <w:t>Г) читать внимательно</w:t>
      </w:r>
    </w:p>
    <w:p>
      <w:r>
        <w:rPr>
          <w:b/>
        </w:rPr>
        <w:t>4. Какой вопрос задаётся от главного слова к зависимому в сочетании «интересная книга»?</w:t>
      </w:r>
    </w:p>
    <w:p>
      <w:r>
        <w:t>А) что?</w:t>
      </w:r>
    </w:p>
    <w:p>
      <w:r>
        <w:t>Б) какая?</w:t>
      </w:r>
    </w:p>
    <w:p>
      <w:r>
        <w:t>В) что делает?</w:t>
      </w:r>
    </w:p>
    <w:p>
      <w:r>
        <w:t>Г) где?</w:t>
      </w:r>
    </w:p>
    <w:p>
      <w:r>
        <w:rPr>
          <w:b/>
        </w:rPr>
        <w:t>5. Какой вид связи представлен в словосочетании «красивая девушка»?</w:t>
      </w:r>
    </w:p>
    <w:p>
      <w:r>
        <w:t>А) управление</w:t>
      </w:r>
    </w:p>
    <w:p>
      <w:r>
        <w:t>Б) примыкание</w:t>
      </w:r>
    </w:p>
    <w:p>
      <w:r>
        <w:t>В) согласование</w:t>
      </w:r>
    </w:p>
    <w:p>
      <w:r>
        <w:t>Г) сочинительная связь</w:t>
      </w:r>
    </w:p>
    <w:p>
      <w:r>
        <w:rPr>
          <w:b/>
        </w:rPr>
        <w:t>6. В каком словосочетании представлено управление?</w:t>
      </w:r>
    </w:p>
    <w:p>
      <w:r>
        <w:t>А) читать книгу</w:t>
      </w:r>
    </w:p>
    <w:p>
      <w:r>
        <w:t>Б) интересная книга</w:t>
      </w:r>
    </w:p>
    <w:p>
      <w:r>
        <w:t>В) говорить громко</w:t>
      </w:r>
    </w:p>
    <w:p>
      <w:r>
        <w:t>Г) очень красивый</w:t>
      </w:r>
    </w:p>
    <w:p>
      <w:r>
        <w:rPr>
          <w:b/>
        </w:rPr>
        <w:t>7. В каком словосочетании представлено примыкание?</w:t>
      </w:r>
    </w:p>
    <w:p>
      <w:r>
        <w:t>А) синее море</w:t>
      </w:r>
    </w:p>
    <w:p>
      <w:r>
        <w:t>Б) любить музыку</w:t>
      </w:r>
    </w:p>
    <w:p>
      <w:r>
        <w:t>В) говорить громко</w:t>
      </w:r>
    </w:p>
    <w:p>
      <w:r>
        <w:t>Г) новый дом</w:t>
      </w:r>
    </w:p>
    <w:p>
      <w:r>
        <w:rPr>
          <w:b/>
        </w:rPr>
        <w:t>8. Какое словосочетание построено по типу «согласование»?</w:t>
      </w:r>
    </w:p>
    <w:p>
      <w:r>
        <w:t>А) пойти домой</w:t>
      </w:r>
    </w:p>
    <w:p>
      <w:r>
        <w:t>Б) гордиться братом</w:t>
      </w:r>
    </w:p>
    <w:p>
      <w:r>
        <w:t>В) зимний вечер</w:t>
      </w:r>
    </w:p>
    <w:p>
      <w:r>
        <w:t>Г) очень быстро</w:t>
      </w:r>
    </w:p>
    <w:p>
      <w:r>
        <w:rPr>
          <w:b/>
        </w:rPr>
        <w:t>9. Какое сочетание НЕ является словосочетанием?</w:t>
      </w:r>
    </w:p>
    <w:p>
      <w:r>
        <w:t>А) свежий хлеб</w:t>
      </w:r>
    </w:p>
    <w:p>
      <w:r>
        <w:t>Б) читать книгу</w:t>
      </w:r>
    </w:p>
    <w:p>
      <w:r>
        <w:t>В) девочка читает</w:t>
      </w:r>
    </w:p>
    <w:p>
      <w:r>
        <w:t>Г) говорить тихо</w:t>
      </w:r>
    </w:p>
    <w:p>
      <w:r>
        <w:rPr>
          <w:b/>
        </w:rPr>
        <w:t>10. Какой вид связи в словосочетании «гордиться сыном»?</w:t>
      </w:r>
    </w:p>
    <w:p>
      <w:r>
        <w:t>А) согласование</w:t>
      </w:r>
    </w:p>
    <w:p>
      <w:r>
        <w:t>Б) управление</w:t>
      </w:r>
    </w:p>
    <w:p>
      <w:r>
        <w:t>В) примыкание</w:t>
      </w:r>
    </w:p>
    <w:p>
      <w:r>
        <w:t>Г) сочинение</w:t>
      </w:r>
    </w:p>
    <w:p>
      <w:r>
        <w:rPr>
          <w:b/>
        </w:rPr>
        <w:t>11. Какое словосочетание имеет главное слово — глагол?</w:t>
      </w:r>
    </w:p>
    <w:p>
      <w:r>
        <w:t>А) вечерняя прогулка</w:t>
      </w:r>
    </w:p>
    <w:p>
      <w:r>
        <w:t>Б) очень красивый</w:t>
      </w:r>
    </w:p>
    <w:p>
      <w:r>
        <w:t>В) читать книгу</w:t>
      </w:r>
    </w:p>
    <w:p>
      <w:r>
        <w:t>Г) по-зимнему холодно</w:t>
      </w:r>
    </w:p>
    <w:p>
      <w:r>
        <w:rPr>
          <w:b/>
        </w:rPr>
        <w:t>12. В каком варианте правильно определены главное и зависимое слова в сочетании «интересный фильм»?</w:t>
      </w:r>
    </w:p>
    <w:p>
      <w:r>
        <w:t>А) интересный — главное, фильм — зависимое</w:t>
      </w:r>
    </w:p>
    <w:p>
      <w:r>
        <w:t>Б) фильм — главное, интересный — зависимое</w:t>
      </w:r>
    </w:p>
    <w:p>
      <w:r>
        <w:t>В) оба слова главные</w:t>
      </w:r>
    </w:p>
    <w:p>
      <w:r>
        <w:t>Г) оба слова зависимые</w:t>
      </w:r>
    </w:p>
    <w:p>
      <w:r>
        <w:rPr>
          <w:b/>
        </w:rPr>
        <w:t>13. Какое словосочетание содержит зависимое неизменяемое слово?</w:t>
      </w:r>
    </w:p>
    <w:p>
      <w:r>
        <w:t>А) летний день</w:t>
      </w:r>
    </w:p>
    <w:p>
      <w:r>
        <w:t>Б) читать вслух</w:t>
      </w:r>
    </w:p>
    <w:p>
      <w:r>
        <w:t>В) новая тетрадь</w:t>
      </w:r>
    </w:p>
    <w:p>
      <w:r>
        <w:t>Г) интересная книга</w:t>
      </w:r>
    </w:p>
    <w:p>
      <w:r>
        <w:rPr>
          <w:b/>
        </w:rPr>
        <w:t>14. Какое сочетание слов является словосочетанием с управлением?</w:t>
      </w:r>
    </w:p>
    <w:p>
      <w:r>
        <w:t>А) синяя тетрадь</w:t>
      </w:r>
    </w:p>
    <w:p>
      <w:r>
        <w:t>Б) помнить правило</w:t>
      </w:r>
    </w:p>
    <w:p>
      <w:r>
        <w:t>В) говорить спокойно</w:t>
      </w:r>
    </w:p>
    <w:p>
      <w:r>
        <w:t>Г) очень интересный</w:t>
      </w:r>
    </w:p>
    <w:p>
      <w:r>
        <w:rPr>
          <w:b/>
        </w:rPr>
        <w:t>15. В каком варианте все сочетания являются словосочетаниями?</w:t>
      </w:r>
    </w:p>
    <w:p>
      <w:r>
        <w:t>А) сильный ветер, читать книгу, говорить тихо</w:t>
      </w:r>
    </w:p>
    <w:p>
      <w:r>
        <w:t>Б) ветер дует, красивый лес, лес и поле</w:t>
      </w:r>
    </w:p>
    <w:p>
      <w:r>
        <w:t>В) мама и папа, быстро бежать, наступила ночь</w:t>
      </w:r>
    </w:p>
    <w:p>
      <w:r>
        <w:t>Г) идти домой, солнце светит, новая книга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