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ТЕСТЫ ПО СИНТАКСИСУ</w:t>
        <w:br/>
      </w:r>
      <w:r>
        <w:rPr>
          <w:b/>
          <w:sz w:val="28"/>
        </w:rPr>
        <w:t>Тема 2. Грамматическая основа предложения</w:t>
      </w:r>
    </w:p>
    <w:p>
      <w:r>
        <w:rPr>
          <w:b/>
        </w:rPr>
        <w:t xml:space="preserve">Фамилия, имя: </w:t>
      </w:r>
      <w:r>
        <w:t xml:space="preserve">____________________________________    </w:t>
      </w:r>
      <w:r>
        <w:rPr>
          <w:b/>
        </w:rPr>
        <w:t xml:space="preserve">Класс: </w:t>
      </w:r>
      <w:r>
        <w:t>________</w:t>
      </w:r>
    </w:p>
    <w:p>
      <w:r>
        <w:t>Выберите один правильный ответ.</w:t>
      </w:r>
    </w:p>
    <w:p>
      <w:r>
        <w:rPr>
          <w:b/>
        </w:rPr>
        <w:t>1. Что называется грамматической основой предложения?</w:t>
      </w:r>
    </w:p>
    <w:p>
      <w:r>
        <w:t>А) Главные члены предложения</w:t>
      </w:r>
    </w:p>
    <w:p>
      <w:r>
        <w:t>Б) Все слова в предложении</w:t>
      </w:r>
    </w:p>
    <w:p>
      <w:r>
        <w:t>В) Только второстепенные члены</w:t>
      </w:r>
    </w:p>
    <w:p>
      <w:r>
        <w:t>Г) Только сказуемое</w:t>
      </w:r>
    </w:p>
    <w:p>
      <w:r>
        <w:rPr>
          <w:b/>
        </w:rPr>
        <w:t>2. Какие члены предложения образуют грамматическую основу в двусоставном предложении?</w:t>
      </w:r>
    </w:p>
    <w:p>
      <w:r>
        <w:t>А) Определение и дополнение</w:t>
      </w:r>
    </w:p>
    <w:p>
      <w:r>
        <w:t>Б) Подлежащее и сказуемое</w:t>
      </w:r>
    </w:p>
    <w:p>
      <w:r>
        <w:t>В) Обстоятельство и определение</w:t>
      </w:r>
    </w:p>
    <w:p>
      <w:r>
        <w:t>Г) Дополнение и обстоятельство</w:t>
      </w:r>
    </w:p>
    <w:p>
      <w:r>
        <w:rPr>
          <w:b/>
        </w:rPr>
        <w:t>3. Найдите грамматическую основу: «Осенью птицы улетают на юг».</w:t>
      </w:r>
    </w:p>
    <w:p>
      <w:r>
        <w:t>А) осенью улетают</w:t>
      </w:r>
    </w:p>
    <w:p>
      <w:r>
        <w:t>Б) птицы на юг</w:t>
      </w:r>
    </w:p>
    <w:p>
      <w:r>
        <w:t>В) птицы улетают</w:t>
      </w:r>
    </w:p>
    <w:p>
      <w:r>
        <w:t>Г) улетают на юг</w:t>
      </w:r>
    </w:p>
    <w:p>
      <w:r>
        <w:rPr>
          <w:b/>
        </w:rPr>
        <w:t>4. На какой вопрос обычно отвечает подлежащее?</w:t>
      </w:r>
    </w:p>
    <w:p>
      <w:r>
        <w:t>А) где? когда?</w:t>
      </w:r>
    </w:p>
    <w:p>
      <w:r>
        <w:t>Б) какой? чей?</w:t>
      </w:r>
    </w:p>
    <w:p>
      <w:r>
        <w:t>В) кто? что?</w:t>
      </w:r>
    </w:p>
    <w:p>
      <w:r>
        <w:t>Г) что делает?</w:t>
      </w:r>
    </w:p>
    <w:p>
      <w:r>
        <w:rPr>
          <w:b/>
        </w:rPr>
        <w:t>5. Чем чаще всего выражается подлежащее?</w:t>
      </w:r>
    </w:p>
    <w:p>
      <w:r>
        <w:t>А) Глаголом</w:t>
      </w:r>
    </w:p>
    <w:p>
      <w:r>
        <w:t>Б) Существительным или местоимением в именительном падеже</w:t>
      </w:r>
    </w:p>
    <w:p>
      <w:r>
        <w:t>В) Наречием</w:t>
      </w:r>
    </w:p>
    <w:p>
      <w:r>
        <w:t>Г) Предлогом</w:t>
      </w:r>
    </w:p>
    <w:p>
      <w:r>
        <w:rPr>
          <w:b/>
        </w:rPr>
        <w:t>6. Найдите сказуемое: «Мальчик внимательно слушал учителя».</w:t>
      </w:r>
    </w:p>
    <w:p>
      <w:r>
        <w:t>А) мальчик</w:t>
      </w:r>
    </w:p>
    <w:p>
      <w:r>
        <w:t>Б) внимательно</w:t>
      </w:r>
    </w:p>
    <w:p>
      <w:r>
        <w:t>В) слушал</w:t>
      </w:r>
    </w:p>
    <w:p>
      <w:r>
        <w:t>Г) учителя</w:t>
      </w:r>
    </w:p>
    <w:p>
      <w:r>
        <w:rPr>
          <w:b/>
        </w:rPr>
        <w:t>7. Какая грамматическая основа в предложении «Мы будем готовиться к экзамену»?</w:t>
      </w:r>
    </w:p>
    <w:p>
      <w:r>
        <w:t>А) мы готовиться</w:t>
      </w:r>
    </w:p>
    <w:p>
      <w:r>
        <w:t>Б) будем готовиться</w:t>
      </w:r>
    </w:p>
    <w:p>
      <w:r>
        <w:t>В) мы будем готовиться</w:t>
      </w:r>
    </w:p>
    <w:p>
      <w:r>
        <w:t>Г) готовиться к экзамену</w:t>
      </w:r>
    </w:p>
    <w:p>
      <w:r>
        <w:rPr>
          <w:b/>
        </w:rPr>
        <w:t>8. Какое предложение имеет двусоставную грамматическую основу?</w:t>
      </w:r>
    </w:p>
    <w:p>
      <w:r>
        <w:t>А) Темнеет.</w:t>
      </w:r>
    </w:p>
    <w:p>
      <w:r>
        <w:t>Б) Вечер.</w:t>
      </w:r>
    </w:p>
    <w:p>
      <w:r>
        <w:t>В) Дети играют.</w:t>
      </w:r>
    </w:p>
    <w:p>
      <w:r>
        <w:t>Г) Тишина.</w:t>
      </w:r>
    </w:p>
    <w:p>
      <w:r>
        <w:rPr>
          <w:b/>
        </w:rPr>
        <w:t>9. В каком предложении грамматическая основа состоит из одного главного члена?</w:t>
      </w:r>
    </w:p>
    <w:p>
      <w:r>
        <w:t>А) Солнце взошло.</w:t>
      </w:r>
    </w:p>
    <w:p>
      <w:r>
        <w:t>Б) Наступила весна.</w:t>
      </w:r>
    </w:p>
    <w:p>
      <w:r>
        <w:t>В) Вечереет.</w:t>
      </w:r>
    </w:p>
    <w:p>
      <w:r>
        <w:t>Г) Птицы прилетели.</w:t>
      </w:r>
    </w:p>
    <w:p>
      <w:r>
        <w:rPr>
          <w:b/>
        </w:rPr>
        <w:t>10. Найдите грамматическую основу: «Высокие деревья шумели от ветра».</w:t>
      </w:r>
    </w:p>
    <w:p>
      <w:r>
        <w:t>А) высокие деревья</w:t>
      </w:r>
    </w:p>
    <w:p>
      <w:r>
        <w:t>Б) деревья шумели</w:t>
      </w:r>
    </w:p>
    <w:p>
      <w:r>
        <w:t>В) шумели от ветра</w:t>
      </w:r>
    </w:p>
    <w:p>
      <w:r>
        <w:t>Г) высокие деревья шумели</w:t>
      </w:r>
    </w:p>
    <w:p>
      <w:r>
        <w:rPr>
          <w:b/>
        </w:rPr>
        <w:t>11. Какой вариант правильно определяет основу предложения «Ученики успешно написали контрольную работу»?</w:t>
      </w:r>
    </w:p>
    <w:p>
      <w:r>
        <w:t>А) ученики</w:t>
      </w:r>
    </w:p>
    <w:p>
      <w:r>
        <w:t>Б) успешно написали</w:t>
      </w:r>
    </w:p>
    <w:p>
      <w:r>
        <w:t>В) ученики написали</w:t>
      </w:r>
    </w:p>
    <w:p>
      <w:r>
        <w:t>Г) контрольную работу</w:t>
      </w:r>
    </w:p>
    <w:p>
      <w:r>
        <w:rPr>
          <w:b/>
        </w:rPr>
        <w:t>12. В каком предложении подлежащее выражено местоимением?</w:t>
      </w:r>
    </w:p>
    <w:p>
      <w:r>
        <w:t>А) Ученики пришли вовремя.</w:t>
      </w:r>
    </w:p>
    <w:p>
      <w:r>
        <w:t>Б) Мы начали урок.</w:t>
      </w:r>
    </w:p>
    <w:p>
      <w:r>
        <w:t>В) Утро наступило.</w:t>
      </w:r>
    </w:p>
    <w:p>
      <w:r>
        <w:t>Г) Деревья зашумели.</w:t>
      </w:r>
    </w:p>
    <w:p>
      <w:r>
        <w:rPr>
          <w:b/>
        </w:rPr>
        <w:t>13. В каком предложении сказуемое выражено составной формой?</w:t>
      </w:r>
    </w:p>
    <w:p>
      <w:r>
        <w:t>А) Девочка читает.</w:t>
      </w:r>
    </w:p>
    <w:p>
      <w:r>
        <w:t>Б) Мы будем изучать синтаксис.</w:t>
      </w:r>
    </w:p>
    <w:p>
      <w:r>
        <w:t>В) Солнце светит.</w:t>
      </w:r>
    </w:p>
    <w:p>
      <w:r>
        <w:t>Г) Птицы летят.</w:t>
      </w:r>
    </w:p>
    <w:p>
      <w:r>
        <w:rPr>
          <w:b/>
        </w:rPr>
        <w:t>14. Найдите грамматическую основу: «Моя сестра стала врачом».</w:t>
      </w:r>
    </w:p>
    <w:p>
      <w:r>
        <w:t>А) моя сестра</w:t>
      </w:r>
    </w:p>
    <w:p>
      <w:r>
        <w:t>Б) стала врачом</w:t>
      </w:r>
    </w:p>
    <w:p>
      <w:r>
        <w:t>В) сестра стала врачом</w:t>
      </w:r>
    </w:p>
    <w:p>
      <w:r>
        <w:t>Г) моя сестра стала врачом</w:t>
      </w:r>
    </w:p>
    <w:p>
      <w:r>
        <w:rPr>
          <w:b/>
        </w:rPr>
        <w:t>15. В каком предложении грамматическая основа определена правильно?</w:t>
      </w:r>
    </w:p>
    <w:p>
      <w:r>
        <w:t>А) В саду расцвели розы — розы расцвели</w:t>
      </w:r>
    </w:p>
    <w:p>
      <w:r>
        <w:t>Б) На улице было холодно — улице было</w:t>
      </w:r>
    </w:p>
    <w:p>
      <w:r>
        <w:t>В) Вечером дети читали книгу — вечером читали</w:t>
      </w:r>
    </w:p>
    <w:p>
      <w:r>
        <w:t>Г) Скоро начнётся урок — скоро начнётся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