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ТЕСТЫ ПО СИНТАКСИСУ</w:t>
        <w:br/>
      </w:r>
      <w:r>
        <w:rPr>
          <w:b/>
          <w:sz w:val="28"/>
        </w:rPr>
        <w:t>Тема 3. Виды предложений</w:t>
      </w:r>
    </w:p>
    <w:p>
      <w:r>
        <w:rPr>
          <w:b/>
        </w:rPr>
        <w:t xml:space="preserve">Фамилия, имя: </w:t>
      </w:r>
      <w:r>
        <w:t xml:space="preserve">____________________________________    </w:t>
      </w:r>
      <w:r>
        <w:rPr>
          <w:b/>
        </w:rPr>
        <w:t xml:space="preserve">Класс: </w:t>
      </w:r>
      <w:r>
        <w:t>________</w:t>
      </w:r>
    </w:p>
    <w:p>
      <w:r>
        <w:t>Выберите один правильный ответ.</w:t>
      </w:r>
    </w:p>
    <w:p>
      <w:r>
        <w:rPr>
          <w:b/>
        </w:rPr>
        <w:t>1. Какое предложение является повествовательным?</w:t>
      </w:r>
    </w:p>
    <w:p>
      <w:r>
        <w:t>А) Ты придёшь завтра?</w:t>
      </w:r>
    </w:p>
    <w:p>
      <w:r>
        <w:t>Б) Закройте окно.</w:t>
      </w:r>
    </w:p>
    <w:p>
      <w:r>
        <w:t>В) Завтра начинается олимпиада.</w:t>
      </w:r>
    </w:p>
    <w:p>
      <w:r>
        <w:t>Г) Как красиво вокруг!</w:t>
      </w:r>
    </w:p>
    <w:p>
      <w:r>
        <w:rPr>
          <w:b/>
        </w:rPr>
        <w:t>2. Какое предложение является вопросительным?</w:t>
      </w:r>
    </w:p>
    <w:p>
      <w:r>
        <w:t>А) Сегодня солнечный день.</w:t>
      </w:r>
    </w:p>
    <w:p>
      <w:r>
        <w:t>Б) Когда начнётся урок?</w:t>
      </w:r>
    </w:p>
    <w:p>
      <w:r>
        <w:t>В) Откройте тетради.</w:t>
      </w:r>
    </w:p>
    <w:p>
      <w:r>
        <w:t>Г) Как прекрасен этот вечер!</w:t>
      </w:r>
    </w:p>
    <w:p>
      <w:r>
        <w:rPr>
          <w:b/>
        </w:rPr>
        <w:t>3. Какое предложение является побудительным?</w:t>
      </w:r>
    </w:p>
    <w:p>
      <w:r>
        <w:t>А) Вы уже прочитали рассказ?</w:t>
      </w:r>
    </w:p>
    <w:p>
      <w:r>
        <w:t>Б) Наступил вечер.</w:t>
      </w:r>
    </w:p>
    <w:p>
      <w:r>
        <w:t>В) Прочитайте текст внимательно.</w:t>
      </w:r>
    </w:p>
    <w:p>
      <w:r>
        <w:t>Г) Какой интересный фильм!</w:t>
      </w:r>
    </w:p>
    <w:p>
      <w:r>
        <w:rPr>
          <w:b/>
        </w:rPr>
        <w:t>4. Какое предложение является восклицательным?</w:t>
      </w:r>
    </w:p>
    <w:p>
      <w:r>
        <w:t>А) Сегодня идёт дождь.</w:t>
      </w:r>
    </w:p>
    <w:p>
      <w:r>
        <w:t>Б) Ты придёшь вечером?</w:t>
      </w:r>
    </w:p>
    <w:p>
      <w:r>
        <w:t>В) Как прекрасен этот город!</w:t>
      </w:r>
    </w:p>
    <w:p>
      <w:r>
        <w:t>Г) Закрой дверь.</w:t>
      </w:r>
    </w:p>
    <w:p>
      <w:r>
        <w:rPr>
          <w:b/>
        </w:rPr>
        <w:t>5. Какое предложение является невосклицательным?</w:t>
      </w:r>
    </w:p>
    <w:p>
      <w:r>
        <w:t>А) Как чудесно звучит музыка!</w:t>
      </w:r>
    </w:p>
    <w:p>
      <w:r>
        <w:t>Б) Берегите природу!</w:t>
      </w:r>
    </w:p>
    <w:p>
      <w:r>
        <w:t>В) Ты выполнил задание?</w:t>
      </w:r>
    </w:p>
    <w:p>
      <w:r>
        <w:t>Г) Как красиво!</w:t>
      </w:r>
    </w:p>
    <w:p>
      <w:r>
        <w:rPr>
          <w:b/>
        </w:rPr>
        <w:t>6. Какова цель высказывания предложения «Не опаздывайте на урок»?</w:t>
      </w:r>
    </w:p>
    <w:p>
      <w:r>
        <w:t>А) Сообщение</w:t>
      </w:r>
    </w:p>
    <w:p>
      <w:r>
        <w:t>Б) Вопрос</w:t>
      </w:r>
    </w:p>
    <w:p>
      <w:r>
        <w:t>В) Побуждение</w:t>
      </w:r>
    </w:p>
    <w:p>
      <w:r>
        <w:t>Г) Выражение сильной эмоции</w:t>
      </w:r>
    </w:p>
    <w:p>
      <w:r>
        <w:rPr>
          <w:b/>
        </w:rPr>
        <w:t>7. Какое предложение одновременно повествовательное и восклицательное?</w:t>
      </w:r>
    </w:p>
    <w:p>
      <w:r>
        <w:t>А) Сегодня мы пишем контрольную.</w:t>
      </w:r>
    </w:p>
    <w:p>
      <w:r>
        <w:t>Б) Разве ты не знаешь ответа?</w:t>
      </w:r>
    </w:p>
    <w:p>
      <w:r>
        <w:t>В) Как прекрасна весна!</w:t>
      </w:r>
    </w:p>
    <w:p>
      <w:r>
        <w:t>Г) Откройте учебники.</w:t>
      </w:r>
    </w:p>
    <w:p>
      <w:r>
        <w:rPr>
          <w:b/>
        </w:rPr>
        <w:t>8. Какое предложение одновременно побудительное и восклицательное?</w:t>
      </w:r>
    </w:p>
    <w:p>
      <w:r>
        <w:t>А) Какой чудесный день!</w:t>
      </w:r>
    </w:p>
    <w:p>
      <w:r>
        <w:t>Б) Помогите мне!</w:t>
      </w:r>
    </w:p>
    <w:p>
      <w:r>
        <w:t>В) Вы готовы к уроку?</w:t>
      </w:r>
    </w:p>
    <w:p>
      <w:r>
        <w:t>Г) Сегодня мы идём в театр.</w:t>
      </w:r>
    </w:p>
    <w:p>
      <w:r>
        <w:rPr>
          <w:b/>
        </w:rPr>
        <w:t>9. Какое предложение является вопросительным и невосклицательным?</w:t>
      </w:r>
    </w:p>
    <w:p>
      <w:r>
        <w:t>А) Неужели ты забыл об этом?</w:t>
      </w:r>
    </w:p>
    <w:p>
      <w:r>
        <w:t>Б) Как же здесь красиво!</w:t>
      </w:r>
    </w:p>
    <w:p>
      <w:r>
        <w:t>В) Немедленно прекрати разговор!</w:t>
      </w:r>
    </w:p>
    <w:p>
      <w:r>
        <w:t>Г) Сегодня холодно.</w:t>
      </w:r>
    </w:p>
    <w:p>
      <w:r>
        <w:rPr>
          <w:b/>
        </w:rPr>
        <w:t>10. По какой характеристике предложения «Кто пришёл первым?»?</w:t>
      </w:r>
    </w:p>
    <w:p>
      <w:r>
        <w:t>А) Повествовательное, восклицательное</w:t>
      </w:r>
    </w:p>
    <w:p>
      <w:r>
        <w:t>Б) Вопросительное, невосклицательное</w:t>
      </w:r>
    </w:p>
    <w:p>
      <w:r>
        <w:t>В) Побудительное, восклицательное</w:t>
      </w:r>
    </w:p>
    <w:p>
      <w:r>
        <w:t>Г) Повествовательное, невосклицательное</w:t>
      </w:r>
    </w:p>
    <w:p>
      <w:r>
        <w:rPr>
          <w:b/>
        </w:rPr>
        <w:t>11. Какое предложение является повествовательным и невосклицательным?</w:t>
      </w:r>
    </w:p>
    <w:p>
      <w:r>
        <w:t>А) Наступила ранняя весна.</w:t>
      </w:r>
    </w:p>
    <w:p>
      <w:r>
        <w:t>Б) Как прекрасна весна!</w:t>
      </w:r>
    </w:p>
    <w:p>
      <w:r>
        <w:t>В) Наступила ли весна?</w:t>
      </w:r>
    </w:p>
    <w:p>
      <w:r>
        <w:t>Г) Берегите весеннюю природу!</w:t>
      </w:r>
    </w:p>
    <w:p>
      <w:r>
        <w:rPr>
          <w:b/>
        </w:rPr>
        <w:t>12. Какое предложение выражает просьбу?</w:t>
      </w:r>
    </w:p>
    <w:p>
      <w:r>
        <w:t>А) Передайте, пожалуйста, книгу.</w:t>
      </w:r>
    </w:p>
    <w:p>
      <w:r>
        <w:t>Б) Где лежит книга?</w:t>
      </w:r>
    </w:p>
    <w:p>
      <w:r>
        <w:t>В) Книга лежит на столе.</w:t>
      </w:r>
    </w:p>
    <w:p>
      <w:r>
        <w:t>Г) Как интересна эта книга!</w:t>
      </w:r>
    </w:p>
    <w:p>
      <w:r>
        <w:rPr>
          <w:b/>
        </w:rPr>
        <w:t>13. Какой знак препинания обычно ставится в конце вопросительного предложения?</w:t>
      </w:r>
    </w:p>
    <w:p>
      <w:r>
        <w:t>А) Точка</w:t>
      </w:r>
    </w:p>
    <w:p>
      <w:r>
        <w:t>Б) Запятая</w:t>
      </w:r>
    </w:p>
    <w:p>
      <w:r>
        <w:t>В) Вопросительный знак</w:t>
      </w:r>
    </w:p>
    <w:p>
      <w:r>
        <w:t>Г) Двоеточие</w:t>
      </w:r>
    </w:p>
    <w:p>
      <w:r>
        <w:rPr>
          <w:b/>
        </w:rPr>
        <w:t>14. Какой знак препинания обычно ставится в конце побудительного предложения, если оно произносится без сильной эмоции?</w:t>
      </w:r>
    </w:p>
    <w:p>
      <w:r>
        <w:t>А) Точка</w:t>
      </w:r>
    </w:p>
    <w:p>
      <w:r>
        <w:t>Б) Вопросительный знак</w:t>
      </w:r>
    </w:p>
    <w:p>
      <w:r>
        <w:t>В) Двоеточие</w:t>
      </w:r>
    </w:p>
    <w:p>
      <w:r>
        <w:t>Г) Точка с запятой</w:t>
      </w:r>
    </w:p>
    <w:p>
      <w:r>
        <w:rPr>
          <w:b/>
        </w:rPr>
        <w:t>15. Определите характеристику предложения «Как же быстро летит время!»</w:t>
      </w:r>
    </w:p>
    <w:p>
      <w:r>
        <w:t>А) Вопросительное, невосклицательное</w:t>
      </w:r>
    </w:p>
    <w:p>
      <w:r>
        <w:t>Б) Повествовательное, невосклицательное</w:t>
      </w:r>
    </w:p>
    <w:p>
      <w:r>
        <w:t>В) Повествовательное, восклицательное</w:t>
      </w:r>
    </w:p>
    <w:p>
      <w:r>
        <w:t>Г) Побудительное, невосклицательное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