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ТЕСТЫ ПО СИНТАКСИСУ</w:t>
        <w:br/>
      </w:r>
      <w:r>
        <w:rPr>
          <w:b/>
          <w:sz w:val="28"/>
        </w:rPr>
        <w:t>Тема 4. Второстепенные члены предложения</w:t>
      </w:r>
    </w:p>
    <w:p>
      <w:r>
        <w:rPr>
          <w:b/>
        </w:rPr>
        <w:t xml:space="preserve">Фамилия, имя: </w:t>
      </w:r>
      <w:r>
        <w:t xml:space="preserve">____________________________________    </w:t>
      </w:r>
      <w:r>
        <w:rPr>
          <w:b/>
        </w:rPr>
        <w:t xml:space="preserve">Класс: </w:t>
      </w:r>
      <w:r>
        <w:t>________</w:t>
      </w:r>
    </w:p>
    <w:p>
      <w:r>
        <w:t>Выберите один правильный ответ.</w:t>
      </w:r>
    </w:p>
    <w:p>
      <w:r>
        <w:rPr>
          <w:b/>
        </w:rPr>
        <w:t>1. На какой вопрос отвечает дополнение?</w:t>
      </w:r>
    </w:p>
    <w:p>
      <w:r>
        <w:t>А) какой? чей?</w:t>
      </w:r>
    </w:p>
    <w:p>
      <w:r>
        <w:t>Б) где? когда?</w:t>
      </w:r>
    </w:p>
    <w:p>
      <w:r>
        <w:t>В) кого? чего? кому? чему? и др.</w:t>
      </w:r>
    </w:p>
    <w:p>
      <w:r>
        <w:t>Г) каков?</w:t>
      </w:r>
    </w:p>
    <w:p>
      <w:r>
        <w:rPr>
          <w:b/>
        </w:rPr>
        <w:t>2. На какой вопрос отвечает определение?</w:t>
      </w:r>
    </w:p>
    <w:p>
      <w:r>
        <w:t>А) какой? чей?</w:t>
      </w:r>
    </w:p>
    <w:p>
      <w:r>
        <w:t>Б) где? куда?</w:t>
      </w:r>
    </w:p>
    <w:p>
      <w:r>
        <w:t>В) кого? чего?</w:t>
      </w:r>
    </w:p>
    <w:p>
      <w:r>
        <w:t>Г) почему?</w:t>
      </w:r>
    </w:p>
    <w:p>
      <w:r>
        <w:rPr>
          <w:b/>
        </w:rPr>
        <w:t>3. На какой вопрос обычно отвечает обстоятельство места?</w:t>
      </w:r>
    </w:p>
    <w:p>
      <w:r>
        <w:t>А) какой?</w:t>
      </w:r>
    </w:p>
    <w:p>
      <w:r>
        <w:t>Б) где? куда? откуда?</w:t>
      </w:r>
    </w:p>
    <w:p>
      <w:r>
        <w:t>В) кто? что?</w:t>
      </w:r>
    </w:p>
    <w:p>
      <w:r>
        <w:t>Г) чей?</w:t>
      </w:r>
    </w:p>
    <w:p>
      <w:r>
        <w:rPr>
          <w:b/>
        </w:rPr>
        <w:t>4. Найдите определение в предложении «В саду расцвели красивые розы».</w:t>
      </w:r>
    </w:p>
    <w:p>
      <w:r>
        <w:t>А) в саду</w:t>
      </w:r>
    </w:p>
    <w:p>
      <w:r>
        <w:t>Б) расцвели</w:t>
      </w:r>
    </w:p>
    <w:p>
      <w:r>
        <w:t>В) красивые</w:t>
      </w:r>
    </w:p>
    <w:p>
      <w:r>
        <w:t>Г) розы</w:t>
      </w:r>
    </w:p>
    <w:p>
      <w:r>
        <w:rPr>
          <w:b/>
        </w:rPr>
        <w:t>5. Найдите дополнение в предложении «Ученики читают интересную книгу».</w:t>
      </w:r>
    </w:p>
    <w:p>
      <w:r>
        <w:t>А) ученики</w:t>
      </w:r>
    </w:p>
    <w:p>
      <w:r>
        <w:t>Б) читают</w:t>
      </w:r>
    </w:p>
    <w:p>
      <w:r>
        <w:t>В) интересную</w:t>
      </w:r>
    </w:p>
    <w:p>
      <w:r>
        <w:t>Г) книгу</w:t>
      </w:r>
    </w:p>
    <w:p>
      <w:r>
        <w:rPr>
          <w:b/>
        </w:rPr>
        <w:t>6. Найдите обстоятельство в предложении «Дети играли во дворе».</w:t>
      </w:r>
    </w:p>
    <w:p>
      <w:r>
        <w:t>А) дети</w:t>
      </w:r>
    </w:p>
    <w:p>
      <w:r>
        <w:t>Б) играли</w:t>
      </w:r>
    </w:p>
    <w:p>
      <w:r>
        <w:t>В) во дворе</w:t>
      </w:r>
    </w:p>
    <w:p>
      <w:r>
        <w:t>Г) нет обстоятельства</w:t>
      </w:r>
    </w:p>
    <w:p>
      <w:r>
        <w:rPr>
          <w:b/>
        </w:rPr>
        <w:t>7. Какой второстепенный член обозначает признак предмета?</w:t>
      </w:r>
    </w:p>
    <w:p>
      <w:r>
        <w:t>А) дополнение</w:t>
      </w:r>
    </w:p>
    <w:p>
      <w:r>
        <w:t>Б) определение</w:t>
      </w:r>
    </w:p>
    <w:p>
      <w:r>
        <w:t>В) обстоятельство</w:t>
      </w:r>
    </w:p>
    <w:p>
      <w:r>
        <w:t>Г) сказуемое</w:t>
      </w:r>
    </w:p>
    <w:p>
      <w:r>
        <w:rPr>
          <w:b/>
        </w:rPr>
        <w:t>8. Какой второстепенный член обозначает предмет, на который направлено действие?</w:t>
      </w:r>
    </w:p>
    <w:p>
      <w:r>
        <w:t>А) определение</w:t>
      </w:r>
    </w:p>
    <w:p>
      <w:r>
        <w:t>Б) обстоятельство</w:t>
      </w:r>
    </w:p>
    <w:p>
      <w:r>
        <w:t>В) дополнение</w:t>
      </w:r>
    </w:p>
    <w:p>
      <w:r>
        <w:t>Г) подлежащее</w:t>
      </w:r>
    </w:p>
    <w:p>
      <w:r>
        <w:rPr>
          <w:b/>
        </w:rPr>
        <w:t>9. Какой второстепенный член обозначает место, время, причину или образ действия?</w:t>
      </w:r>
    </w:p>
    <w:p>
      <w:r>
        <w:t>А) обстоятельство</w:t>
      </w:r>
    </w:p>
    <w:p>
      <w:r>
        <w:t>Б) определение</w:t>
      </w:r>
    </w:p>
    <w:p>
      <w:r>
        <w:t>В) дополнение</w:t>
      </w:r>
    </w:p>
    <w:p>
      <w:r>
        <w:t>Г) подлежащее</w:t>
      </w:r>
    </w:p>
    <w:p>
      <w:r>
        <w:rPr>
          <w:b/>
        </w:rPr>
        <w:t>10. Найдите все второстепенные члены в предложении «Ранним утром маленькие птицы весело пели в саду».</w:t>
      </w:r>
    </w:p>
    <w:p>
      <w:r>
        <w:t>А) ранним утром, маленькие, весело, в саду</w:t>
      </w:r>
    </w:p>
    <w:p>
      <w:r>
        <w:t>Б) птицы, пели</w:t>
      </w:r>
    </w:p>
    <w:p>
      <w:r>
        <w:t>В) утром, птицы, саду</w:t>
      </w:r>
    </w:p>
    <w:p>
      <w:r>
        <w:t>Г) маленькие птицы, весело пели</w:t>
      </w:r>
    </w:p>
    <w:p>
      <w:r>
        <w:rPr>
          <w:b/>
        </w:rPr>
        <w:t>11. Какой член предложения является определением в сочетании «зимний вечер»?</w:t>
      </w:r>
    </w:p>
    <w:p>
      <w:r>
        <w:t>А) зимний</w:t>
      </w:r>
    </w:p>
    <w:p>
      <w:r>
        <w:t>Б) вечер</w:t>
      </w:r>
    </w:p>
    <w:p>
      <w:r>
        <w:t>В) зимний вечер</w:t>
      </w:r>
    </w:p>
    <w:p>
      <w:r>
        <w:t>Г) нет определения</w:t>
      </w:r>
    </w:p>
    <w:p>
      <w:r>
        <w:rPr>
          <w:b/>
        </w:rPr>
        <w:t>12. Какой член предложения является дополнением в предложении «Мама приготовила ужин»?</w:t>
      </w:r>
    </w:p>
    <w:p>
      <w:r>
        <w:t>А) мама</w:t>
      </w:r>
    </w:p>
    <w:p>
      <w:r>
        <w:t>Б) приготовила</w:t>
      </w:r>
    </w:p>
    <w:p>
      <w:r>
        <w:t>В) ужин</w:t>
      </w:r>
    </w:p>
    <w:p>
      <w:r>
        <w:t>Г) нет дополнения</w:t>
      </w:r>
    </w:p>
    <w:p>
      <w:r>
        <w:rPr>
          <w:b/>
        </w:rPr>
        <w:t>13. Какой член предложения является обстоятельством в предложении «Мы встретились вечером»?</w:t>
      </w:r>
    </w:p>
    <w:p>
      <w:r>
        <w:t>А) мы</w:t>
      </w:r>
    </w:p>
    <w:p>
      <w:r>
        <w:t>Б) встретились</w:t>
      </w:r>
    </w:p>
    <w:p>
      <w:r>
        <w:t>В) вечером</w:t>
      </w:r>
    </w:p>
    <w:p>
      <w:r>
        <w:t>Г) нет обстоятельства</w:t>
      </w:r>
    </w:p>
    <w:p>
      <w:r>
        <w:rPr>
          <w:b/>
        </w:rPr>
        <w:t>14. В каком предложении есть определение?</w:t>
      </w:r>
    </w:p>
    <w:p>
      <w:r>
        <w:t>А) Дети играют.</w:t>
      </w:r>
    </w:p>
    <w:p>
      <w:r>
        <w:t>Б) Наступил тёплый вечер.</w:t>
      </w:r>
    </w:p>
    <w:p>
      <w:r>
        <w:t>В) Мы читаем.</w:t>
      </w:r>
    </w:p>
    <w:p>
      <w:r>
        <w:t>Г) Птицы прилетели.</w:t>
      </w:r>
    </w:p>
    <w:p>
      <w:r>
        <w:rPr>
          <w:b/>
        </w:rPr>
        <w:t>15. В каком предложении есть дополнение и обстоятельство?</w:t>
      </w:r>
    </w:p>
    <w:p>
      <w:r>
        <w:t>А) Мальчик читает.</w:t>
      </w:r>
    </w:p>
    <w:p>
      <w:r>
        <w:t>Б) Девочка написала письмо вечером.</w:t>
      </w:r>
    </w:p>
    <w:p>
      <w:r>
        <w:t>В) Наступила весна.</w:t>
      </w:r>
    </w:p>
    <w:p>
      <w:r>
        <w:t>Г) Красивый сад цветёт.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