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5. Односоставные предложения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такое односоставное предложение?</w:t>
      </w:r>
    </w:p>
    <w:p>
      <w:r>
        <w:t>А) Предложение с двумя подлежащими</w:t>
      </w:r>
    </w:p>
    <w:p>
      <w:r>
        <w:t>Б) Предложение с одним главным членом</w:t>
      </w:r>
    </w:p>
    <w:p>
      <w:r>
        <w:t>В) Предложение без второстепенных членов</w:t>
      </w:r>
    </w:p>
    <w:p>
      <w:r>
        <w:t>Г) Предложение только с одним словом</w:t>
      </w:r>
    </w:p>
    <w:p>
      <w:r>
        <w:rPr>
          <w:b/>
        </w:rPr>
        <w:t>2. Какое предложение является определённо-личным?</w:t>
      </w:r>
    </w:p>
    <w:p>
      <w:r>
        <w:t>А) Люблю грозу в начале мая.</w:t>
      </w:r>
    </w:p>
    <w:p>
      <w:r>
        <w:t>Б) Вечереет.</w:t>
      </w:r>
    </w:p>
    <w:p>
      <w:r>
        <w:t>В) Стучат в дверь.</w:t>
      </w:r>
    </w:p>
    <w:p>
      <w:r>
        <w:t>Г) Зимний вечер.</w:t>
      </w:r>
    </w:p>
    <w:p>
      <w:r>
        <w:rPr>
          <w:b/>
        </w:rPr>
        <w:t>3. Какое предложение является неопределённо-личным?</w:t>
      </w:r>
    </w:p>
    <w:p>
      <w:r>
        <w:t>А) Люблю читать.</w:t>
      </w:r>
    </w:p>
    <w:p>
      <w:r>
        <w:t>Б) Мне холодно.</w:t>
      </w:r>
    </w:p>
    <w:p>
      <w:r>
        <w:t>В) В дверь постучали.</w:t>
      </w:r>
    </w:p>
    <w:p>
      <w:r>
        <w:t>Г) Наступила ночь.</w:t>
      </w:r>
    </w:p>
    <w:p>
      <w:r>
        <w:rPr>
          <w:b/>
        </w:rPr>
        <w:t>4. Какое предложение является безличным?</w:t>
      </w:r>
    </w:p>
    <w:p>
      <w:r>
        <w:t>А) Я читаю книгу.</w:t>
      </w:r>
    </w:p>
    <w:p>
      <w:r>
        <w:t>Б) В комнате душно.</w:t>
      </w:r>
    </w:p>
    <w:p>
      <w:r>
        <w:t>В) Ученики пишут тест.</w:t>
      </w:r>
    </w:p>
    <w:p>
      <w:r>
        <w:t>Г) Деревья шумят.</w:t>
      </w:r>
    </w:p>
    <w:p>
      <w:r>
        <w:rPr>
          <w:b/>
        </w:rPr>
        <w:t>5. Какое предложение является назывным?</w:t>
      </w:r>
    </w:p>
    <w:p>
      <w:r>
        <w:t>А) Наступила весна.</w:t>
      </w:r>
    </w:p>
    <w:p>
      <w:r>
        <w:t>Б) Весеннее утро.</w:t>
      </w:r>
    </w:p>
    <w:p>
      <w:r>
        <w:t>В) Весна пришла.</w:t>
      </w:r>
    </w:p>
    <w:p>
      <w:r>
        <w:t>Г) Птицы прилетели.</w:t>
      </w:r>
    </w:p>
    <w:p>
      <w:r>
        <w:rPr>
          <w:b/>
        </w:rPr>
        <w:t>6. Какой главный член характерен для определённо-личного предложения?</w:t>
      </w:r>
    </w:p>
    <w:p>
      <w:r>
        <w:t>А) Сказуемое в форме 1-го или 2-го лица</w:t>
      </w:r>
    </w:p>
    <w:p>
      <w:r>
        <w:t>Б) Только существительное</w:t>
      </w:r>
    </w:p>
    <w:p>
      <w:r>
        <w:t>В) Подлежащее в именительном падеже</w:t>
      </w:r>
    </w:p>
    <w:p>
      <w:r>
        <w:t>Г) Безличное сказуемое</w:t>
      </w:r>
    </w:p>
    <w:p>
      <w:r>
        <w:rPr>
          <w:b/>
        </w:rPr>
        <w:t>7. В каком предложении действие выполняется определённым лицом, которое можно восстановить по форме глагола?</w:t>
      </w:r>
    </w:p>
    <w:p>
      <w:r>
        <w:t>А) Пишу письмо другу.</w:t>
      </w:r>
    </w:p>
    <w:p>
      <w:r>
        <w:t>Б) В комнате темно.</w:t>
      </w:r>
    </w:p>
    <w:p>
      <w:r>
        <w:t>В) Стучат в дверь.</w:t>
      </w:r>
    </w:p>
    <w:p>
      <w:r>
        <w:t>Г) Тишина.</w:t>
      </w:r>
    </w:p>
    <w:p>
      <w:r>
        <w:rPr>
          <w:b/>
        </w:rPr>
        <w:t>8. В каком предложении лицо действия не названо и не определяется?</w:t>
      </w:r>
    </w:p>
    <w:p>
      <w:r>
        <w:t>А) Иду домой.</w:t>
      </w:r>
    </w:p>
    <w:p>
      <w:r>
        <w:t>Б) Читаем рассказ.</w:t>
      </w:r>
    </w:p>
    <w:p>
      <w:r>
        <w:t>В) В газете сообщили о событии.</w:t>
      </w:r>
    </w:p>
    <w:p>
      <w:r>
        <w:t>Г) Мне нездоровится.</w:t>
      </w:r>
    </w:p>
    <w:p>
      <w:r>
        <w:rPr>
          <w:b/>
        </w:rPr>
        <w:t>9. Какое предложение является безличным?</w:t>
      </w:r>
    </w:p>
    <w:p>
      <w:r>
        <w:t>А) Морозило всю ночь.</w:t>
      </w:r>
    </w:p>
    <w:p>
      <w:r>
        <w:t>Б) Мороз пришёл.</w:t>
      </w:r>
    </w:p>
    <w:p>
      <w:r>
        <w:t>В) Морозный вечер.</w:t>
      </w:r>
    </w:p>
    <w:p>
      <w:r>
        <w:t>Г) Дети замёрзли.</w:t>
      </w:r>
    </w:p>
    <w:p>
      <w:r>
        <w:rPr>
          <w:b/>
        </w:rPr>
        <w:t>10. Какое предложение является назывным?</w:t>
      </w:r>
    </w:p>
    <w:p>
      <w:r>
        <w:t>А) Вечер наступил.</w:t>
      </w:r>
    </w:p>
    <w:p>
      <w:r>
        <w:t>Б) Тихий вечер.</w:t>
      </w:r>
    </w:p>
    <w:p>
      <w:r>
        <w:t>В) Вечером стало тихо.</w:t>
      </w:r>
    </w:p>
    <w:p>
      <w:r>
        <w:t>Г) Наступил вечер.</w:t>
      </w:r>
    </w:p>
    <w:p>
      <w:r>
        <w:rPr>
          <w:b/>
        </w:rPr>
        <w:t>11. Определите тип предложения «Мне не спится».</w:t>
      </w:r>
    </w:p>
    <w:p>
      <w:r>
        <w:t>А) Определённо-личное</w:t>
      </w:r>
    </w:p>
    <w:p>
      <w:r>
        <w:t>Б) Неопределённо-личное</w:t>
      </w:r>
    </w:p>
    <w:p>
      <w:r>
        <w:t>В) Безличное</w:t>
      </w:r>
    </w:p>
    <w:p>
      <w:r>
        <w:t>Г) Назывное</w:t>
      </w:r>
    </w:p>
    <w:p>
      <w:r>
        <w:rPr>
          <w:b/>
        </w:rPr>
        <w:t>12. Определите тип предложения «В коридоре громко разговаривают».</w:t>
      </w:r>
    </w:p>
    <w:p>
      <w:r>
        <w:t>А) Определённо-личное</w:t>
      </w:r>
    </w:p>
    <w:p>
      <w:r>
        <w:t>Б) Неопределённо-личное</w:t>
      </w:r>
    </w:p>
    <w:p>
      <w:r>
        <w:t>В) Безличное</w:t>
      </w:r>
    </w:p>
    <w:p>
      <w:r>
        <w:t>Г) Назывное</w:t>
      </w:r>
    </w:p>
    <w:p>
      <w:r>
        <w:rPr>
          <w:b/>
        </w:rPr>
        <w:t>13. Определите тип предложения «Смотрю на небо и думаю о будущем».</w:t>
      </w:r>
    </w:p>
    <w:p>
      <w:r>
        <w:t>А) Определённо-личное</w:t>
      </w:r>
    </w:p>
    <w:p>
      <w:r>
        <w:t>Б) Неопределённо-личное</w:t>
      </w:r>
    </w:p>
    <w:p>
      <w:r>
        <w:t>В) Безличное</w:t>
      </w:r>
    </w:p>
    <w:p>
      <w:r>
        <w:t>Г) Назывное</w:t>
      </w:r>
    </w:p>
    <w:p>
      <w:r>
        <w:rPr>
          <w:b/>
        </w:rPr>
        <w:t>14. Определите тип предложения «Зимняя ночь».</w:t>
      </w:r>
    </w:p>
    <w:p>
      <w:r>
        <w:t>А) Определённо-личное</w:t>
      </w:r>
    </w:p>
    <w:p>
      <w:r>
        <w:t>Б) Неопределённо-личное</w:t>
      </w:r>
    </w:p>
    <w:p>
      <w:r>
        <w:t>В) Безличное</w:t>
      </w:r>
    </w:p>
    <w:p>
      <w:r>
        <w:t>Г) Назывное</w:t>
      </w:r>
    </w:p>
    <w:p>
      <w:r>
        <w:rPr>
          <w:b/>
        </w:rPr>
        <w:t>15. В каком ряду представлены только односоставные предложения?</w:t>
      </w:r>
    </w:p>
    <w:p>
      <w:r>
        <w:t>А) Темнеет. Люблю музыку. Тишина.</w:t>
      </w:r>
    </w:p>
    <w:p>
      <w:r>
        <w:t>Б) Солнце взошло. Дети играют. Вечер.</w:t>
      </w:r>
    </w:p>
    <w:p>
      <w:r>
        <w:t>В) Я читаю. Стучат в дверь. Мы пришли.</w:t>
      </w:r>
    </w:p>
    <w:p>
      <w:r>
        <w:t>Г) Птицы летят. Морозит. Весна наступила.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