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6. Прямая речь и диалог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называется прямой речью?</w:t>
      </w:r>
    </w:p>
    <w:p>
      <w:r>
        <w:t>А) Пересказ чужих слов</w:t>
      </w:r>
    </w:p>
    <w:p>
      <w:r>
        <w:t>Б) Дословно переданные слова говорящего</w:t>
      </w:r>
    </w:p>
    <w:p>
      <w:r>
        <w:t>В) Только слова автора</w:t>
      </w:r>
    </w:p>
    <w:p>
      <w:r>
        <w:t>Г) Разговор двух людей</w:t>
      </w:r>
    </w:p>
    <w:p>
      <w:r>
        <w:rPr>
          <w:b/>
        </w:rPr>
        <w:t>2. Какой знак обычно ставится перед прямой речью, если слова автора стоят перед ней?</w:t>
      </w:r>
    </w:p>
    <w:p>
      <w:r>
        <w:t>А) Двоеточие</w:t>
      </w:r>
    </w:p>
    <w:p>
      <w:r>
        <w:t>Б) Точка с запятой</w:t>
      </w:r>
    </w:p>
    <w:p>
      <w:r>
        <w:t>В) Скобки</w:t>
      </w:r>
    </w:p>
    <w:p>
      <w:r>
        <w:t>Г) Тире</w:t>
      </w:r>
    </w:p>
    <w:p>
      <w:r>
        <w:rPr>
          <w:b/>
        </w:rPr>
        <w:t>3. Как правильно оформить предложение со словами автора перед прямой речью?</w:t>
      </w:r>
    </w:p>
    <w:p>
      <w:r>
        <w:t>А) Учитель сказал «Начинаем урок».</w:t>
      </w:r>
    </w:p>
    <w:p>
      <w:r>
        <w:t>Б) Учитель сказал: «Начинаем урок».</w:t>
      </w:r>
    </w:p>
    <w:p>
      <w:r>
        <w:t>В) Учитель сказал — «Начинаем урок».</w:t>
      </w:r>
    </w:p>
    <w:p>
      <w:r>
        <w:t>Г) Учитель сказал, «Начинаем урок».</w:t>
      </w:r>
    </w:p>
    <w:p>
      <w:r>
        <w:rPr>
          <w:b/>
        </w:rPr>
        <w:t>4. Как правильно оформить прямую речь перед словами автора?</w:t>
      </w:r>
    </w:p>
    <w:p>
      <w:r>
        <w:t>А) «Я готов», — сказал ученик.</w:t>
      </w:r>
    </w:p>
    <w:p>
      <w:r>
        <w:t>Б) «Я готов». — сказал ученик.</w:t>
      </w:r>
    </w:p>
    <w:p>
      <w:r>
        <w:t>В) «Я готов» — сказал ученик.</w:t>
      </w:r>
    </w:p>
    <w:p>
      <w:r>
        <w:t>Г) «Я готов», сказал ученик.</w:t>
      </w:r>
    </w:p>
    <w:p>
      <w:r>
        <w:rPr>
          <w:b/>
        </w:rPr>
        <w:t>5. Как правильно оформить вопросительную прямую речь перед словами автора?</w:t>
      </w:r>
    </w:p>
    <w:p>
      <w:r>
        <w:t>А) «Ты готов? — спросил учитель.»</w:t>
      </w:r>
    </w:p>
    <w:p>
      <w:r>
        <w:t>Б) «Ты готов?» — спросил учитель.</w:t>
      </w:r>
    </w:p>
    <w:p>
      <w:r>
        <w:t>В) «Ты готов», — спросил учитель?</w:t>
      </w:r>
    </w:p>
    <w:p>
      <w:r>
        <w:t>Г) «Ты готов?» сказал учитель.</w:t>
      </w:r>
    </w:p>
    <w:p>
      <w:r>
        <w:rPr>
          <w:b/>
        </w:rPr>
        <w:t>6. Какой знак ставится после слов автора перед прямой речью в конструкции «А: «П»»?</w:t>
      </w:r>
    </w:p>
    <w:p>
      <w:r>
        <w:t>А) Запятая</w:t>
      </w:r>
    </w:p>
    <w:p>
      <w:r>
        <w:t>Б) Тире</w:t>
      </w:r>
    </w:p>
    <w:p>
      <w:r>
        <w:t>В) Двоеточие</w:t>
      </w:r>
    </w:p>
    <w:p>
      <w:r>
        <w:t>Г) Точка</w:t>
      </w:r>
    </w:p>
    <w:p>
      <w:r>
        <w:rPr>
          <w:b/>
        </w:rPr>
        <w:t>7. Что такое диалог?</w:t>
      </w:r>
    </w:p>
    <w:p>
      <w:r>
        <w:t>А) Монолог одного человека</w:t>
      </w:r>
    </w:p>
    <w:p>
      <w:r>
        <w:t>Б) Разговор двух или нескольких лиц</w:t>
      </w:r>
    </w:p>
    <w:p>
      <w:r>
        <w:t>В) Авторское описание</w:t>
      </w:r>
    </w:p>
    <w:p>
      <w:r>
        <w:t>Г) Пересказ текста</w:t>
      </w:r>
    </w:p>
    <w:p>
      <w:r>
        <w:rPr>
          <w:b/>
        </w:rPr>
        <w:t>8. Как обычно оформляется каждая реплика диалога?</w:t>
      </w:r>
    </w:p>
    <w:p>
      <w:r>
        <w:t>А) В кавычках в одной строке</w:t>
      </w:r>
    </w:p>
    <w:p>
      <w:r>
        <w:t>Б) С новой строки с тире</w:t>
      </w:r>
    </w:p>
    <w:p>
      <w:r>
        <w:t>В) Только с двоеточием</w:t>
      </w:r>
    </w:p>
    <w:p>
      <w:r>
        <w:t>Г) В скобках</w:t>
      </w:r>
    </w:p>
    <w:p>
      <w:r>
        <w:rPr>
          <w:b/>
        </w:rPr>
        <w:t>9. Выберите правильное оформление диалога.</w:t>
      </w:r>
    </w:p>
    <w:p>
      <w:r>
        <w:t>А) — Ты готов? — Да, готов.</w:t>
      </w:r>
    </w:p>
    <w:p>
      <w:r>
        <w:t>Б) «— Ты готов? — Да, готов.»</w:t>
      </w:r>
    </w:p>
    <w:p>
      <w:r>
        <w:t>В) Ты готов: — Да, готов.</w:t>
      </w:r>
    </w:p>
    <w:p>
      <w:r>
        <w:t>Г) — Ты готов, — Да готов.</w:t>
      </w:r>
    </w:p>
    <w:p>
      <w:r>
        <w:rPr>
          <w:b/>
        </w:rPr>
        <w:t>10. Какой вариант правильно оформляет прямую речь перед словами автора?</w:t>
      </w:r>
    </w:p>
    <w:p>
      <w:r>
        <w:t>А) «Мы начнём урок», — сказал учитель.</w:t>
      </w:r>
    </w:p>
    <w:p>
      <w:r>
        <w:t>Б) «Мы начнём урок». — сказал учитель.</w:t>
      </w:r>
    </w:p>
    <w:p>
      <w:r>
        <w:t>В) «Мы начнём урок» — сказал учитель.</w:t>
      </w:r>
    </w:p>
    <w:p>
      <w:r>
        <w:t>Г) «Мы начнём урок», сказал учитель.</w:t>
      </w:r>
    </w:p>
    <w:p>
      <w:r>
        <w:rPr>
          <w:b/>
        </w:rPr>
        <w:t>11. Как изменяется начальная буква прямой речи, если перед ней стоят слова автора?</w:t>
      </w:r>
    </w:p>
    <w:p>
      <w:r>
        <w:t>А) Обычно начинается с прописной буквы</w:t>
      </w:r>
    </w:p>
    <w:p>
      <w:r>
        <w:t>Б) Всегда начинается со строчной буквы</w:t>
      </w:r>
    </w:p>
    <w:p>
      <w:r>
        <w:t>В) Всегда пишется только заглавными буквами</w:t>
      </w:r>
    </w:p>
    <w:p>
      <w:r>
        <w:t>Г) Буква не имеет значения</w:t>
      </w:r>
    </w:p>
    <w:p>
      <w:r>
        <w:rPr>
          <w:b/>
        </w:rPr>
        <w:t>12. Как правильно оформить восклицательную прямую речь перед словами автора?</w:t>
      </w:r>
    </w:p>
    <w:p>
      <w:r>
        <w:t>А) «Как красиво! — воскликнула девочка.»</w:t>
      </w:r>
    </w:p>
    <w:p>
      <w:r>
        <w:t>Б) «Как красиво!» — воскликнула девочка.</w:t>
      </w:r>
    </w:p>
    <w:p>
      <w:r>
        <w:t>В) «Как красиво», — воскликнула девочка!</w:t>
      </w:r>
    </w:p>
    <w:p>
      <w:r>
        <w:t>Г) «Как красиво!» воскликнула девочка.</w:t>
      </w:r>
    </w:p>
    <w:p>
      <w:r>
        <w:rPr>
          <w:b/>
        </w:rPr>
        <w:t>13. Какой вариант соответствует схеме А: «П»?</w:t>
      </w:r>
    </w:p>
    <w:p>
      <w:r>
        <w:t>А) «Я приду завтра», — сказал он.</w:t>
      </w:r>
    </w:p>
    <w:p>
      <w:r>
        <w:t>Б) Он сказал: «Я приду завтра».</w:t>
      </w:r>
    </w:p>
    <w:p>
      <w:r>
        <w:t>В) «Я приду завтра», сказал он.</w:t>
      </w:r>
    </w:p>
    <w:p>
      <w:r>
        <w:t>Г) — Я приду завтра, — сказал он.</w:t>
      </w:r>
    </w:p>
    <w:p>
      <w:r>
        <w:rPr>
          <w:b/>
        </w:rPr>
        <w:t>14. Какой вариант соответствует схеме «П», — а?</w:t>
      </w:r>
    </w:p>
    <w:p>
      <w:r>
        <w:t>А) Учитель сказал: «Начинаем урок».</w:t>
      </w:r>
    </w:p>
    <w:p>
      <w:r>
        <w:t>Б) «Начинаем урок», — сказал учитель.</w:t>
      </w:r>
    </w:p>
    <w:p>
      <w:r>
        <w:t>В) «Начинаем урок?» — спросил учитель.</w:t>
      </w:r>
    </w:p>
    <w:p>
      <w:r>
        <w:t>Г) — Начинаем урок, — сказал учитель.</w:t>
      </w:r>
    </w:p>
    <w:p>
      <w:r>
        <w:rPr>
          <w:b/>
        </w:rPr>
        <w:t>15. В каком варианте все знаки препинания при прямой речи расставлены правильно?</w:t>
      </w:r>
    </w:p>
    <w:p>
      <w:r>
        <w:t>А) «Я обязательно приду», — обещал друг.</w:t>
      </w:r>
    </w:p>
    <w:p>
      <w:r>
        <w:t>Б) «Я обязательно приду» — обещал друг.</w:t>
      </w:r>
    </w:p>
    <w:p>
      <w:r>
        <w:t>В) «Я обязательно приду», обещал друг.</w:t>
      </w:r>
    </w:p>
    <w:p>
      <w:r>
        <w:t>Г) «Я обязательно приду». — обещал друг.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