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7. Сложносочинённое предложение (ССП)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такое сложносочинённое предложение (ССП)?</w:t>
      </w:r>
    </w:p>
    <w:p>
      <w:r>
        <w:t>А) Простое предложение с однородными членами</w:t>
      </w:r>
    </w:p>
    <w:p>
      <w:r>
        <w:t>Б) Сложное предложение, части которого связаны сочинительными союзами</w:t>
      </w:r>
    </w:p>
    <w:p>
      <w:r>
        <w:t>В) Сложное предложение только с бессоюзной связью</w:t>
      </w:r>
    </w:p>
    <w:p>
      <w:r>
        <w:t>Г) Предложение с одним главным членом</w:t>
      </w:r>
    </w:p>
    <w:p>
      <w:r>
        <w:rPr>
          <w:b/>
        </w:rPr>
        <w:t>2. Какие части входят в состав ССП?</w:t>
      </w:r>
    </w:p>
    <w:p>
      <w:r>
        <w:t>А) Главная и придаточная</w:t>
      </w:r>
    </w:p>
    <w:p>
      <w:r>
        <w:t>Б) Равноправные части</w:t>
      </w:r>
    </w:p>
    <w:p>
      <w:r>
        <w:t>В) Только однородные члены</w:t>
      </w:r>
    </w:p>
    <w:p>
      <w:r>
        <w:t>Г) Слова автора и прямая речь</w:t>
      </w:r>
    </w:p>
    <w:p>
      <w:r>
        <w:rPr>
          <w:b/>
        </w:rPr>
        <w:t>3. Какой союз является соединительным?</w:t>
      </w:r>
    </w:p>
    <w:p>
      <w:r>
        <w:t>А) но</w:t>
      </w:r>
    </w:p>
    <w:p>
      <w:r>
        <w:t>Б) или</w:t>
      </w:r>
    </w:p>
    <w:p>
      <w:r>
        <w:t>В) и</w:t>
      </w:r>
    </w:p>
    <w:p>
      <w:r>
        <w:t>Г) зато</w:t>
      </w:r>
    </w:p>
    <w:p>
      <w:r>
        <w:rPr>
          <w:b/>
        </w:rPr>
        <w:t>4. Какой союз является противительным?</w:t>
      </w:r>
    </w:p>
    <w:p>
      <w:r>
        <w:t>А) и</w:t>
      </w:r>
    </w:p>
    <w:p>
      <w:r>
        <w:t>Б) либо</w:t>
      </w:r>
    </w:p>
    <w:p>
      <w:r>
        <w:t>В) но</w:t>
      </w:r>
    </w:p>
    <w:p>
      <w:r>
        <w:t>Г) или</w:t>
      </w:r>
    </w:p>
    <w:p>
      <w:r>
        <w:rPr>
          <w:b/>
        </w:rPr>
        <w:t>5. Какой союз является разделительным?</w:t>
      </w:r>
    </w:p>
    <w:p>
      <w:r>
        <w:t>А) зато</w:t>
      </w:r>
    </w:p>
    <w:p>
      <w:r>
        <w:t>Б) или</w:t>
      </w:r>
    </w:p>
    <w:p>
      <w:r>
        <w:t>В) а</w:t>
      </w:r>
    </w:p>
    <w:p>
      <w:r>
        <w:t>Г) да</w:t>
      </w:r>
    </w:p>
    <w:p>
      <w:r>
        <w:rPr>
          <w:b/>
        </w:rPr>
        <w:t>6. В каком предложении части соединены союзом «и»?</w:t>
      </w:r>
    </w:p>
    <w:p>
      <w:r>
        <w:t>А) Солнце взошло, но было холодно.</w:t>
      </w:r>
    </w:p>
    <w:p>
      <w:r>
        <w:t>Б) Солнце взошло, и птицы запели.</w:t>
      </w:r>
    </w:p>
    <w:p>
      <w:r>
        <w:t>В) Солнце взошло или начался дождь.</w:t>
      </w:r>
    </w:p>
    <w:p>
      <w:r>
        <w:t>Г) Солнце взошло, зато было прохладно.</w:t>
      </w:r>
    </w:p>
    <w:p>
      <w:r>
        <w:rPr>
          <w:b/>
        </w:rPr>
        <w:t>7. Где правильно поставлена запятая между частями ССП?</w:t>
      </w:r>
    </w:p>
    <w:p>
      <w:r>
        <w:t>А) Солнце взошло и, птицы запели.</w:t>
      </w:r>
    </w:p>
    <w:p>
      <w:r>
        <w:t>Б) Солнце взошло, и птицы запели.</w:t>
      </w:r>
    </w:p>
    <w:p>
      <w:r>
        <w:t>В) Солнце взошло и птицы, запели.</w:t>
      </w:r>
    </w:p>
    <w:p>
      <w:r>
        <w:t>Г) Солнце, взошло и птицы запели.</w:t>
      </w:r>
    </w:p>
    <w:p>
      <w:r>
        <w:rPr>
          <w:b/>
        </w:rPr>
        <w:t>8. Какое предложение является ССП?</w:t>
      </w:r>
    </w:p>
    <w:p>
      <w:r>
        <w:t>А) Когда наступила весна, птицы вернулись.</w:t>
      </w:r>
    </w:p>
    <w:p>
      <w:r>
        <w:t>Б) Птицы вернулись, и лес ожил.</w:t>
      </w:r>
    </w:p>
    <w:p>
      <w:r>
        <w:t>В) Наступившая весна принесла тепло.</w:t>
      </w:r>
    </w:p>
    <w:p>
      <w:r>
        <w:t>Г) В лесу пели птицы.</w:t>
      </w:r>
    </w:p>
    <w:p>
      <w:r>
        <w:rPr>
          <w:b/>
        </w:rPr>
        <w:t>9. Какой союз выражает противопоставление частей ССП?</w:t>
      </w:r>
    </w:p>
    <w:p>
      <w:r>
        <w:t>А) и</w:t>
      </w:r>
    </w:p>
    <w:p>
      <w:r>
        <w:t>Б) или</w:t>
      </w:r>
    </w:p>
    <w:p>
      <w:r>
        <w:t>В) но</w:t>
      </w:r>
    </w:p>
    <w:p>
      <w:r>
        <w:t>Г) либо</w:t>
      </w:r>
    </w:p>
    <w:p>
      <w:r>
        <w:rPr>
          <w:b/>
        </w:rPr>
        <w:t>10. Определите вид предложения: «Солнце скрылось за тучами, и начался сильный дождь».</w:t>
      </w:r>
    </w:p>
    <w:p>
      <w:r>
        <w:t>А) СПП</w:t>
      </w:r>
    </w:p>
    <w:p>
      <w:r>
        <w:t>Б) БСП</w:t>
      </w:r>
    </w:p>
    <w:p>
      <w:r>
        <w:t>В) ССП</w:t>
      </w:r>
    </w:p>
    <w:p>
      <w:r>
        <w:t>Г) Простое предложение</w:t>
      </w:r>
    </w:p>
    <w:p>
      <w:r>
        <w:rPr>
          <w:b/>
        </w:rPr>
        <w:t>11. Какой знак препинания обычно ставится между частями ССП?</w:t>
      </w:r>
    </w:p>
    <w:p>
      <w:r>
        <w:t>А) Запятая</w:t>
      </w:r>
    </w:p>
    <w:p>
      <w:r>
        <w:t>Б) Двоеточие</w:t>
      </w:r>
    </w:p>
    <w:p>
      <w:r>
        <w:t>В) Скобки</w:t>
      </w:r>
    </w:p>
    <w:p>
      <w:r>
        <w:t>Г) Кавычки</w:t>
      </w:r>
    </w:p>
    <w:p>
      <w:r>
        <w:rPr>
          <w:b/>
        </w:rPr>
        <w:t>12. В каком предложении используется противительный союз?</w:t>
      </w:r>
    </w:p>
    <w:p>
      <w:r>
        <w:t>А) Наступил вечер, и стало прохладно.</w:t>
      </w:r>
    </w:p>
    <w:p>
      <w:r>
        <w:t>Б) Пойдём в кино или останемся дома.</w:t>
      </w:r>
    </w:p>
    <w:p>
      <w:r>
        <w:t>В) Было холодно, но дети продолжали играть.</w:t>
      </w:r>
    </w:p>
    <w:p>
      <w:r>
        <w:t>Г) То дождь идёт, то снег падает.</w:t>
      </w:r>
    </w:p>
    <w:p>
      <w:r>
        <w:rPr>
          <w:b/>
        </w:rPr>
        <w:t>13. Какой союз выражает чередование или выбор?</w:t>
      </w:r>
    </w:p>
    <w:p>
      <w:r>
        <w:t>А) зато</w:t>
      </w:r>
    </w:p>
    <w:p>
      <w:r>
        <w:t>Б) но</w:t>
      </w:r>
    </w:p>
    <w:p>
      <w:r>
        <w:t>В) или</w:t>
      </w:r>
    </w:p>
    <w:p>
      <w:r>
        <w:t>Г) и</w:t>
      </w:r>
    </w:p>
    <w:p>
      <w:r>
        <w:rPr>
          <w:b/>
        </w:rPr>
        <w:t>14. В каком предложении правильно определены части ССП?</w:t>
      </w:r>
    </w:p>
    <w:p>
      <w:r>
        <w:t>А) Дождь закончился, и выглянуло солнце.</w:t>
      </w:r>
    </w:p>
    <w:p>
      <w:r>
        <w:t>Б) Когда дождь закончился, выглянуло солнце.</w:t>
      </w:r>
    </w:p>
    <w:p>
      <w:r>
        <w:t>В) Дождь, закончившийся утром, принёс прохладу.</w:t>
      </w:r>
    </w:p>
    <w:p>
      <w:r>
        <w:t>Г) Закончившийся дождь оставил лужи.</w:t>
      </w:r>
    </w:p>
    <w:p>
      <w:r>
        <w:rPr>
          <w:b/>
        </w:rPr>
        <w:t>15. Укажите предложение, в котором части ССП соединены противительным союзом.</w:t>
      </w:r>
    </w:p>
    <w:p>
      <w:r>
        <w:t>А) Ветер стих, и море успокоилось.</w:t>
      </w:r>
    </w:p>
    <w:p>
      <w:r>
        <w:t>Б) Ветер усилился, но дождь не начался.</w:t>
      </w:r>
    </w:p>
    <w:p>
      <w:r>
        <w:t>В) Ветер усилится или стихнет.</w:t>
      </w:r>
    </w:p>
    <w:p>
      <w:r>
        <w:t>Г) То ветер усиливался, то стихал.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